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FEC" w:rsidRPr="00D40C52" w:rsidRDefault="00722A42" w:rsidP="00722A42">
      <w:pPr>
        <w:ind w:left="1276"/>
        <w:rPr>
          <w:lang w:val="ru-RU"/>
        </w:rPr>
      </w:pPr>
      <w:r>
        <w:rPr>
          <w:b/>
          <w:noProof/>
          <w:color w:val="000000"/>
          <w:sz w:val="28"/>
          <w:lang w:val="ru-RU" w:eastAsia="ru-RU"/>
        </w:rPr>
        <w:drawing>
          <wp:inline distT="0" distB="0" distL="0" distR="0">
            <wp:extent cx="6844888" cy="4803952"/>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6846302" cy="4804944"/>
                    </a:xfrm>
                    <a:prstGeom prst="rect">
                      <a:avLst/>
                    </a:prstGeom>
                    <a:noFill/>
                    <a:ln w="9525">
                      <a:noFill/>
                      <a:miter lim="800000"/>
                      <a:headEnd/>
                      <a:tailEnd/>
                    </a:ln>
                  </pic:spPr>
                </pic:pic>
              </a:graphicData>
            </a:graphic>
          </wp:inline>
        </w:drawing>
      </w:r>
    </w:p>
    <w:p w:rsidR="00B67FEC" w:rsidRPr="00D40C52" w:rsidRDefault="00B67FEC" w:rsidP="00B67FEC">
      <w:pPr>
        <w:ind w:left="120"/>
        <w:rPr>
          <w:lang w:val="ru-RU"/>
        </w:rPr>
      </w:pPr>
    </w:p>
    <w:p w:rsidR="00B67FEC" w:rsidRPr="00D40C52" w:rsidRDefault="00722A42" w:rsidP="007570EA">
      <w:pPr>
        <w:spacing w:line="408" w:lineRule="auto"/>
        <w:rPr>
          <w:lang w:val="ru-RU"/>
        </w:rPr>
      </w:pPr>
      <w:r>
        <w:rPr>
          <w:b/>
          <w:color w:val="000000"/>
          <w:sz w:val="28"/>
          <w:lang w:val="ru-RU"/>
        </w:rPr>
        <w:t xml:space="preserve">                                                                               </w:t>
      </w:r>
      <w:r w:rsidR="00B67FEC" w:rsidRPr="00D40C52">
        <w:rPr>
          <w:b/>
          <w:color w:val="000000"/>
          <w:sz w:val="28"/>
          <w:lang w:val="ru-RU"/>
        </w:rPr>
        <w:t>РАБОЧАЯ ПРОГРАММА</w:t>
      </w:r>
    </w:p>
    <w:p w:rsidR="00B67FEC" w:rsidRPr="00D40C52" w:rsidRDefault="00B67FEC" w:rsidP="00B67FEC">
      <w:pPr>
        <w:spacing w:line="408" w:lineRule="auto"/>
        <w:ind w:left="120"/>
        <w:jc w:val="center"/>
        <w:rPr>
          <w:lang w:val="ru-RU"/>
        </w:rPr>
      </w:pPr>
      <w:r w:rsidRPr="00D40C52">
        <w:rPr>
          <w:color w:val="000000"/>
          <w:sz w:val="28"/>
          <w:lang w:val="ru-RU"/>
        </w:rPr>
        <w:t>(</w:t>
      </w:r>
      <w:r>
        <w:rPr>
          <w:color w:val="000000"/>
          <w:sz w:val="28"/>
        </w:rPr>
        <w:t>ID</w:t>
      </w:r>
      <w:r w:rsidRPr="00D40C52">
        <w:rPr>
          <w:color w:val="000000"/>
          <w:sz w:val="28"/>
          <w:lang w:val="ru-RU"/>
        </w:rPr>
        <w:t xml:space="preserve"> 8025205)</w:t>
      </w:r>
    </w:p>
    <w:p w:rsidR="00B67FEC" w:rsidRPr="00D40C52" w:rsidRDefault="00B67FEC" w:rsidP="00B67FEC">
      <w:pPr>
        <w:ind w:left="120"/>
        <w:jc w:val="center"/>
        <w:rPr>
          <w:lang w:val="ru-RU"/>
        </w:rPr>
      </w:pPr>
    </w:p>
    <w:p w:rsidR="00B67FEC" w:rsidRPr="00D40C52" w:rsidRDefault="00B67FEC" w:rsidP="00B67FEC">
      <w:pPr>
        <w:spacing w:line="408" w:lineRule="auto"/>
        <w:ind w:left="120"/>
        <w:jc w:val="center"/>
        <w:rPr>
          <w:lang w:val="ru-RU"/>
        </w:rPr>
      </w:pPr>
      <w:r w:rsidRPr="00D40C52">
        <w:rPr>
          <w:b/>
          <w:color w:val="000000"/>
          <w:sz w:val="28"/>
          <w:lang w:val="ru-RU"/>
        </w:rPr>
        <w:t>учебного предмета «Русский язык. Базовый уровень»</w:t>
      </w:r>
    </w:p>
    <w:p w:rsidR="00B67FEC" w:rsidRPr="00D40C52" w:rsidRDefault="00B67FEC" w:rsidP="00B67FEC">
      <w:pPr>
        <w:spacing w:line="408" w:lineRule="auto"/>
        <w:ind w:left="120"/>
        <w:jc w:val="center"/>
        <w:rPr>
          <w:lang w:val="ru-RU"/>
        </w:rPr>
      </w:pPr>
      <w:r w:rsidRPr="00D40C52">
        <w:rPr>
          <w:color w:val="000000"/>
          <w:sz w:val="28"/>
          <w:lang w:val="ru-RU"/>
        </w:rPr>
        <w:t xml:space="preserve">для обучающихся </w:t>
      </w:r>
      <w:r>
        <w:rPr>
          <w:color w:val="000000"/>
          <w:sz w:val="28"/>
          <w:lang w:val="ru-RU"/>
        </w:rPr>
        <w:t>6 класса</w:t>
      </w:r>
    </w:p>
    <w:p w:rsidR="00B67FEC" w:rsidRPr="00D40C52" w:rsidRDefault="00722A42" w:rsidP="00B67FEC">
      <w:pPr>
        <w:rPr>
          <w:lang w:val="ru-RU"/>
        </w:rPr>
      </w:pPr>
      <w:bookmarkStart w:id="0" w:name="8777abab-62ad-4e6d-bb66-8ccfe85cfe1b"/>
      <w:r>
        <w:rPr>
          <w:b/>
          <w:color w:val="000000"/>
          <w:sz w:val="28"/>
          <w:lang w:val="ru-RU"/>
        </w:rPr>
        <w:t xml:space="preserve">                                                                                 </w:t>
      </w:r>
      <w:r w:rsidR="00B67FEC" w:rsidRPr="00D40C52">
        <w:rPr>
          <w:b/>
          <w:color w:val="000000"/>
          <w:sz w:val="28"/>
          <w:lang w:val="ru-RU"/>
        </w:rPr>
        <w:t>х</w:t>
      </w:r>
      <w:proofErr w:type="gramStart"/>
      <w:r w:rsidR="00B67FEC" w:rsidRPr="00D40C52">
        <w:rPr>
          <w:b/>
          <w:color w:val="000000"/>
          <w:sz w:val="28"/>
          <w:lang w:val="ru-RU"/>
        </w:rPr>
        <w:t>.В</w:t>
      </w:r>
      <w:proofErr w:type="gramEnd"/>
      <w:r w:rsidR="00B67FEC" w:rsidRPr="00D40C52">
        <w:rPr>
          <w:b/>
          <w:color w:val="000000"/>
          <w:sz w:val="28"/>
          <w:lang w:val="ru-RU"/>
        </w:rPr>
        <w:t>ербовый Лог</w:t>
      </w:r>
      <w:bookmarkStart w:id="1" w:name="dc72b6e0-474b-4b98-a795-02870ed74afe"/>
      <w:bookmarkEnd w:id="0"/>
      <w:r w:rsidR="00B67FEC" w:rsidRPr="00D40C52">
        <w:rPr>
          <w:b/>
          <w:color w:val="000000"/>
          <w:sz w:val="28"/>
          <w:lang w:val="ru-RU"/>
        </w:rPr>
        <w:t>202</w:t>
      </w:r>
      <w:bookmarkEnd w:id="1"/>
      <w:r w:rsidR="00785A59">
        <w:rPr>
          <w:b/>
          <w:color w:val="000000"/>
          <w:sz w:val="28"/>
          <w:lang w:val="ru-RU"/>
        </w:rPr>
        <w:t>6</w:t>
      </w:r>
    </w:p>
    <w:p w:rsidR="0078398D" w:rsidRDefault="0078398D">
      <w:pPr>
        <w:rPr>
          <w:lang w:val="ru-RU"/>
        </w:rPr>
      </w:pPr>
    </w:p>
    <w:p w:rsidR="00785A59" w:rsidRDefault="00785A59" w:rsidP="00785A59">
      <w:pPr>
        <w:widowControl w:val="0"/>
        <w:autoSpaceDE w:val="0"/>
        <w:autoSpaceDN w:val="0"/>
        <w:adjustRightInd w:val="0"/>
        <w:jc w:val="center"/>
        <w:rPr>
          <w:b/>
          <w:bCs/>
          <w:sz w:val="24"/>
          <w:szCs w:val="24"/>
          <w:lang w:val="ru-RU"/>
        </w:rPr>
      </w:pPr>
    </w:p>
    <w:p w:rsidR="00785A59" w:rsidRPr="00785A59" w:rsidRDefault="00785A59" w:rsidP="00785A59">
      <w:pPr>
        <w:widowControl w:val="0"/>
        <w:autoSpaceDE w:val="0"/>
        <w:autoSpaceDN w:val="0"/>
        <w:adjustRightInd w:val="0"/>
        <w:jc w:val="center"/>
        <w:rPr>
          <w:b/>
          <w:bCs/>
          <w:sz w:val="24"/>
          <w:szCs w:val="24"/>
          <w:lang w:val="ru-RU"/>
        </w:rPr>
      </w:pPr>
      <w:r w:rsidRPr="00785A59">
        <w:rPr>
          <w:b/>
          <w:bCs/>
          <w:sz w:val="24"/>
          <w:szCs w:val="24"/>
          <w:lang w:val="ru-RU"/>
        </w:rPr>
        <w:t xml:space="preserve">Аннотация </w:t>
      </w:r>
    </w:p>
    <w:p w:rsidR="00785A59" w:rsidRPr="00785A59" w:rsidRDefault="00785A59" w:rsidP="00785A59">
      <w:pPr>
        <w:widowControl w:val="0"/>
        <w:autoSpaceDE w:val="0"/>
        <w:autoSpaceDN w:val="0"/>
        <w:adjustRightInd w:val="0"/>
        <w:jc w:val="center"/>
        <w:rPr>
          <w:sz w:val="24"/>
          <w:szCs w:val="24"/>
          <w:lang w:val="ru-RU"/>
        </w:rPr>
      </w:pPr>
      <w:r w:rsidRPr="00785A59">
        <w:rPr>
          <w:b/>
          <w:bCs/>
          <w:sz w:val="24"/>
          <w:szCs w:val="24"/>
          <w:lang w:val="ru-RU"/>
        </w:rPr>
        <w:t xml:space="preserve"> к рабочей  программе по русскому языку 6  класс</w:t>
      </w:r>
    </w:p>
    <w:p w:rsidR="00785A59" w:rsidRPr="00785A59" w:rsidRDefault="00785A59" w:rsidP="00785A59">
      <w:pPr>
        <w:shd w:val="clear" w:color="auto" w:fill="FFFFFF" w:themeFill="background1"/>
        <w:spacing w:before="75" w:after="75"/>
        <w:rPr>
          <w:sz w:val="24"/>
          <w:szCs w:val="24"/>
          <w:lang w:val="ru-RU"/>
        </w:rPr>
      </w:pPr>
      <w:proofErr w:type="gramStart"/>
      <w:r w:rsidRPr="00785A59">
        <w:rPr>
          <w:b/>
          <w:bCs/>
          <w:sz w:val="24"/>
          <w:szCs w:val="24"/>
          <w:lang w:val="ru-RU"/>
        </w:rPr>
        <w:t xml:space="preserve">Рабочая программа </w:t>
      </w:r>
      <w:proofErr w:type="spellStart"/>
      <w:r w:rsidRPr="00785A59">
        <w:rPr>
          <w:b/>
          <w:bCs/>
          <w:sz w:val="24"/>
          <w:szCs w:val="24"/>
          <w:lang w:val="ru-RU"/>
        </w:rPr>
        <w:t>составлена</w:t>
      </w:r>
      <w:r w:rsidRPr="00785A59">
        <w:rPr>
          <w:color w:val="212529"/>
          <w:sz w:val="24"/>
          <w:szCs w:val="24"/>
          <w:lang w:val="ru-RU"/>
        </w:rPr>
        <w:t>на</w:t>
      </w:r>
      <w:proofErr w:type="spellEnd"/>
      <w:r w:rsidRPr="00785A59">
        <w:rPr>
          <w:color w:val="212529"/>
          <w:sz w:val="24"/>
          <w:szCs w:val="24"/>
          <w:lang w:val="ru-RU"/>
        </w:rPr>
        <w:t xml:space="preserve"> основе Федерального компонента государственного стандарта основного общего образования, программы основного общего образования по</w:t>
      </w:r>
      <w:r w:rsidRPr="005630A2">
        <w:rPr>
          <w:color w:val="212529"/>
          <w:sz w:val="24"/>
          <w:szCs w:val="24"/>
        </w:rPr>
        <w:t> </w:t>
      </w:r>
      <w:r w:rsidRPr="00785A59">
        <w:rPr>
          <w:color w:val="212529"/>
          <w:sz w:val="24"/>
          <w:szCs w:val="24"/>
          <w:lang w:val="ru-RU"/>
        </w:rPr>
        <w:t xml:space="preserve"> русскому языку </w:t>
      </w:r>
      <w:r w:rsidRPr="005630A2">
        <w:rPr>
          <w:color w:val="212529"/>
          <w:sz w:val="24"/>
          <w:szCs w:val="24"/>
        </w:rPr>
        <w:t> </w:t>
      </w:r>
      <w:r w:rsidRPr="00785A59">
        <w:rPr>
          <w:color w:val="212529"/>
          <w:sz w:val="24"/>
          <w:szCs w:val="24"/>
          <w:lang w:val="ru-RU"/>
        </w:rPr>
        <w:t xml:space="preserve">М.Т..Баранова, </w:t>
      </w:r>
      <w:proofErr w:type="spellStart"/>
      <w:r w:rsidRPr="00785A59">
        <w:rPr>
          <w:color w:val="212529"/>
          <w:sz w:val="24"/>
          <w:szCs w:val="24"/>
          <w:lang w:val="ru-RU"/>
        </w:rPr>
        <w:t>Т.А.Ладыженской</w:t>
      </w:r>
      <w:proofErr w:type="spellEnd"/>
      <w:r w:rsidRPr="00785A59">
        <w:rPr>
          <w:color w:val="212529"/>
          <w:sz w:val="24"/>
          <w:szCs w:val="24"/>
          <w:lang w:val="ru-RU"/>
        </w:rPr>
        <w:t xml:space="preserve">, </w:t>
      </w:r>
      <w:proofErr w:type="spellStart"/>
      <w:r w:rsidRPr="00785A59">
        <w:rPr>
          <w:color w:val="212529"/>
          <w:sz w:val="24"/>
          <w:szCs w:val="24"/>
          <w:lang w:val="ru-RU"/>
        </w:rPr>
        <w:t>Н.М.Шанского</w:t>
      </w:r>
      <w:proofErr w:type="spellEnd"/>
      <w:r w:rsidRPr="00785A59">
        <w:rPr>
          <w:color w:val="212529"/>
          <w:sz w:val="24"/>
          <w:szCs w:val="24"/>
          <w:lang w:val="ru-RU"/>
        </w:rPr>
        <w:t xml:space="preserve"> (М.Т..Баранов, </w:t>
      </w:r>
      <w:proofErr w:type="spellStart"/>
      <w:r w:rsidRPr="00785A59">
        <w:rPr>
          <w:color w:val="212529"/>
          <w:sz w:val="24"/>
          <w:szCs w:val="24"/>
          <w:lang w:val="ru-RU"/>
        </w:rPr>
        <w:t>Т.А.Ладыженская</w:t>
      </w:r>
      <w:proofErr w:type="spellEnd"/>
      <w:r w:rsidRPr="00785A59">
        <w:rPr>
          <w:color w:val="212529"/>
          <w:sz w:val="24"/>
          <w:szCs w:val="24"/>
          <w:lang w:val="ru-RU"/>
        </w:rPr>
        <w:t xml:space="preserve">, </w:t>
      </w:r>
      <w:proofErr w:type="spellStart"/>
      <w:r w:rsidRPr="00785A59">
        <w:rPr>
          <w:color w:val="212529"/>
          <w:sz w:val="24"/>
          <w:szCs w:val="24"/>
          <w:lang w:val="ru-RU"/>
        </w:rPr>
        <w:t>Н.М.Шанский</w:t>
      </w:r>
      <w:proofErr w:type="spellEnd"/>
      <w:r w:rsidRPr="00785A59">
        <w:rPr>
          <w:color w:val="212529"/>
          <w:sz w:val="24"/>
          <w:szCs w:val="24"/>
          <w:lang w:val="ru-RU"/>
        </w:rPr>
        <w:t>.</w:t>
      </w:r>
      <w:proofErr w:type="gramEnd"/>
      <w:r w:rsidRPr="00785A59">
        <w:rPr>
          <w:color w:val="212529"/>
          <w:sz w:val="24"/>
          <w:szCs w:val="24"/>
          <w:lang w:val="ru-RU"/>
        </w:rPr>
        <w:t xml:space="preserve"> Программа по</w:t>
      </w:r>
      <w:r w:rsidRPr="005630A2">
        <w:rPr>
          <w:color w:val="212529"/>
          <w:sz w:val="24"/>
          <w:szCs w:val="24"/>
        </w:rPr>
        <w:t> </w:t>
      </w:r>
      <w:r w:rsidRPr="00785A59">
        <w:rPr>
          <w:color w:val="212529"/>
          <w:sz w:val="24"/>
          <w:szCs w:val="24"/>
          <w:lang w:val="ru-RU"/>
        </w:rPr>
        <w:t xml:space="preserve"> русскому языку. //Программы для общеобразовательных учреждений. Русский язык. 5-9 классы. – М.: Просвещение, 2011), а также требований стандартов второго поколения ФГОС.</w:t>
      </w:r>
    </w:p>
    <w:p w:rsidR="00785A59" w:rsidRPr="00785A59" w:rsidRDefault="00785A59" w:rsidP="00785A59">
      <w:pPr>
        <w:widowControl w:val="0"/>
        <w:autoSpaceDE w:val="0"/>
        <w:autoSpaceDN w:val="0"/>
        <w:adjustRightInd w:val="0"/>
        <w:rPr>
          <w:b/>
          <w:bCs/>
          <w:sz w:val="24"/>
          <w:szCs w:val="24"/>
          <w:lang w:val="ru-RU"/>
        </w:rPr>
      </w:pPr>
    </w:p>
    <w:p w:rsidR="00785A59" w:rsidRPr="00785A59" w:rsidRDefault="00785A59" w:rsidP="00785A59">
      <w:pPr>
        <w:widowControl w:val="0"/>
        <w:autoSpaceDE w:val="0"/>
        <w:autoSpaceDN w:val="0"/>
        <w:adjustRightInd w:val="0"/>
        <w:rPr>
          <w:sz w:val="24"/>
          <w:szCs w:val="24"/>
          <w:lang w:val="ru-RU"/>
        </w:rPr>
      </w:pPr>
      <w:r w:rsidRPr="00785A59">
        <w:rPr>
          <w:b/>
          <w:bCs/>
          <w:sz w:val="24"/>
          <w:szCs w:val="24"/>
          <w:lang w:val="ru-RU"/>
        </w:rPr>
        <w:t xml:space="preserve">УМК: </w:t>
      </w:r>
      <w:r w:rsidRPr="00785A59">
        <w:rPr>
          <w:sz w:val="24"/>
          <w:szCs w:val="24"/>
          <w:lang w:val="ru-RU"/>
        </w:rPr>
        <w:t xml:space="preserve">Учебник    «Русский язык. 6 класс» (в 2-х частях). М.Т.Баранов, </w:t>
      </w:r>
      <w:proofErr w:type="spellStart"/>
      <w:r w:rsidRPr="00785A59">
        <w:rPr>
          <w:sz w:val="24"/>
          <w:szCs w:val="24"/>
          <w:lang w:val="ru-RU"/>
        </w:rPr>
        <w:t>Т.А.Ладыженская</w:t>
      </w:r>
      <w:proofErr w:type="spellEnd"/>
      <w:r w:rsidRPr="00785A59">
        <w:rPr>
          <w:sz w:val="24"/>
          <w:szCs w:val="24"/>
          <w:lang w:val="ru-RU"/>
        </w:rPr>
        <w:t xml:space="preserve">, </w:t>
      </w:r>
      <w:proofErr w:type="spellStart"/>
      <w:r w:rsidRPr="00785A59">
        <w:rPr>
          <w:sz w:val="24"/>
          <w:szCs w:val="24"/>
          <w:lang w:val="ru-RU"/>
        </w:rPr>
        <w:t>Л.А.Тростенцова</w:t>
      </w:r>
      <w:proofErr w:type="spellEnd"/>
      <w:r w:rsidRPr="00785A59">
        <w:rPr>
          <w:sz w:val="24"/>
          <w:szCs w:val="24"/>
          <w:lang w:val="ru-RU"/>
        </w:rPr>
        <w:t>. Москва  «Просвещение», 2019</w:t>
      </w:r>
    </w:p>
    <w:p w:rsidR="00785A59" w:rsidRPr="00785A59" w:rsidRDefault="00785A59" w:rsidP="00785A59">
      <w:pPr>
        <w:widowControl w:val="0"/>
        <w:autoSpaceDE w:val="0"/>
        <w:autoSpaceDN w:val="0"/>
        <w:adjustRightInd w:val="0"/>
        <w:rPr>
          <w:sz w:val="24"/>
          <w:szCs w:val="24"/>
          <w:lang w:val="ru-RU"/>
        </w:rPr>
      </w:pPr>
      <w:r w:rsidRPr="00785A59">
        <w:rPr>
          <w:b/>
          <w:bCs/>
          <w:sz w:val="24"/>
          <w:szCs w:val="24"/>
          <w:lang w:val="ru-RU"/>
        </w:rPr>
        <w:t>Количество часов:</w:t>
      </w:r>
      <w:r w:rsidRPr="00785A59">
        <w:rPr>
          <w:sz w:val="24"/>
          <w:szCs w:val="24"/>
          <w:lang w:val="ru-RU"/>
        </w:rPr>
        <w:t xml:space="preserve"> рабочая программа составлена из расчета 6 класс – 210 часов (6 часов в неделю).</w:t>
      </w:r>
    </w:p>
    <w:p w:rsidR="00785A59" w:rsidRPr="00785A59" w:rsidRDefault="00785A59" w:rsidP="00785A59">
      <w:pPr>
        <w:shd w:val="clear" w:color="auto" w:fill="FFFFFF" w:themeFill="background1"/>
        <w:spacing w:before="75" w:after="75"/>
        <w:rPr>
          <w:i/>
          <w:iCs/>
          <w:color w:val="212529"/>
          <w:sz w:val="24"/>
          <w:szCs w:val="24"/>
          <w:lang w:val="ru-RU"/>
        </w:rPr>
      </w:pPr>
      <w:r w:rsidRPr="00785A59">
        <w:rPr>
          <w:color w:val="212529"/>
          <w:sz w:val="24"/>
          <w:szCs w:val="24"/>
          <w:lang w:val="ru-RU"/>
        </w:rPr>
        <w:t>Рабочая программа для</w:t>
      </w:r>
      <w:r w:rsidRPr="005630A2">
        <w:rPr>
          <w:color w:val="212529"/>
          <w:sz w:val="24"/>
          <w:szCs w:val="24"/>
        </w:rPr>
        <w:t> </w:t>
      </w:r>
      <w:r w:rsidRPr="00785A59">
        <w:rPr>
          <w:color w:val="212529"/>
          <w:sz w:val="24"/>
          <w:szCs w:val="24"/>
          <w:lang w:val="ru-RU"/>
        </w:rPr>
        <w:t xml:space="preserve"> 6 класса предусматривает</w:t>
      </w:r>
      <w:r w:rsidRPr="005630A2">
        <w:rPr>
          <w:color w:val="212529"/>
          <w:sz w:val="24"/>
          <w:szCs w:val="24"/>
        </w:rPr>
        <w:t> </w:t>
      </w:r>
      <w:r w:rsidRPr="00785A59">
        <w:rPr>
          <w:color w:val="212529"/>
          <w:sz w:val="24"/>
          <w:szCs w:val="24"/>
          <w:u w:val="single"/>
          <w:lang w:val="ru-RU"/>
        </w:rPr>
        <w:t>формирование</w:t>
      </w:r>
      <w:r w:rsidRPr="005630A2">
        <w:rPr>
          <w:color w:val="212529"/>
          <w:sz w:val="24"/>
          <w:szCs w:val="24"/>
        </w:rPr>
        <w:t> </w:t>
      </w:r>
      <w:r w:rsidRPr="00785A59">
        <w:rPr>
          <w:color w:val="212529"/>
          <w:sz w:val="24"/>
          <w:szCs w:val="24"/>
          <w:lang w:val="ru-RU"/>
        </w:rPr>
        <w:t>таких жизненно важных умений, как</w:t>
      </w:r>
      <w:r w:rsidRPr="005630A2">
        <w:rPr>
          <w:color w:val="212529"/>
          <w:sz w:val="24"/>
          <w:szCs w:val="24"/>
        </w:rPr>
        <w:t> </w:t>
      </w:r>
      <w:r w:rsidRPr="00785A59">
        <w:rPr>
          <w:i/>
          <w:iCs/>
          <w:color w:val="212529"/>
          <w:sz w:val="24"/>
          <w:szCs w:val="24"/>
          <w:lang w:val="ru-RU"/>
        </w:rPr>
        <w:t>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w:t>
      </w:r>
      <w:proofErr w:type="gramStart"/>
      <w:r w:rsidRPr="005630A2">
        <w:rPr>
          <w:i/>
          <w:iCs/>
          <w:color w:val="212529"/>
          <w:sz w:val="24"/>
          <w:szCs w:val="24"/>
        </w:rPr>
        <w:t> </w:t>
      </w:r>
      <w:r w:rsidRPr="00785A59">
        <w:rPr>
          <w:i/>
          <w:iCs/>
          <w:color w:val="212529"/>
          <w:sz w:val="24"/>
          <w:szCs w:val="24"/>
          <w:lang w:val="ru-RU"/>
        </w:rPr>
        <w:t xml:space="preserve"> .</w:t>
      </w:r>
      <w:proofErr w:type="gramEnd"/>
    </w:p>
    <w:p w:rsidR="00785A59" w:rsidRPr="00785A59" w:rsidRDefault="00785A59" w:rsidP="00785A59">
      <w:pPr>
        <w:shd w:val="clear" w:color="auto" w:fill="FFFFFF" w:themeFill="background1"/>
        <w:spacing w:before="75" w:after="75"/>
        <w:rPr>
          <w:b/>
          <w:color w:val="212529"/>
          <w:sz w:val="24"/>
          <w:szCs w:val="24"/>
          <w:lang w:val="ru-RU"/>
        </w:rPr>
      </w:pPr>
      <w:r w:rsidRPr="00785A59">
        <w:rPr>
          <w:b/>
          <w:color w:val="212529"/>
          <w:sz w:val="24"/>
          <w:szCs w:val="24"/>
          <w:u w:val="single"/>
          <w:lang w:val="ru-RU"/>
        </w:rPr>
        <w:t>Цели программы:</w:t>
      </w:r>
    </w:p>
    <w:p w:rsidR="00785A59" w:rsidRPr="00785A59" w:rsidRDefault="00785A59" w:rsidP="00785A59">
      <w:pPr>
        <w:shd w:val="clear" w:color="auto" w:fill="FFFFFF" w:themeFill="background1"/>
        <w:spacing w:before="75" w:after="75"/>
        <w:rPr>
          <w:color w:val="212529"/>
          <w:sz w:val="24"/>
          <w:szCs w:val="24"/>
          <w:lang w:val="ru-RU"/>
        </w:rPr>
      </w:pPr>
      <w:r w:rsidRPr="005630A2">
        <w:rPr>
          <w:color w:val="212529"/>
          <w:sz w:val="24"/>
          <w:szCs w:val="24"/>
        </w:rPr>
        <w:t>  </w:t>
      </w:r>
      <w:r w:rsidRPr="00785A59">
        <w:rPr>
          <w:color w:val="212529"/>
          <w:sz w:val="24"/>
          <w:szCs w:val="24"/>
          <w:lang w:val="ru-RU"/>
        </w:rPr>
        <w:t xml:space="preserve"> Курс русского языка направлен на достижение следующих целей, обеспечивающих реализацию личностно-ориентированного, системн</w:t>
      </w:r>
      <w:proofErr w:type="gramStart"/>
      <w:r w:rsidRPr="00785A59">
        <w:rPr>
          <w:color w:val="212529"/>
          <w:sz w:val="24"/>
          <w:szCs w:val="24"/>
          <w:lang w:val="ru-RU"/>
        </w:rPr>
        <w:t>о-</w:t>
      </w:r>
      <w:proofErr w:type="gramEnd"/>
      <w:r w:rsidRPr="00785A59">
        <w:rPr>
          <w:color w:val="212529"/>
          <w:sz w:val="24"/>
          <w:szCs w:val="24"/>
          <w:lang w:val="ru-RU"/>
        </w:rPr>
        <w:t xml:space="preserve"> </w:t>
      </w:r>
      <w:r w:rsidRPr="005630A2">
        <w:rPr>
          <w:color w:val="212529"/>
          <w:sz w:val="24"/>
          <w:szCs w:val="24"/>
        </w:rPr>
        <w:t> </w:t>
      </w:r>
      <w:r w:rsidRPr="00785A59">
        <w:rPr>
          <w:color w:val="212529"/>
          <w:sz w:val="24"/>
          <w:szCs w:val="24"/>
          <w:lang w:val="ru-RU"/>
        </w:rPr>
        <w:t>деятельностного подходов к обучению родному языку:</w:t>
      </w:r>
    </w:p>
    <w:p w:rsidR="00785A59" w:rsidRPr="00785A59" w:rsidRDefault="00785A59" w:rsidP="00785A59">
      <w:pPr>
        <w:shd w:val="clear" w:color="auto" w:fill="FFFFFF" w:themeFill="background1"/>
        <w:spacing w:before="75" w:after="75"/>
        <w:rPr>
          <w:color w:val="212529"/>
          <w:sz w:val="24"/>
          <w:szCs w:val="24"/>
          <w:lang w:val="ru-RU"/>
        </w:rPr>
      </w:pPr>
      <w:r w:rsidRPr="00785A59">
        <w:rPr>
          <w:color w:val="212529"/>
          <w:sz w:val="24"/>
          <w:szCs w:val="24"/>
          <w:lang w:val="ru-RU"/>
        </w:rPr>
        <w:t>-</w:t>
      </w:r>
      <w:r w:rsidRPr="005630A2">
        <w:rPr>
          <w:color w:val="212529"/>
          <w:sz w:val="24"/>
          <w:szCs w:val="24"/>
        </w:rPr>
        <w:t> </w:t>
      </w:r>
      <w:r w:rsidRPr="00785A59">
        <w:rPr>
          <w:color w:val="212529"/>
          <w:sz w:val="24"/>
          <w:szCs w:val="24"/>
          <w:lang w:val="ru-RU"/>
        </w:rPr>
        <w:t>воспитание</w:t>
      </w:r>
      <w:r w:rsidRPr="005630A2">
        <w:rPr>
          <w:color w:val="212529"/>
          <w:sz w:val="24"/>
          <w:szCs w:val="24"/>
        </w:rPr>
        <w:t> </w:t>
      </w:r>
      <w:r w:rsidRPr="00785A59">
        <w:rPr>
          <w:color w:val="212529"/>
          <w:sz w:val="24"/>
          <w:szCs w:val="24"/>
          <w:lang w:val="ru-RU"/>
        </w:rPr>
        <w:t>гражданственности и патриотизма, сознательного отношения к языку как явлению культуры, основному средству общения и получения знаний в разных сферах человеческой деятельности; воспитание интереса и любви к русскому языку;</w:t>
      </w:r>
    </w:p>
    <w:p w:rsidR="00785A59" w:rsidRPr="00785A59" w:rsidRDefault="00785A59" w:rsidP="00785A59">
      <w:pPr>
        <w:shd w:val="clear" w:color="auto" w:fill="FFFFFF" w:themeFill="background1"/>
        <w:spacing w:before="75" w:after="75"/>
        <w:rPr>
          <w:color w:val="212529"/>
          <w:sz w:val="24"/>
          <w:szCs w:val="24"/>
          <w:lang w:val="ru-RU"/>
        </w:rPr>
      </w:pPr>
      <w:r w:rsidRPr="00785A59">
        <w:rPr>
          <w:color w:val="212529"/>
          <w:sz w:val="24"/>
          <w:szCs w:val="24"/>
          <w:lang w:val="ru-RU"/>
        </w:rPr>
        <w:t>-</w:t>
      </w:r>
      <w:r w:rsidRPr="005630A2">
        <w:rPr>
          <w:color w:val="212529"/>
          <w:sz w:val="24"/>
          <w:szCs w:val="24"/>
        </w:rPr>
        <w:t> </w:t>
      </w:r>
      <w:r w:rsidRPr="00785A59">
        <w:rPr>
          <w:color w:val="212529"/>
          <w:sz w:val="24"/>
          <w:szCs w:val="24"/>
          <w:lang w:val="ru-RU"/>
        </w:rPr>
        <w:t>совершенствование</w:t>
      </w:r>
      <w:r w:rsidRPr="005630A2">
        <w:rPr>
          <w:color w:val="212529"/>
          <w:sz w:val="24"/>
          <w:szCs w:val="24"/>
        </w:rPr>
        <w:t> </w:t>
      </w:r>
      <w:r w:rsidRPr="00785A59">
        <w:rPr>
          <w:color w:val="212529"/>
          <w:sz w:val="24"/>
          <w:szCs w:val="24"/>
          <w:lang w:val="ru-RU"/>
        </w:rPr>
        <w:t>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r w:rsidRPr="005630A2">
        <w:rPr>
          <w:color w:val="212529"/>
          <w:sz w:val="24"/>
          <w:szCs w:val="24"/>
        </w:rPr>
        <w:t> </w:t>
      </w:r>
      <w:r w:rsidRPr="00785A59">
        <w:rPr>
          <w:color w:val="212529"/>
          <w:sz w:val="24"/>
          <w:szCs w:val="24"/>
          <w:lang w:val="ru-RU"/>
        </w:rPr>
        <w:t>освоение</w:t>
      </w:r>
      <w:r w:rsidRPr="005630A2">
        <w:rPr>
          <w:color w:val="212529"/>
          <w:sz w:val="24"/>
          <w:szCs w:val="24"/>
        </w:rPr>
        <w:t> </w:t>
      </w:r>
      <w:r w:rsidRPr="00785A59">
        <w:rPr>
          <w:color w:val="212529"/>
          <w:sz w:val="24"/>
          <w:szCs w:val="24"/>
          <w:lang w:val="ru-RU"/>
        </w:rPr>
        <w:t>знаний о русском языке, его устройстве и функционировании в различных сферах и ситуации общения; о стилистических ресурсах русского языка; об основных нормах русского литературного языка; о русском речевом этикете;</w:t>
      </w:r>
    </w:p>
    <w:p w:rsidR="00785A59" w:rsidRPr="00785A59" w:rsidRDefault="00785A59" w:rsidP="00785A59">
      <w:pPr>
        <w:shd w:val="clear" w:color="auto" w:fill="FFFFFF" w:themeFill="background1"/>
        <w:spacing w:before="75" w:after="75"/>
        <w:rPr>
          <w:color w:val="212529"/>
          <w:sz w:val="24"/>
          <w:szCs w:val="24"/>
          <w:lang w:val="ru-RU"/>
        </w:rPr>
      </w:pPr>
      <w:r w:rsidRPr="00785A59">
        <w:rPr>
          <w:color w:val="212529"/>
          <w:sz w:val="24"/>
          <w:szCs w:val="24"/>
          <w:lang w:val="ru-RU"/>
        </w:rPr>
        <w:t>-</w:t>
      </w:r>
      <w:r w:rsidRPr="005630A2">
        <w:rPr>
          <w:color w:val="212529"/>
          <w:sz w:val="24"/>
          <w:szCs w:val="24"/>
        </w:rPr>
        <w:t> </w:t>
      </w:r>
      <w:r w:rsidRPr="00785A59">
        <w:rPr>
          <w:color w:val="212529"/>
          <w:sz w:val="24"/>
          <w:szCs w:val="24"/>
          <w:lang w:val="ru-RU"/>
        </w:rPr>
        <w:t>формирование</w:t>
      </w:r>
      <w:r w:rsidRPr="005630A2">
        <w:rPr>
          <w:color w:val="212529"/>
          <w:sz w:val="24"/>
          <w:szCs w:val="24"/>
        </w:rPr>
        <w:t> </w:t>
      </w:r>
      <w:r w:rsidRPr="00785A59">
        <w:rPr>
          <w:color w:val="212529"/>
          <w:sz w:val="24"/>
          <w:szCs w:val="24"/>
          <w:lang w:val="ru-RU"/>
        </w:rPr>
        <w:t>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785A59" w:rsidRPr="00785A59" w:rsidRDefault="00785A59" w:rsidP="00785A59">
      <w:pPr>
        <w:shd w:val="clear" w:color="auto" w:fill="FFFFFF" w:themeFill="background1"/>
        <w:spacing w:before="75" w:after="75"/>
        <w:rPr>
          <w:color w:val="212529"/>
          <w:sz w:val="24"/>
          <w:szCs w:val="24"/>
          <w:lang w:val="ru-RU"/>
        </w:rPr>
      </w:pPr>
      <w:r w:rsidRPr="005630A2">
        <w:rPr>
          <w:color w:val="212529"/>
          <w:sz w:val="24"/>
          <w:szCs w:val="24"/>
        </w:rPr>
        <w:t>           </w:t>
      </w:r>
      <w:r w:rsidRPr="00785A59">
        <w:rPr>
          <w:color w:val="212529"/>
          <w:sz w:val="24"/>
          <w:szCs w:val="24"/>
          <w:lang w:val="ru-RU"/>
        </w:rPr>
        <w:t xml:space="preserve"> -</w:t>
      </w:r>
      <w:r w:rsidRPr="005630A2">
        <w:rPr>
          <w:color w:val="212529"/>
          <w:sz w:val="24"/>
          <w:szCs w:val="24"/>
        </w:rPr>
        <w:t> </w:t>
      </w:r>
      <w:r w:rsidRPr="00785A59">
        <w:rPr>
          <w:color w:val="212529"/>
          <w:sz w:val="24"/>
          <w:szCs w:val="24"/>
          <w:lang w:val="ru-RU"/>
        </w:rPr>
        <w:t>формирование</w:t>
      </w:r>
      <w:r w:rsidRPr="005630A2">
        <w:rPr>
          <w:color w:val="212529"/>
          <w:sz w:val="24"/>
          <w:szCs w:val="24"/>
        </w:rPr>
        <w:t> </w:t>
      </w:r>
      <w:r w:rsidRPr="00785A59">
        <w:rPr>
          <w:color w:val="212529"/>
          <w:sz w:val="24"/>
          <w:szCs w:val="24"/>
          <w:lang w:val="ru-RU"/>
        </w:rPr>
        <w:t>у учащихся на базе усвоения ими определенной системы знаний о языке, умений и навыков полноценно, грамотно (в широком значении этого слова) пользоваться богатыми ресурсами родного языка в своей речевой практике;</w:t>
      </w:r>
    </w:p>
    <w:p w:rsidR="00785A59" w:rsidRPr="00785A59" w:rsidRDefault="00785A59" w:rsidP="00785A59">
      <w:pPr>
        <w:shd w:val="clear" w:color="auto" w:fill="FFFFFF" w:themeFill="background1"/>
        <w:spacing w:before="75" w:after="75"/>
        <w:rPr>
          <w:color w:val="212529"/>
          <w:sz w:val="24"/>
          <w:szCs w:val="24"/>
          <w:lang w:val="ru-RU"/>
        </w:rPr>
      </w:pPr>
      <w:r w:rsidRPr="005630A2">
        <w:rPr>
          <w:color w:val="212529"/>
          <w:sz w:val="24"/>
          <w:szCs w:val="24"/>
        </w:rPr>
        <w:t>           </w:t>
      </w:r>
      <w:r w:rsidRPr="00785A59">
        <w:rPr>
          <w:color w:val="212529"/>
          <w:sz w:val="24"/>
          <w:szCs w:val="24"/>
          <w:lang w:val="ru-RU"/>
        </w:rPr>
        <w:t xml:space="preserve"> -</w:t>
      </w:r>
      <w:r w:rsidRPr="005630A2">
        <w:rPr>
          <w:color w:val="212529"/>
          <w:sz w:val="24"/>
          <w:szCs w:val="24"/>
        </w:rPr>
        <w:t> </w:t>
      </w:r>
      <w:r w:rsidRPr="00785A59">
        <w:rPr>
          <w:color w:val="212529"/>
          <w:sz w:val="24"/>
          <w:szCs w:val="24"/>
          <w:lang w:val="ru-RU"/>
        </w:rPr>
        <w:t>воспитание</w:t>
      </w:r>
      <w:r w:rsidRPr="005630A2">
        <w:rPr>
          <w:color w:val="212529"/>
          <w:sz w:val="24"/>
          <w:szCs w:val="24"/>
        </w:rPr>
        <w:t> </w:t>
      </w:r>
      <w:r w:rsidRPr="00785A59">
        <w:rPr>
          <w:color w:val="212529"/>
          <w:sz w:val="24"/>
          <w:szCs w:val="24"/>
          <w:lang w:val="ru-RU"/>
        </w:rPr>
        <w:t>бережного отношения к языку, стремления к самосовершенствованию в области языковой подготовки и культуры речевого общения.</w:t>
      </w:r>
    </w:p>
    <w:p w:rsidR="00785A59" w:rsidRPr="00785A59" w:rsidRDefault="00785A59" w:rsidP="00785A59">
      <w:pPr>
        <w:widowControl w:val="0"/>
        <w:autoSpaceDE w:val="0"/>
        <w:autoSpaceDN w:val="0"/>
        <w:adjustRightInd w:val="0"/>
        <w:rPr>
          <w:b/>
          <w:bCs/>
          <w:sz w:val="24"/>
          <w:szCs w:val="24"/>
          <w:lang w:val="ru-RU"/>
        </w:rPr>
      </w:pPr>
    </w:p>
    <w:p w:rsidR="00785A59" w:rsidRPr="00785A59" w:rsidRDefault="00785A59" w:rsidP="00785A59">
      <w:pPr>
        <w:widowControl w:val="0"/>
        <w:autoSpaceDE w:val="0"/>
        <w:autoSpaceDN w:val="0"/>
        <w:adjustRightInd w:val="0"/>
        <w:jc w:val="both"/>
        <w:rPr>
          <w:sz w:val="24"/>
          <w:szCs w:val="24"/>
          <w:lang w:val="ru-RU"/>
        </w:rPr>
      </w:pPr>
    </w:p>
    <w:p w:rsidR="00785A59" w:rsidRPr="00785A59" w:rsidRDefault="00785A59" w:rsidP="00785A59">
      <w:pPr>
        <w:jc w:val="center"/>
        <w:rPr>
          <w:b/>
          <w:sz w:val="24"/>
          <w:szCs w:val="24"/>
          <w:lang w:val="ru-RU"/>
        </w:rPr>
      </w:pPr>
    </w:p>
    <w:p w:rsidR="00785A59" w:rsidRPr="00785A59" w:rsidRDefault="00785A59" w:rsidP="00785A59">
      <w:pPr>
        <w:jc w:val="center"/>
        <w:rPr>
          <w:b/>
          <w:sz w:val="24"/>
          <w:szCs w:val="24"/>
          <w:lang w:val="ru-RU"/>
        </w:rPr>
      </w:pPr>
    </w:p>
    <w:p w:rsidR="00785A59" w:rsidRPr="00785A59" w:rsidRDefault="00785A59" w:rsidP="00785A59">
      <w:pPr>
        <w:jc w:val="center"/>
        <w:rPr>
          <w:b/>
          <w:sz w:val="24"/>
          <w:szCs w:val="24"/>
          <w:lang w:val="ru-RU"/>
        </w:rPr>
      </w:pPr>
    </w:p>
    <w:p w:rsidR="00785A59" w:rsidRPr="00785A59" w:rsidRDefault="00785A59" w:rsidP="00785A59">
      <w:pPr>
        <w:jc w:val="center"/>
        <w:rPr>
          <w:b/>
          <w:sz w:val="24"/>
          <w:szCs w:val="24"/>
          <w:lang w:val="ru-RU"/>
        </w:rPr>
      </w:pPr>
      <w:r w:rsidRPr="00785A59">
        <w:rPr>
          <w:b/>
          <w:sz w:val="24"/>
          <w:szCs w:val="24"/>
          <w:lang w:val="ru-RU"/>
        </w:rPr>
        <w:t>ПОЯСНИТЕЛЬНАЯ ЗАПИСКА.</w:t>
      </w:r>
    </w:p>
    <w:p w:rsidR="00785A59" w:rsidRPr="00785A59" w:rsidRDefault="00785A59" w:rsidP="00785A59">
      <w:pPr>
        <w:spacing w:line="360" w:lineRule="auto"/>
        <w:jc w:val="both"/>
        <w:rPr>
          <w:sz w:val="24"/>
          <w:szCs w:val="24"/>
          <w:lang w:val="ru-RU"/>
        </w:rPr>
      </w:pPr>
      <w:r w:rsidRPr="00785A59">
        <w:rPr>
          <w:sz w:val="24"/>
          <w:szCs w:val="24"/>
          <w:lang w:val="ru-RU"/>
        </w:rPr>
        <w:t xml:space="preserve"> Рабочая программа по русскому языку для 6 класса составлена в соответствии с  Федеральным   государственным  образовательным  стандартом,  основной образовательной программой  основного общего образования, программой основного общего образования по</w:t>
      </w:r>
      <w:r w:rsidRPr="00107AB5">
        <w:rPr>
          <w:sz w:val="24"/>
          <w:szCs w:val="24"/>
        </w:rPr>
        <w:t> </w:t>
      </w:r>
      <w:r w:rsidRPr="00785A59">
        <w:rPr>
          <w:sz w:val="24"/>
          <w:szCs w:val="24"/>
          <w:lang w:val="ru-RU"/>
        </w:rPr>
        <w:t xml:space="preserve"> русскому языку </w:t>
      </w:r>
      <w:r w:rsidRPr="00107AB5">
        <w:rPr>
          <w:sz w:val="24"/>
          <w:szCs w:val="24"/>
        </w:rPr>
        <w:t> </w:t>
      </w:r>
      <w:r w:rsidRPr="00785A59">
        <w:rPr>
          <w:sz w:val="24"/>
          <w:szCs w:val="24"/>
          <w:lang w:val="ru-RU"/>
        </w:rPr>
        <w:t xml:space="preserve">М.Т..Баранова, </w:t>
      </w:r>
      <w:proofErr w:type="spellStart"/>
      <w:r w:rsidRPr="00785A59">
        <w:rPr>
          <w:sz w:val="24"/>
          <w:szCs w:val="24"/>
          <w:lang w:val="ru-RU"/>
        </w:rPr>
        <w:t>Т.А.Ладыженской</w:t>
      </w:r>
      <w:proofErr w:type="spellEnd"/>
      <w:r w:rsidRPr="00785A59">
        <w:rPr>
          <w:sz w:val="24"/>
          <w:szCs w:val="24"/>
          <w:lang w:val="ru-RU"/>
        </w:rPr>
        <w:t xml:space="preserve">, </w:t>
      </w:r>
      <w:proofErr w:type="spellStart"/>
      <w:r w:rsidRPr="00785A59">
        <w:rPr>
          <w:sz w:val="24"/>
          <w:szCs w:val="24"/>
          <w:lang w:val="ru-RU"/>
        </w:rPr>
        <w:t>Н.М.Шанского</w:t>
      </w:r>
      <w:proofErr w:type="spellEnd"/>
      <w:r w:rsidRPr="00785A59">
        <w:rPr>
          <w:sz w:val="24"/>
          <w:szCs w:val="24"/>
          <w:lang w:val="ru-RU"/>
        </w:rPr>
        <w:t xml:space="preserve"> (М.Т..Баранов, </w:t>
      </w:r>
      <w:proofErr w:type="spellStart"/>
      <w:r w:rsidRPr="00785A59">
        <w:rPr>
          <w:sz w:val="24"/>
          <w:szCs w:val="24"/>
          <w:lang w:val="ru-RU"/>
        </w:rPr>
        <w:t>Т.А.Ладыженская</w:t>
      </w:r>
      <w:proofErr w:type="spellEnd"/>
      <w:r w:rsidRPr="00785A59">
        <w:rPr>
          <w:sz w:val="24"/>
          <w:szCs w:val="24"/>
          <w:lang w:val="ru-RU"/>
        </w:rPr>
        <w:t xml:space="preserve">, </w:t>
      </w:r>
      <w:proofErr w:type="spellStart"/>
      <w:r w:rsidRPr="00785A59">
        <w:rPr>
          <w:sz w:val="24"/>
          <w:szCs w:val="24"/>
          <w:lang w:val="ru-RU"/>
        </w:rPr>
        <w:t>Н.М.Шанский</w:t>
      </w:r>
      <w:proofErr w:type="spellEnd"/>
      <w:r w:rsidRPr="00785A59">
        <w:rPr>
          <w:sz w:val="24"/>
          <w:szCs w:val="24"/>
          <w:lang w:val="ru-RU"/>
        </w:rPr>
        <w:t>. Программа по</w:t>
      </w:r>
      <w:r w:rsidRPr="00107AB5">
        <w:rPr>
          <w:sz w:val="24"/>
          <w:szCs w:val="24"/>
        </w:rPr>
        <w:t> </w:t>
      </w:r>
      <w:r w:rsidRPr="00785A59">
        <w:rPr>
          <w:sz w:val="24"/>
          <w:szCs w:val="24"/>
          <w:lang w:val="ru-RU"/>
        </w:rPr>
        <w:t xml:space="preserve"> русскому языку. //Программы для общеобразовательных учреждений. Русский язык. 5-9 классы. – М.: Просвещение, 2011)         Данная программа конкретизирует содержание стандарта, даёт распределение учебных часов по разделам курса, последовательность изучения тем и разделов с учетом </w:t>
      </w:r>
      <w:proofErr w:type="spellStart"/>
      <w:r w:rsidRPr="00785A59">
        <w:rPr>
          <w:sz w:val="24"/>
          <w:szCs w:val="24"/>
          <w:lang w:val="ru-RU"/>
        </w:rPr>
        <w:t>межпредметных</w:t>
      </w:r>
      <w:proofErr w:type="spellEnd"/>
      <w:r w:rsidRPr="00785A59">
        <w:rPr>
          <w:sz w:val="24"/>
          <w:szCs w:val="24"/>
          <w:lang w:val="ru-RU"/>
        </w:rPr>
        <w:t xml:space="preserve"> и </w:t>
      </w:r>
      <w:proofErr w:type="spellStart"/>
      <w:r w:rsidRPr="00785A59">
        <w:rPr>
          <w:sz w:val="24"/>
          <w:szCs w:val="24"/>
          <w:lang w:val="ru-RU"/>
        </w:rPr>
        <w:t>внутрипредметных</w:t>
      </w:r>
      <w:proofErr w:type="spellEnd"/>
      <w:r w:rsidRPr="00785A59">
        <w:rPr>
          <w:sz w:val="24"/>
          <w:szCs w:val="24"/>
          <w:lang w:val="ru-RU"/>
        </w:rPr>
        <w:t xml:space="preserve"> связей, логики учебного процесса, возрастных особенностей учащихся.</w:t>
      </w:r>
    </w:p>
    <w:p w:rsidR="00785A59" w:rsidRPr="00785A59" w:rsidRDefault="00785A59" w:rsidP="00785A59">
      <w:pPr>
        <w:spacing w:before="120" w:line="360" w:lineRule="auto"/>
        <w:jc w:val="center"/>
        <w:rPr>
          <w:b/>
          <w:sz w:val="24"/>
          <w:szCs w:val="24"/>
          <w:u w:val="single"/>
          <w:lang w:val="ru-RU"/>
        </w:rPr>
      </w:pPr>
      <w:r w:rsidRPr="00785A59">
        <w:rPr>
          <w:b/>
          <w:sz w:val="24"/>
          <w:szCs w:val="24"/>
          <w:u w:val="single"/>
          <w:lang w:val="ru-RU"/>
        </w:rPr>
        <w:t>Место предмета «Русский язык» в базисном учебном плане</w:t>
      </w:r>
    </w:p>
    <w:p w:rsidR="00785A59" w:rsidRPr="00785A59" w:rsidRDefault="00785A59" w:rsidP="00785A59">
      <w:pPr>
        <w:spacing w:line="360" w:lineRule="auto"/>
        <w:jc w:val="both"/>
        <w:rPr>
          <w:sz w:val="24"/>
          <w:szCs w:val="24"/>
          <w:lang w:val="ru-RU"/>
        </w:rPr>
      </w:pPr>
      <w:r w:rsidRPr="00785A59">
        <w:rPr>
          <w:sz w:val="24"/>
          <w:szCs w:val="24"/>
          <w:lang w:val="ru-RU"/>
        </w:rPr>
        <w:t xml:space="preserve">                      Государственная программа М.Т.Баранова, </w:t>
      </w:r>
      <w:proofErr w:type="spellStart"/>
      <w:r w:rsidRPr="00785A59">
        <w:rPr>
          <w:sz w:val="24"/>
          <w:szCs w:val="24"/>
          <w:lang w:val="ru-RU"/>
        </w:rPr>
        <w:t>Т.А.Ладыженской</w:t>
      </w:r>
      <w:proofErr w:type="spellEnd"/>
      <w:r w:rsidRPr="00785A59">
        <w:rPr>
          <w:sz w:val="24"/>
          <w:szCs w:val="24"/>
          <w:lang w:val="ru-RU"/>
        </w:rPr>
        <w:t xml:space="preserve"> и др. рассчитана на 6 часов в неделю - 210 часов в год. Преподавание ведётся по учебнику «Русский язык.  6 класс»: учебник для общеобразовательных учреждений, в 2 ч./ М.Т.Баранов, </w:t>
      </w:r>
      <w:proofErr w:type="spellStart"/>
      <w:r w:rsidRPr="00785A59">
        <w:rPr>
          <w:sz w:val="24"/>
          <w:szCs w:val="24"/>
          <w:lang w:val="ru-RU"/>
        </w:rPr>
        <w:t>Т.А.Ладыженская</w:t>
      </w:r>
      <w:proofErr w:type="spellEnd"/>
      <w:r w:rsidRPr="00785A59">
        <w:rPr>
          <w:sz w:val="24"/>
          <w:szCs w:val="24"/>
          <w:lang w:val="ru-RU"/>
        </w:rPr>
        <w:t xml:space="preserve">, </w:t>
      </w:r>
      <w:proofErr w:type="spellStart"/>
      <w:r w:rsidRPr="00785A59">
        <w:rPr>
          <w:sz w:val="24"/>
          <w:szCs w:val="24"/>
          <w:lang w:val="ru-RU"/>
        </w:rPr>
        <w:t>Л.А.Тростенцова</w:t>
      </w:r>
      <w:proofErr w:type="spellEnd"/>
      <w:r w:rsidRPr="00785A59">
        <w:rPr>
          <w:sz w:val="24"/>
          <w:szCs w:val="24"/>
          <w:lang w:val="ru-RU"/>
        </w:rPr>
        <w:t xml:space="preserve"> и др.; научный редактор </w:t>
      </w:r>
      <w:proofErr w:type="spellStart"/>
      <w:r w:rsidRPr="00785A59">
        <w:rPr>
          <w:sz w:val="24"/>
          <w:szCs w:val="24"/>
          <w:lang w:val="ru-RU"/>
        </w:rPr>
        <w:t>Н.М.Шанский</w:t>
      </w:r>
      <w:proofErr w:type="spellEnd"/>
      <w:r w:rsidRPr="00785A59">
        <w:rPr>
          <w:sz w:val="24"/>
          <w:szCs w:val="24"/>
          <w:lang w:val="ru-RU"/>
        </w:rPr>
        <w:t>. –  М.: Просвещение, 2019.</w:t>
      </w:r>
    </w:p>
    <w:p w:rsidR="00785A59" w:rsidRPr="00785A59" w:rsidRDefault="00785A59" w:rsidP="00785A59">
      <w:pPr>
        <w:spacing w:line="360" w:lineRule="auto"/>
        <w:ind w:firstLine="709"/>
        <w:jc w:val="center"/>
        <w:rPr>
          <w:sz w:val="24"/>
          <w:szCs w:val="24"/>
          <w:lang w:val="ru-RU"/>
        </w:rPr>
      </w:pPr>
    </w:p>
    <w:p w:rsidR="00785A59" w:rsidRPr="00785A59" w:rsidRDefault="00785A59" w:rsidP="00785A59">
      <w:pPr>
        <w:spacing w:line="360" w:lineRule="auto"/>
        <w:ind w:firstLine="709"/>
        <w:jc w:val="center"/>
        <w:rPr>
          <w:b/>
          <w:sz w:val="24"/>
          <w:szCs w:val="24"/>
          <w:u w:val="single"/>
          <w:lang w:val="ru-RU"/>
        </w:rPr>
      </w:pPr>
      <w:r w:rsidRPr="00785A59">
        <w:rPr>
          <w:b/>
          <w:sz w:val="24"/>
          <w:szCs w:val="24"/>
          <w:u w:val="single"/>
          <w:lang w:val="ru-RU"/>
        </w:rPr>
        <w:t>Общая характеристика учебного предмета</w:t>
      </w:r>
    </w:p>
    <w:p w:rsidR="00785A59" w:rsidRPr="00785A59" w:rsidRDefault="00785A59" w:rsidP="00785A59">
      <w:pPr>
        <w:spacing w:line="360" w:lineRule="auto"/>
        <w:jc w:val="both"/>
        <w:rPr>
          <w:sz w:val="24"/>
          <w:szCs w:val="24"/>
          <w:lang w:val="ru-RU"/>
        </w:rPr>
      </w:pPr>
      <w:r w:rsidRPr="00785A59">
        <w:rPr>
          <w:sz w:val="24"/>
          <w:szCs w:val="24"/>
          <w:lang w:val="ru-RU"/>
        </w:rPr>
        <w:t>Язык</w:t>
      </w:r>
      <w:r w:rsidRPr="00107AB5">
        <w:rPr>
          <w:sz w:val="24"/>
          <w:szCs w:val="24"/>
        </w:rPr>
        <w:t> </w:t>
      </w:r>
      <w:r w:rsidRPr="00785A59">
        <w:rPr>
          <w:sz w:val="24"/>
          <w:szCs w:val="24"/>
          <w:lang w:val="ru-RU"/>
        </w:rPr>
        <w:t xml:space="preserve"> – явление уникальное: он является средством общения и формой передачи информации, средством хранения и усвоения знаний, частью духовной культуры русского народа, средством приобщения к богатствам русской культуры и литературы. Русский язык – государственный язык Российской Федерации, средство межнационального общения.</w:t>
      </w:r>
    </w:p>
    <w:p w:rsidR="00785A59" w:rsidRPr="00785A59" w:rsidRDefault="00785A59" w:rsidP="00785A59">
      <w:pPr>
        <w:spacing w:line="360" w:lineRule="auto"/>
        <w:jc w:val="both"/>
        <w:rPr>
          <w:sz w:val="24"/>
          <w:szCs w:val="24"/>
          <w:lang w:val="ru-RU"/>
        </w:rPr>
      </w:pPr>
      <w:r w:rsidRPr="00785A59">
        <w:rPr>
          <w:sz w:val="24"/>
          <w:szCs w:val="24"/>
          <w:lang w:val="ru-RU"/>
        </w:rPr>
        <w:t xml:space="preserve">           В системе школьного образования учебный предмет «Русский язык» занимает особое место: является не только объектом изучения, но и средством обучения.</w:t>
      </w:r>
      <w:r w:rsidRPr="00107AB5">
        <w:rPr>
          <w:sz w:val="24"/>
          <w:szCs w:val="24"/>
        </w:rPr>
        <w:t>  </w:t>
      </w:r>
      <w:r w:rsidRPr="00785A59">
        <w:rPr>
          <w:sz w:val="24"/>
          <w:szCs w:val="24"/>
          <w:lang w:val="ru-RU"/>
        </w:rPr>
        <w:t xml:space="preserve"> Русский язык обеспечивает развитие интеллектуальных и творческих способностей ребенка, развивает его абстрактное мышление, память и воображение, формирует навыки самостоятельной учебной деятельности, самообразования и самореализации личности. Он неразрывно связан со всеми школьными предметами и влияет на качество усвоения всех других школьных предметов, а в перспективе способствует овладению будущей профессией.</w:t>
      </w:r>
    </w:p>
    <w:p w:rsidR="00785A59" w:rsidRPr="00785A59" w:rsidRDefault="00785A59" w:rsidP="00785A59">
      <w:pPr>
        <w:spacing w:line="360" w:lineRule="auto"/>
        <w:jc w:val="both"/>
        <w:rPr>
          <w:b/>
          <w:sz w:val="24"/>
          <w:szCs w:val="24"/>
          <w:lang w:val="ru-RU"/>
        </w:rPr>
      </w:pPr>
      <w:r w:rsidRPr="00785A59">
        <w:rPr>
          <w:sz w:val="24"/>
          <w:szCs w:val="24"/>
          <w:lang w:val="ru-RU"/>
        </w:rPr>
        <w:t xml:space="preserve">          В 6 классе продолжает формироваться и развиваться </w:t>
      </w:r>
      <w:r w:rsidRPr="00785A59">
        <w:rPr>
          <w:b/>
          <w:sz w:val="24"/>
          <w:szCs w:val="24"/>
          <w:lang w:val="ru-RU"/>
        </w:rPr>
        <w:t xml:space="preserve">коммуникативная, языковая, лингвистическая (языковедческая) и </w:t>
      </w:r>
      <w:proofErr w:type="spellStart"/>
      <w:r w:rsidRPr="00785A59">
        <w:rPr>
          <w:b/>
          <w:sz w:val="24"/>
          <w:szCs w:val="24"/>
          <w:lang w:val="ru-RU"/>
        </w:rPr>
        <w:t>культуроведческая</w:t>
      </w:r>
      <w:proofErr w:type="spellEnd"/>
      <w:r w:rsidRPr="00785A59">
        <w:rPr>
          <w:b/>
          <w:sz w:val="24"/>
          <w:szCs w:val="24"/>
          <w:lang w:val="ru-RU"/>
        </w:rPr>
        <w:t xml:space="preserve"> компетенции.</w:t>
      </w:r>
    </w:p>
    <w:p w:rsidR="00785A59" w:rsidRPr="00785A59" w:rsidRDefault="00785A59" w:rsidP="00785A59">
      <w:pPr>
        <w:spacing w:line="360" w:lineRule="auto"/>
        <w:jc w:val="both"/>
        <w:rPr>
          <w:sz w:val="24"/>
          <w:szCs w:val="24"/>
          <w:lang w:val="ru-RU"/>
        </w:rPr>
      </w:pPr>
      <w:r w:rsidRPr="00785A59">
        <w:rPr>
          <w:b/>
          <w:sz w:val="24"/>
          <w:szCs w:val="24"/>
          <w:lang w:val="ru-RU"/>
        </w:rPr>
        <w:lastRenderedPageBreak/>
        <w:t xml:space="preserve">          Коммуникативная компетенция</w:t>
      </w:r>
      <w:r w:rsidRPr="00785A59">
        <w:rPr>
          <w:sz w:val="24"/>
          <w:szCs w:val="24"/>
          <w:lang w:val="ru-RU"/>
        </w:rPr>
        <w:t xml:space="preserve"> – овладение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данного возраста сферах и ситуациях общения.</w:t>
      </w:r>
    </w:p>
    <w:p w:rsidR="00785A59" w:rsidRPr="00785A59" w:rsidRDefault="00785A59" w:rsidP="00785A59">
      <w:pPr>
        <w:spacing w:line="360" w:lineRule="auto"/>
        <w:jc w:val="both"/>
        <w:rPr>
          <w:sz w:val="24"/>
          <w:szCs w:val="24"/>
          <w:lang w:val="ru-RU"/>
        </w:rPr>
      </w:pPr>
      <w:r w:rsidRPr="00785A59">
        <w:rPr>
          <w:b/>
          <w:sz w:val="24"/>
          <w:szCs w:val="24"/>
          <w:lang w:val="ru-RU"/>
        </w:rPr>
        <w:t xml:space="preserve">          Языковая и лингвистическая (языковедческая) компетенции</w:t>
      </w:r>
      <w:r w:rsidRPr="00785A59">
        <w:rPr>
          <w:sz w:val="24"/>
          <w:szCs w:val="24"/>
          <w:lang w:val="ru-RU"/>
        </w:rPr>
        <w:t xml:space="preserve"> – освоение необходимых знаний о языке как знаковой системе и общественном явлении, его устройстве, развитии и функционировании; овладение основными нормами русского литературного языка; обогащение словарного запаса и грамматического строя речи учащихся; формирование способности к анализу и оценке языковых явлений и фактов, необходимых знаний о лингвистике как науке; умение пользоваться различными лингвистическими словарями.</w:t>
      </w:r>
    </w:p>
    <w:p w:rsidR="00785A59" w:rsidRPr="00785A59" w:rsidRDefault="00785A59" w:rsidP="00785A59">
      <w:pPr>
        <w:spacing w:line="360" w:lineRule="auto"/>
        <w:jc w:val="both"/>
        <w:rPr>
          <w:sz w:val="24"/>
          <w:szCs w:val="24"/>
          <w:lang w:val="ru-RU"/>
        </w:rPr>
      </w:pPr>
      <w:proofErr w:type="spellStart"/>
      <w:r w:rsidRPr="00785A59">
        <w:rPr>
          <w:b/>
          <w:sz w:val="24"/>
          <w:szCs w:val="24"/>
          <w:lang w:val="ru-RU"/>
        </w:rPr>
        <w:t>Культуроведческая</w:t>
      </w:r>
      <w:proofErr w:type="spellEnd"/>
      <w:r w:rsidRPr="00785A59">
        <w:rPr>
          <w:b/>
          <w:sz w:val="24"/>
          <w:szCs w:val="24"/>
          <w:lang w:val="ru-RU"/>
        </w:rPr>
        <w:t xml:space="preserve"> компетенция</w:t>
      </w:r>
      <w:r w:rsidRPr="00785A59">
        <w:rPr>
          <w:sz w:val="24"/>
          <w:szCs w:val="24"/>
          <w:lang w:val="ru-RU"/>
        </w:rPr>
        <w:t xml:space="preserve"> – осознание языка как формы выражения национальной культуры, взаимосвязи языка и истории народа, национально-культурной специфики русского языка, владение нормами русского речевого этикета, культурой межнационального общения.</w:t>
      </w:r>
    </w:p>
    <w:p w:rsidR="00785A59" w:rsidRPr="00785A59" w:rsidRDefault="00785A59" w:rsidP="00785A59">
      <w:pPr>
        <w:spacing w:line="360" w:lineRule="auto"/>
        <w:jc w:val="both"/>
        <w:rPr>
          <w:sz w:val="24"/>
          <w:szCs w:val="24"/>
          <w:lang w:val="ru-RU"/>
        </w:rPr>
      </w:pPr>
      <w:r w:rsidRPr="00785A59">
        <w:rPr>
          <w:sz w:val="24"/>
          <w:szCs w:val="24"/>
          <w:lang w:val="ru-RU"/>
        </w:rPr>
        <w:t xml:space="preserve">          Курс русского языка для 6 класса основной школы направлен на совершенствование речевой деятельности учащихся на основе овладения знаниями об устройстве русского языка и особенностях его употребления в разных условиях общения, на базе усвоения основных норм русского литературного языка, речевого этикета. Содержание обучения ориентировано на развитие личности ученика, воспитание культурного человека, владеющего нормами литературного языка, способного свободно выражать свои мысли и чувства в устной и письменной форме, соблюдать этические нормы общения. </w:t>
      </w:r>
    </w:p>
    <w:p w:rsidR="00785A59" w:rsidRPr="00785A59" w:rsidRDefault="00785A59" w:rsidP="00785A59">
      <w:pPr>
        <w:spacing w:line="360" w:lineRule="auto"/>
        <w:jc w:val="both"/>
        <w:rPr>
          <w:i/>
          <w:sz w:val="24"/>
          <w:szCs w:val="24"/>
          <w:lang w:val="ru-RU"/>
        </w:rPr>
      </w:pPr>
      <w:r w:rsidRPr="00785A59">
        <w:rPr>
          <w:sz w:val="24"/>
          <w:szCs w:val="24"/>
          <w:lang w:val="ru-RU"/>
        </w:rPr>
        <w:t xml:space="preserve">         Рабочая программа для</w:t>
      </w:r>
      <w:r w:rsidRPr="00107AB5">
        <w:rPr>
          <w:sz w:val="24"/>
          <w:szCs w:val="24"/>
        </w:rPr>
        <w:t> </w:t>
      </w:r>
      <w:r w:rsidRPr="00785A59">
        <w:rPr>
          <w:sz w:val="24"/>
          <w:szCs w:val="24"/>
          <w:lang w:val="ru-RU"/>
        </w:rPr>
        <w:t xml:space="preserve"> 6 класса предусматривает </w:t>
      </w:r>
      <w:r w:rsidRPr="00785A59">
        <w:rPr>
          <w:b/>
          <w:sz w:val="24"/>
          <w:szCs w:val="24"/>
          <w:u w:val="single"/>
          <w:lang w:val="ru-RU"/>
        </w:rPr>
        <w:t>формирование</w:t>
      </w:r>
      <w:r w:rsidRPr="00785A59">
        <w:rPr>
          <w:sz w:val="24"/>
          <w:szCs w:val="24"/>
          <w:lang w:val="ru-RU"/>
        </w:rPr>
        <w:t xml:space="preserve"> таких жизненно важных умений, как </w:t>
      </w:r>
      <w:r w:rsidRPr="00785A59">
        <w:rPr>
          <w:i/>
          <w:sz w:val="24"/>
          <w:szCs w:val="24"/>
          <w:lang w:val="ru-RU"/>
        </w:rPr>
        <w:t>различные виды чтения, информационная переработка текстов, поиск информации в различных источниках, а также способность передавать ее в соответствии с условиями общения.</w:t>
      </w:r>
    </w:p>
    <w:p w:rsidR="00785A59" w:rsidRPr="00785A59" w:rsidRDefault="00785A59" w:rsidP="00785A59">
      <w:pPr>
        <w:spacing w:line="360" w:lineRule="auto"/>
        <w:jc w:val="both"/>
        <w:rPr>
          <w:sz w:val="24"/>
          <w:szCs w:val="24"/>
          <w:lang w:val="ru-RU"/>
        </w:rPr>
      </w:pPr>
      <w:r w:rsidRPr="00785A59">
        <w:rPr>
          <w:sz w:val="24"/>
          <w:szCs w:val="24"/>
          <w:lang w:val="ru-RU"/>
        </w:rPr>
        <w:t xml:space="preserve">        Доминирующей идеей курса является интенсивное речевое и интеллектуальное развитие учащихся. Русский язык представлен в</w:t>
      </w:r>
      <w:r w:rsidRPr="00107AB5">
        <w:rPr>
          <w:sz w:val="24"/>
          <w:szCs w:val="24"/>
        </w:rPr>
        <w:t> </w:t>
      </w:r>
      <w:r w:rsidRPr="00785A59">
        <w:rPr>
          <w:sz w:val="24"/>
          <w:szCs w:val="24"/>
          <w:lang w:val="ru-RU"/>
        </w:rPr>
        <w:t xml:space="preserve"> рабочей программе перечнем не только тех дидактических единиц, которые отражают устройство языка, но и тех, которые обеспечивают речевую деятельность. Каждый тематический блок</w:t>
      </w:r>
      <w:r w:rsidRPr="00107AB5">
        <w:rPr>
          <w:sz w:val="24"/>
          <w:szCs w:val="24"/>
        </w:rPr>
        <w:t> </w:t>
      </w:r>
      <w:r w:rsidRPr="00785A59">
        <w:rPr>
          <w:sz w:val="24"/>
          <w:szCs w:val="24"/>
          <w:lang w:val="ru-RU"/>
        </w:rPr>
        <w:t xml:space="preserve"> программы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рабочая программа создает условия для реализации деятельностного подхода к изучению русского языка в школе.</w:t>
      </w:r>
    </w:p>
    <w:p w:rsidR="00785A59" w:rsidRPr="00785A59" w:rsidRDefault="00785A59" w:rsidP="00785A59">
      <w:pPr>
        <w:spacing w:line="360" w:lineRule="auto"/>
        <w:jc w:val="both"/>
        <w:rPr>
          <w:sz w:val="24"/>
          <w:szCs w:val="24"/>
          <w:lang w:val="ru-RU"/>
        </w:rPr>
      </w:pPr>
      <w:r w:rsidRPr="00785A59">
        <w:rPr>
          <w:sz w:val="24"/>
          <w:szCs w:val="24"/>
          <w:lang w:val="ru-RU"/>
        </w:rPr>
        <w:t xml:space="preserve">           Разделы, указанные в программе, неразрывно взаимосвязаны или интегрированы. Так, например, при обучении морфологии учащиеся не только получают соответствующие знания и овладевают необходимыми умениями и навыками, но и совершенствуют все виды речевой деятельности, различные коммуникативные навыки, а также углубляют представление о родном языке как национально-</w:t>
      </w:r>
      <w:r w:rsidRPr="00785A59">
        <w:rPr>
          <w:sz w:val="24"/>
          <w:szCs w:val="24"/>
          <w:lang w:val="ru-RU"/>
        </w:rPr>
        <w:lastRenderedPageBreak/>
        <w:t>культурном феномене. Таким образом, процессы осознания языковой системы и личный опыт использования языка в определенных условиях, ситуациях общения оказываются неразрывно связанными друг с другом.</w:t>
      </w:r>
    </w:p>
    <w:p w:rsidR="00785A59" w:rsidRPr="00785A59" w:rsidRDefault="00785A59" w:rsidP="00785A59">
      <w:pPr>
        <w:spacing w:line="360" w:lineRule="auto"/>
        <w:jc w:val="both"/>
        <w:rPr>
          <w:sz w:val="24"/>
          <w:szCs w:val="24"/>
          <w:lang w:val="ru-RU"/>
        </w:rPr>
      </w:pPr>
    </w:p>
    <w:p w:rsidR="00785A59" w:rsidRPr="00785A59" w:rsidRDefault="00785A59" w:rsidP="00785A59">
      <w:pPr>
        <w:spacing w:line="360" w:lineRule="auto"/>
        <w:ind w:firstLine="709"/>
        <w:jc w:val="center"/>
        <w:rPr>
          <w:b/>
          <w:sz w:val="24"/>
          <w:szCs w:val="24"/>
          <w:u w:val="single"/>
          <w:lang w:val="ru-RU"/>
        </w:rPr>
      </w:pPr>
      <w:r w:rsidRPr="00785A59">
        <w:rPr>
          <w:b/>
          <w:sz w:val="24"/>
          <w:szCs w:val="24"/>
          <w:u w:val="single"/>
          <w:lang w:val="ru-RU"/>
        </w:rPr>
        <w:t>Цели обучения</w:t>
      </w:r>
    </w:p>
    <w:p w:rsidR="00785A59" w:rsidRPr="00785A59" w:rsidRDefault="00785A59" w:rsidP="00785A59">
      <w:pPr>
        <w:spacing w:line="360" w:lineRule="auto"/>
        <w:ind w:firstLine="709"/>
        <w:jc w:val="both"/>
        <w:rPr>
          <w:sz w:val="24"/>
          <w:szCs w:val="24"/>
          <w:lang w:val="ru-RU"/>
        </w:rPr>
      </w:pPr>
      <w:r w:rsidRPr="00785A59">
        <w:rPr>
          <w:sz w:val="24"/>
          <w:szCs w:val="24"/>
          <w:lang w:val="ru-RU"/>
        </w:rPr>
        <w:t xml:space="preserve">   Курс русского языка направлен на достижение следующих целей, обеспечивающих реализацию личностно-ориентированного, системн</w:t>
      </w:r>
      <w:proofErr w:type="gramStart"/>
      <w:r w:rsidRPr="00785A59">
        <w:rPr>
          <w:sz w:val="24"/>
          <w:szCs w:val="24"/>
          <w:lang w:val="ru-RU"/>
        </w:rPr>
        <w:t>о-</w:t>
      </w:r>
      <w:proofErr w:type="gramEnd"/>
      <w:r w:rsidRPr="00785A59">
        <w:rPr>
          <w:sz w:val="24"/>
          <w:szCs w:val="24"/>
          <w:lang w:val="ru-RU"/>
        </w:rPr>
        <w:t xml:space="preserve">  деятельностного подходов к обучению родному языку: </w:t>
      </w:r>
    </w:p>
    <w:p w:rsidR="00785A59" w:rsidRPr="00785A59" w:rsidRDefault="00785A59" w:rsidP="00785A59">
      <w:pPr>
        <w:spacing w:line="360" w:lineRule="auto"/>
        <w:ind w:firstLine="709"/>
        <w:jc w:val="both"/>
        <w:rPr>
          <w:sz w:val="24"/>
          <w:szCs w:val="24"/>
          <w:lang w:val="ru-RU"/>
        </w:rPr>
      </w:pPr>
      <w:r w:rsidRPr="00785A59">
        <w:rPr>
          <w:sz w:val="24"/>
          <w:szCs w:val="24"/>
          <w:lang w:val="ru-RU"/>
        </w:rPr>
        <w:t xml:space="preserve">- </w:t>
      </w:r>
      <w:r w:rsidRPr="00785A59">
        <w:rPr>
          <w:b/>
          <w:sz w:val="24"/>
          <w:szCs w:val="24"/>
          <w:lang w:val="ru-RU"/>
        </w:rPr>
        <w:t xml:space="preserve">воспитание </w:t>
      </w:r>
      <w:r w:rsidRPr="00785A59">
        <w:rPr>
          <w:sz w:val="24"/>
          <w:szCs w:val="24"/>
          <w:lang w:val="ru-RU"/>
        </w:rPr>
        <w:t>гражданственности и патриотизма, сознательного отношения к языку как явлению культуры, основному средству общения и получения знаний в разных сферах человеческой деятельности; воспитание интереса и любви к русскому языку;</w:t>
      </w:r>
    </w:p>
    <w:p w:rsidR="00785A59" w:rsidRPr="00785A59" w:rsidRDefault="00785A59" w:rsidP="00785A59">
      <w:pPr>
        <w:spacing w:line="360" w:lineRule="auto"/>
        <w:ind w:firstLine="709"/>
        <w:jc w:val="both"/>
        <w:rPr>
          <w:sz w:val="24"/>
          <w:szCs w:val="24"/>
          <w:lang w:val="ru-RU"/>
        </w:rPr>
      </w:pPr>
      <w:r w:rsidRPr="00785A59">
        <w:rPr>
          <w:sz w:val="24"/>
          <w:szCs w:val="24"/>
          <w:lang w:val="ru-RU"/>
        </w:rPr>
        <w:t xml:space="preserve">- </w:t>
      </w:r>
      <w:r w:rsidRPr="00785A59">
        <w:rPr>
          <w:b/>
          <w:sz w:val="24"/>
          <w:szCs w:val="24"/>
          <w:lang w:val="ru-RU"/>
        </w:rPr>
        <w:t xml:space="preserve">совершенствование </w:t>
      </w:r>
      <w:r w:rsidRPr="00785A59">
        <w:rPr>
          <w:sz w:val="24"/>
          <w:szCs w:val="24"/>
          <w:lang w:val="ru-RU"/>
        </w:rPr>
        <w:t>речемыслительной деятельности, коммуникативных умений и навыков, обеспечивающих свободное владение русским литературным языком в разных сферах и ситуациях его использования; обогащение словарного запаса и грамматического строя речи учащихся; развитие готовности и способности к речевому взаимодействию и взаимопониманию, потребности к речевому самосовершенствованию;</w:t>
      </w:r>
    </w:p>
    <w:p w:rsidR="00785A59" w:rsidRPr="00785A59" w:rsidRDefault="00785A59" w:rsidP="00785A59">
      <w:pPr>
        <w:spacing w:line="360" w:lineRule="auto"/>
        <w:ind w:firstLine="709"/>
        <w:jc w:val="both"/>
        <w:rPr>
          <w:sz w:val="24"/>
          <w:szCs w:val="24"/>
          <w:lang w:val="ru-RU"/>
        </w:rPr>
      </w:pPr>
      <w:r w:rsidRPr="00785A59">
        <w:rPr>
          <w:sz w:val="24"/>
          <w:szCs w:val="24"/>
          <w:lang w:val="ru-RU"/>
        </w:rPr>
        <w:t xml:space="preserve">- </w:t>
      </w:r>
      <w:r w:rsidRPr="00785A59">
        <w:rPr>
          <w:b/>
          <w:sz w:val="24"/>
          <w:szCs w:val="24"/>
          <w:lang w:val="ru-RU"/>
        </w:rPr>
        <w:t>освоение</w:t>
      </w:r>
      <w:r w:rsidRPr="00785A59">
        <w:rPr>
          <w:sz w:val="24"/>
          <w:szCs w:val="24"/>
          <w:lang w:val="ru-RU"/>
        </w:rPr>
        <w:t xml:space="preserve"> знаний о русском языке, его устройстве и функционировании в различных сферах и ситуациях общения; о стилистических ресурсах русского языка; об основных нормах русского литературного языка; о русском речевом этикете;</w:t>
      </w:r>
    </w:p>
    <w:p w:rsidR="00785A59" w:rsidRPr="00785A59" w:rsidRDefault="00785A59" w:rsidP="00785A59">
      <w:pPr>
        <w:spacing w:line="360" w:lineRule="auto"/>
        <w:ind w:firstLine="709"/>
        <w:jc w:val="both"/>
        <w:rPr>
          <w:sz w:val="24"/>
          <w:szCs w:val="24"/>
          <w:lang w:val="ru-RU"/>
        </w:rPr>
      </w:pPr>
      <w:r w:rsidRPr="00785A59">
        <w:rPr>
          <w:sz w:val="24"/>
          <w:szCs w:val="24"/>
          <w:lang w:val="ru-RU"/>
        </w:rPr>
        <w:t xml:space="preserve">- </w:t>
      </w:r>
      <w:r w:rsidRPr="00785A59">
        <w:rPr>
          <w:b/>
          <w:sz w:val="24"/>
          <w:szCs w:val="24"/>
          <w:lang w:val="ru-RU"/>
        </w:rPr>
        <w:t xml:space="preserve">формирование </w:t>
      </w:r>
      <w:r w:rsidRPr="00785A59">
        <w:rPr>
          <w:sz w:val="24"/>
          <w:szCs w:val="24"/>
          <w:lang w:val="ru-RU"/>
        </w:rPr>
        <w:t>умений опознавать, анализировать, классифицировать языковые факты, оценивать их с точки зрения нормативности, соответствия ситуации и сфере общения; умений работать с текстом, осуществлять информационный поиск, извлекать и преобразовывать необходимую информацию.</w:t>
      </w:r>
    </w:p>
    <w:p w:rsidR="00785A59" w:rsidRPr="00785A59" w:rsidRDefault="00785A59" w:rsidP="00785A59">
      <w:pPr>
        <w:spacing w:line="360" w:lineRule="auto"/>
        <w:jc w:val="both"/>
        <w:rPr>
          <w:sz w:val="24"/>
          <w:szCs w:val="24"/>
          <w:lang w:val="ru-RU"/>
        </w:rPr>
      </w:pPr>
      <w:r w:rsidRPr="00785A59">
        <w:rPr>
          <w:sz w:val="24"/>
          <w:szCs w:val="24"/>
          <w:lang w:val="ru-RU"/>
        </w:rPr>
        <w:t xml:space="preserve">            - </w:t>
      </w:r>
      <w:r w:rsidRPr="00785A59">
        <w:rPr>
          <w:b/>
          <w:sz w:val="24"/>
          <w:szCs w:val="24"/>
          <w:lang w:val="ru-RU"/>
        </w:rPr>
        <w:t>формирование</w:t>
      </w:r>
      <w:r w:rsidRPr="00785A59">
        <w:rPr>
          <w:sz w:val="24"/>
          <w:szCs w:val="24"/>
          <w:lang w:val="ru-RU"/>
        </w:rPr>
        <w:t xml:space="preserve"> у учащихся на базе усвоения ими определенной системы знаний о языке, умений и навыков полноценно, грамотно (в широком значении этого слова) пользоваться богатыми ресурсами родного языка в своей речевой практике; </w:t>
      </w:r>
    </w:p>
    <w:p w:rsidR="00785A59" w:rsidRPr="00785A59" w:rsidRDefault="00785A59" w:rsidP="00785A59">
      <w:pPr>
        <w:spacing w:line="360" w:lineRule="auto"/>
        <w:jc w:val="both"/>
        <w:rPr>
          <w:sz w:val="24"/>
          <w:szCs w:val="24"/>
          <w:lang w:val="ru-RU"/>
        </w:rPr>
      </w:pPr>
      <w:r w:rsidRPr="00785A59">
        <w:rPr>
          <w:sz w:val="24"/>
          <w:szCs w:val="24"/>
          <w:lang w:val="ru-RU"/>
        </w:rPr>
        <w:t xml:space="preserve">            - </w:t>
      </w:r>
      <w:r w:rsidRPr="00785A59">
        <w:rPr>
          <w:b/>
          <w:sz w:val="24"/>
          <w:szCs w:val="24"/>
          <w:lang w:val="ru-RU"/>
        </w:rPr>
        <w:t>воспитание</w:t>
      </w:r>
      <w:r w:rsidRPr="00785A59">
        <w:rPr>
          <w:sz w:val="24"/>
          <w:szCs w:val="24"/>
          <w:lang w:val="ru-RU"/>
        </w:rPr>
        <w:t xml:space="preserve"> бережного отношения к языку, стремления к самосовершенствованию в области языковой подготовки и культуры речевого общения.</w:t>
      </w:r>
    </w:p>
    <w:p w:rsidR="00785A59" w:rsidRPr="00785A59" w:rsidRDefault="00785A59" w:rsidP="00785A59">
      <w:pPr>
        <w:spacing w:line="360" w:lineRule="auto"/>
        <w:rPr>
          <w:b/>
          <w:sz w:val="24"/>
          <w:szCs w:val="24"/>
          <w:lang w:val="ru-RU"/>
        </w:rPr>
      </w:pPr>
      <w:r w:rsidRPr="00785A59">
        <w:rPr>
          <w:sz w:val="24"/>
          <w:szCs w:val="24"/>
          <w:lang w:val="ru-RU"/>
        </w:rPr>
        <w:t>Цели обуславливают следующие</w:t>
      </w:r>
      <w:r w:rsidRPr="00785A59">
        <w:rPr>
          <w:b/>
          <w:sz w:val="24"/>
          <w:szCs w:val="24"/>
          <w:lang w:val="ru-RU"/>
        </w:rPr>
        <w:t xml:space="preserve"> задачи:</w:t>
      </w:r>
    </w:p>
    <w:p w:rsidR="00785A59" w:rsidRPr="00785A59" w:rsidRDefault="00785A59" w:rsidP="00785A59">
      <w:pPr>
        <w:spacing w:line="360" w:lineRule="auto"/>
        <w:rPr>
          <w:sz w:val="24"/>
          <w:szCs w:val="24"/>
          <w:lang w:val="ru-RU"/>
        </w:rPr>
      </w:pPr>
      <w:r w:rsidRPr="00785A59">
        <w:rPr>
          <w:sz w:val="24"/>
          <w:szCs w:val="24"/>
          <w:lang w:val="ru-RU"/>
        </w:rPr>
        <w:t xml:space="preserve">               - одна из основных задач – организация работы по овладению учащимися прочными и осознанными знаниями,  формирование языковой, коммуникативной и лингвистической компетенции учащихся.</w:t>
      </w:r>
    </w:p>
    <w:p w:rsidR="00785A59" w:rsidRPr="00785A59" w:rsidRDefault="00785A59" w:rsidP="00785A59">
      <w:pPr>
        <w:spacing w:line="360" w:lineRule="auto"/>
        <w:jc w:val="both"/>
        <w:rPr>
          <w:sz w:val="24"/>
          <w:szCs w:val="24"/>
          <w:lang w:val="ru-RU"/>
        </w:rPr>
      </w:pPr>
      <w:r w:rsidRPr="00785A59">
        <w:rPr>
          <w:sz w:val="24"/>
          <w:szCs w:val="24"/>
          <w:lang w:val="ru-RU"/>
        </w:rPr>
        <w:t xml:space="preserve">            - дать учащимся представление о роли языка в жизни общества, о языке как развивающемся явлении, о месте русского языка в современном мире, о его богатстве и выразительности;</w:t>
      </w:r>
    </w:p>
    <w:p w:rsidR="00785A59" w:rsidRPr="00785A59" w:rsidRDefault="00785A59" w:rsidP="00785A59">
      <w:pPr>
        <w:spacing w:line="360" w:lineRule="auto"/>
        <w:jc w:val="both"/>
        <w:rPr>
          <w:sz w:val="24"/>
          <w:szCs w:val="24"/>
          <w:lang w:val="ru-RU"/>
        </w:rPr>
      </w:pPr>
      <w:r w:rsidRPr="00785A59">
        <w:rPr>
          <w:sz w:val="24"/>
          <w:szCs w:val="24"/>
          <w:lang w:val="ru-RU"/>
        </w:rPr>
        <w:lastRenderedPageBreak/>
        <w:t xml:space="preserve">            - обеспечить усвоение определенного круга знаний из области фонетики, графики, орфоэпии, орфографии, лексики, </w:t>
      </w:r>
      <w:proofErr w:type="spellStart"/>
      <w:r w:rsidRPr="00785A59">
        <w:rPr>
          <w:sz w:val="24"/>
          <w:szCs w:val="24"/>
          <w:lang w:val="ru-RU"/>
        </w:rPr>
        <w:t>морфемики</w:t>
      </w:r>
      <w:proofErr w:type="spellEnd"/>
      <w:r w:rsidRPr="00785A59">
        <w:rPr>
          <w:sz w:val="24"/>
          <w:szCs w:val="24"/>
          <w:lang w:val="ru-RU"/>
        </w:rPr>
        <w:t>, словообразования, морфологии, синтаксиса, пунктуации, стилистики; формировать умения применять эти знания на практике;</w:t>
      </w:r>
    </w:p>
    <w:p w:rsidR="00785A59" w:rsidRPr="00785A59" w:rsidRDefault="00785A59" w:rsidP="00785A59">
      <w:pPr>
        <w:spacing w:line="360" w:lineRule="auto"/>
        <w:jc w:val="both"/>
        <w:rPr>
          <w:sz w:val="24"/>
          <w:szCs w:val="24"/>
          <w:lang w:val="ru-RU"/>
        </w:rPr>
      </w:pPr>
      <w:r w:rsidRPr="00785A59">
        <w:rPr>
          <w:sz w:val="24"/>
          <w:szCs w:val="24"/>
          <w:lang w:val="ru-RU"/>
        </w:rPr>
        <w:t xml:space="preserve">            - развивать речь учащихся: обогащать их активный и пассивный запас слов, грамматический строй речи;</w:t>
      </w:r>
    </w:p>
    <w:p w:rsidR="00785A59" w:rsidRPr="00785A59" w:rsidRDefault="00785A59" w:rsidP="00785A59">
      <w:pPr>
        <w:spacing w:line="360" w:lineRule="auto"/>
        <w:jc w:val="both"/>
        <w:rPr>
          <w:sz w:val="24"/>
          <w:szCs w:val="24"/>
          <w:lang w:val="ru-RU"/>
        </w:rPr>
      </w:pPr>
      <w:r w:rsidRPr="00785A59">
        <w:rPr>
          <w:sz w:val="24"/>
          <w:szCs w:val="24"/>
          <w:lang w:val="ru-RU"/>
        </w:rPr>
        <w:t xml:space="preserve">            - способствовать усвоению норм литературного языка, формированию и совершенствованию умений и навыков грамотного и свободного владения устной и письменной речью во всех основных видах речевой деятельности;</w:t>
      </w:r>
    </w:p>
    <w:p w:rsidR="00785A59" w:rsidRPr="00785A59" w:rsidRDefault="00785A59" w:rsidP="00785A59">
      <w:pPr>
        <w:spacing w:line="360" w:lineRule="auto"/>
        <w:jc w:val="both"/>
        <w:rPr>
          <w:sz w:val="24"/>
          <w:szCs w:val="24"/>
          <w:lang w:val="ru-RU"/>
        </w:rPr>
      </w:pPr>
      <w:r w:rsidRPr="00785A59">
        <w:rPr>
          <w:sz w:val="24"/>
          <w:szCs w:val="24"/>
          <w:lang w:val="ru-RU"/>
        </w:rPr>
        <w:t xml:space="preserve">           - формировать и совершенствовать орфографические и пунктуационные знания и навыки.</w:t>
      </w:r>
    </w:p>
    <w:p w:rsidR="00785A59" w:rsidRPr="00785A59" w:rsidRDefault="00785A59" w:rsidP="00785A59">
      <w:pPr>
        <w:spacing w:line="360" w:lineRule="auto"/>
        <w:jc w:val="both"/>
        <w:rPr>
          <w:b/>
          <w:sz w:val="24"/>
          <w:szCs w:val="24"/>
          <w:lang w:val="ru-RU"/>
        </w:rPr>
      </w:pPr>
      <w:r w:rsidRPr="00785A59">
        <w:rPr>
          <w:sz w:val="24"/>
          <w:szCs w:val="24"/>
          <w:lang w:val="ru-RU"/>
        </w:rPr>
        <w:t xml:space="preserve">Направленность курса на интенсивное речевое и интеллектуальное развитие создает условия и для реализации </w:t>
      </w:r>
      <w:proofErr w:type="spellStart"/>
      <w:r w:rsidRPr="00785A59">
        <w:rPr>
          <w:b/>
          <w:sz w:val="24"/>
          <w:szCs w:val="24"/>
          <w:lang w:val="ru-RU"/>
        </w:rPr>
        <w:t>надпредметной</w:t>
      </w:r>
      <w:proofErr w:type="spellEnd"/>
      <w:r w:rsidRPr="00785A59">
        <w:rPr>
          <w:b/>
          <w:sz w:val="24"/>
          <w:szCs w:val="24"/>
          <w:lang w:val="ru-RU"/>
        </w:rPr>
        <w:t xml:space="preserve"> функции,</w:t>
      </w:r>
      <w:r w:rsidRPr="00785A59">
        <w:rPr>
          <w:sz w:val="24"/>
          <w:szCs w:val="24"/>
          <w:lang w:val="ru-RU"/>
        </w:rPr>
        <w:t xml:space="preserve"> которую русский язык выполняет в системе школьного образования. В процессе обучения ученик получает возможность совершенствовать </w:t>
      </w:r>
      <w:proofErr w:type="spellStart"/>
      <w:r w:rsidRPr="00785A59">
        <w:rPr>
          <w:sz w:val="24"/>
          <w:szCs w:val="24"/>
          <w:lang w:val="ru-RU"/>
        </w:rPr>
        <w:t>общеучебные</w:t>
      </w:r>
      <w:proofErr w:type="spellEnd"/>
      <w:r w:rsidRPr="00785A59">
        <w:rPr>
          <w:sz w:val="24"/>
          <w:szCs w:val="24"/>
          <w:lang w:val="ru-RU"/>
        </w:rPr>
        <w:t xml:space="preserve"> умения, навыки, способы деятельности, которые базируются на видах речевой деятельности и предполагают развитие речемыслительных способностей. В процессе изучения русского</w:t>
      </w:r>
      <w:r w:rsidRPr="00107AB5">
        <w:rPr>
          <w:sz w:val="24"/>
          <w:szCs w:val="24"/>
        </w:rPr>
        <w:t> </w:t>
      </w:r>
      <w:r w:rsidRPr="00785A59">
        <w:rPr>
          <w:sz w:val="24"/>
          <w:szCs w:val="24"/>
          <w:lang w:val="ru-RU"/>
        </w:rPr>
        <w:t xml:space="preserve"> языка совершенствуются и развиваются следующие </w:t>
      </w:r>
      <w:proofErr w:type="spellStart"/>
      <w:r w:rsidRPr="00785A59">
        <w:rPr>
          <w:b/>
          <w:sz w:val="24"/>
          <w:szCs w:val="24"/>
          <w:lang w:val="ru-RU"/>
        </w:rPr>
        <w:t>общеучебные</w:t>
      </w:r>
      <w:proofErr w:type="spellEnd"/>
      <w:r w:rsidRPr="00785A59">
        <w:rPr>
          <w:b/>
          <w:sz w:val="24"/>
          <w:szCs w:val="24"/>
          <w:lang w:val="ru-RU"/>
        </w:rPr>
        <w:t xml:space="preserve"> умения:</w:t>
      </w:r>
    </w:p>
    <w:p w:rsidR="00785A59" w:rsidRPr="00785A59" w:rsidRDefault="00785A59" w:rsidP="00785A59">
      <w:pPr>
        <w:numPr>
          <w:ilvl w:val="0"/>
          <w:numId w:val="11"/>
        </w:numPr>
        <w:tabs>
          <w:tab w:val="clear" w:pos="780"/>
          <w:tab w:val="num" w:pos="399"/>
        </w:tabs>
        <w:spacing w:line="360" w:lineRule="auto"/>
        <w:ind w:left="342" w:hanging="342"/>
        <w:jc w:val="both"/>
        <w:rPr>
          <w:sz w:val="24"/>
          <w:szCs w:val="24"/>
          <w:lang w:val="ru-RU"/>
        </w:rPr>
      </w:pPr>
      <w:r w:rsidRPr="00785A59">
        <w:rPr>
          <w:b/>
          <w:sz w:val="24"/>
          <w:szCs w:val="24"/>
          <w:lang w:val="ru-RU"/>
        </w:rPr>
        <w:t>коммуникативные</w:t>
      </w:r>
      <w:r w:rsidRPr="00785A59">
        <w:rPr>
          <w:sz w:val="24"/>
          <w:szCs w:val="24"/>
          <w:lang w:val="ru-RU"/>
        </w:rPr>
        <w:t xml:space="preserve"> (владение всеми видами речевой деятельности и основами культуры устной и письменной речи, базовыми умениями и навыками использования языка в жизненно важных для учащихся сферах и ситуациях общения), </w:t>
      </w:r>
    </w:p>
    <w:p w:rsidR="00785A59" w:rsidRPr="00785A59" w:rsidRDefault="00785A59" w:rsidP="00785A59">
      <w:pPr>
        <w:numPr>
          <w:ilvl w:val="0"/>
          <w:numId w:val="11"/>
        </w:numPr>
        <w:tabs>
          <w:tab w:val="clear" w:pos="780"/>
          <w:tab w:val="num" w:pos="399"/>
        </w:tabs>
        <w:spacing w:line="360" w:lineRule="auto"/>
        <w:ind w:left="342" w:hanging="342"/>
        <w:jc w:val="both"/>
        <w:rPr>
          <w:sz w:val="24"/>
          <w:szCs w:val="24"/>
          <w:lang w:val="ru-RU"/>
        </w:rPr>
      </w:pPr>
      <w:r w:rsidRPr="00785A59">
        <w:rPr>
          <w:b/>
          <w:sz w:val="24"/>
          <w:szCs w:val="24"/>
          <w:lang w:val="ru-RU"/>
        </w:rPr>
        <w:t xml:space="preserve">интеллектуальные </w:t>
      </w:r>
      <w:r w:rsidRPr="00785A59">
        <w:rPr>
          <w:sz w:val="24"/>
          <w:szCs w:val="24"/>
          <w:lang w:val="ru-RU"/>
        </w:rPr>
        <w:t xml:space="preserve">(сравнение и сопоставление, соотнесение, синтез, обобщение, абстрагирование, оценивание и классификация), </w:t>
      </w:r>
    </w:p>
    <w:p w:rsidR="00785A59" w:rsidRPr="00785A59" w:rsidRDefault="00785A59" w:rsidP="00785A59">
      <w:pPr>
        <w:numPr>
          <w:ilvl w:val="0"/>
          <w:numId w:val="11"/>
        </w:numPr>
        <w:tabs>
          <w:tab w:val="clear" w:pos="780"/>
          <w:tab w:val="num" w:pos="399"/>
        </w:tabs>
        <w:spacing w:line="360" w:lineRule="auto"/>
        <w:ind w:left="342" w:hanging="342"/>
        <w:jc w:val="both"/>
        <w:rPr>
          <w:sz w:val="24"/>
          <w:szCs w:val="24"/>
          <w:lang w:val="ru-RU"/>
        </w:rPr>
      </w:pPr>
      <w:r w:rsidRPr="00785A59">
        <w:rPr>
          <w:b/>
          <w:sz w:val="24"/>
          <w:szCs w:val="24"/>
          <w:lang w:val="ru-RU"/>
        </w:rPr>
        <w:t xml:space="preserve">информационные </w:t>
      </w:r>
      <w:r w:rsidRPr="00785A59">
        <w:rPr>
          <w:sz w:val="24"/>
          <w:szCs w:val="24"/>
          <w:lang w:val="ru-RU"/>
        </w:rPr>
        <w:t xml:space="preserve">(умение осуществлять библиографический поиск, извлекать информацию из различных источников, умение работать с текстом), </w:t>
      </w:r>
    </w:p>
    <w:p w:rsidR="00785A59" w:rsidRPr="00785A59" w:rsidRDefault="00785A59" w:rsidP="00785A59">
      <w:pPr>
        <w:spacing w:line="360" w:lineRule="auto"/>
        <w:jc w:val="both"/>
        <w:rPr>
          <w:sz w:val="24"/>
          <w:szCs w:val="24"/>
          <w:lang w:val="ru-RU"/>
        </w:rPr>
      </w:pPr>
      <w:r w:rsidRPr="00785A59">
        <w:rPr>
          <w:b/>
          <w:sz w:val="24"/>
          <w:szCs w:val="24"/>
          <w:lang w:val="ru-RU"/>
        </w:rPr>
        <w:t>организационные</w:t>
      </w:r>
      <w:r w:rsidRPr="00785A59">
        <w:rPr>
          <w:sz w:val="24"/>
          <w:szCs w:val="24"/>
          <w:lang w:val="ru-RU"/>
        </w:rPr>
        <w:t xml:space="preserve"> (умение формулировать цель деятельности, планировать ее, осуществлять самоконтроль, самооценку, </w:t>
      </w:r>
      <w:proofErr w:type="spellStart"/>
      <w:r w:rsidRPr="00785A59">
        <w:rPr>
          <w:sz w:val="24"/>
          <w:szCs w:val="24"/>
          <w:lang w:val="ru-RU"/>
        </w:rPr>
        <w:t>самокоррекцию</w:t>
      </w:r>
      <w:proofErr w:type="spellEnd"/>
      <w:r w:rsidRPr="00785A59">
        <w:rPr>
          <w:sz w:val="24"/>
          <w:szCs w:val="24"/>
          <w:lang w:val="ru-RU"/>
        </w:rPr>
        <w:t>).</w:t>
      </w:r>
    </w:p>
    <w:p w:rsidR="00785A59" w:rsidRPr="00785A59" w:rsidRDefault="00785A59" w:rsidP="00785A59">
      <w:pPr>
        <w:spacing w:line="360" w:lineRule="auto"/>
        <w:jc w:val="center"/>
        <w:rPr>
          <w:sz w:val="24"/>
          <w:szCs w:val="24"/>
          <w:lang w:val="ru-RU"/>
        </w:rPr>
      </w:pPr>
      <w:r w:rsidRPr="00785A59">
        <w:rPr>
          <w:b/>
          <w:sz w:val="24"/>
          <w:szCs w:val="24"/>
          <w:lang w:val="ru-RU"/>
        </w:rPr>
        <w:t>Для оценки достижений обучающихся  используются следующие виды и формы контроля:</w:t>
      </w:r>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Контрольныйдиктант</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Тест</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Зачет</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Контрольноесочинение</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Контрольноеизложение</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Контрольныйсрез</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Контрольнаяпроверочнаяработа</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t>Взаимоконтроль</w:t>
      </w:r>
      <w:proofErr w:type="spellEnd"/>
    </w:p>
    <w:p w:rsidR="00785A59" w:rsidRPr="00107AB5" w:rsidRDefault="00785A59" w:rsidP="00785A59">
      <w:pPr>
        <w:numPr>
          <w:ilvl w:val="0"/>
          <w:numId w:val="10"/>
        </w:numPr>
        <w:tabs>
          <w:tab w:val="clear" w:pos="0"/>
          <w:tab w:val="num" w:pos="720"/>
        </w:tabs>
        <w:suppressAutoHyphens/>
        <w:spacing w:line="360" w:lineRule="auto"/>
        <w:ind w:left="720" w:hanging="360"/>
        <w:rPr>
          <w:sz w:val="24"/>
          <w:szCs w:val="24"/>
        </w:rPr>
      </w:pPr>
      <w:proofErr w:type="spellStart"/>
      <w:r w:rsidRPr="00107AB5">
        <w:rPr>
          <w:sz w:val="24"/>
          <w:szCs w:val="24"/>
        </w:rPr>
        <w:lastRenderedPageBreak/>
        <w:t>Самоконтроль</w:t>
      </w:r>
      <w:proofErr w:type="spellEnd"/>
    </w:p>
    <w:p w:rsidR="00785A59" w:rsidRPr="00107AB5" w:rsidRDefault="00785A59" w:rsidP="00785A59">
      <w:pPr>
        <w:suppressAutoHyphens/>
        <w:spacing w:line="360" w:lineRule="auto"/>
        <w:ind w:left="360"/>
        <w:rPr>
          <w:sz w:val="24"/>
          <w:szCs w:val="24"/>
        </w:rPr>
      </w:pPr>
    </w:p>
    <w:p w:rsidR="00785A59" w:rsidRDefault="00785A59" w:rsidP="00785A59">
      <w:pPr>
        <w:spacing w:line="360" w:lineRule="auto"/>
        <w:jc w:val="center"/>
        <w:rPr>
          <w:b/>
          <w:sz w:val="24"/>
          <w:szCs w:val="24"/>
          <w:u w:val="single"/>
        </w:rPr>
      </w:pPr>
    </w:p>
    <w:p w:rsidR="00785A59" w:rsidRDefault="00785A59" w:rsidP="00785A59">
      <w:pPr>
        <w:spacing w:line="360" w:lineRule="auto"/>
        <w:jc w:val="center"/>
        <w:rPr>
          <w:b/>
          <w:sz w:val="24"/>
          <w:szCs w:val="24"/>
          <w:u w:val="single"/>
        </w:rPr>
      </w:pPr>
    </w:p>
    <w:p w:rsidR="00785A59" w:rsidRPr="00785A59" w:rsidRDefault="00785A59" w:rsidP="00785A59">
      <w:pPr>
        <w:spacing w:line="360" w:lineRule="auto"/>
        <w:jc w:val="center"/>
        <w:rPr>
          <w:b/>
          <w:sz w:val="24"/>
          <w:szCs w:val="24"/>
          <w:u w:val="single"/>
          <w:lang w:val="ru-RU"/>
        </w:rPr>
      </w:pPr>
      <w:r w:rsidRPr="00785A59">
        <w:rPr>
          <w:b/>
          <w:sz w:val="24"/>
          <w:szCs w:val="24"/>
          <w:u w:val="single"/>
          <w:lang w:val="ru-RU"/>
        </w:rPr>
        <w:t>Пути решения поставленных в программе задач:</w:t>
      </w:r>
    </w:p>
    <w:p w:rsidR="00785A59" w:rsidRPr="00785A59" w:rsidRDefault="00785A59" w:rsidP="00785A59">
      <w:pPr>
        <w:autoSpaceDE w:val="0"/>
        <w:spacing w:line="360" w:lineRule="auto"/>
        <w:ind w:firstLine="540"/>
        <w:rPr>
          <w:sz w:val="24"/>
          <w:szCs w:val="24"/>
          <w:lang w:val="ru-RU"/>
        </w:rPr>
      </w:pPr>
      <w:r w:rsidRPr="00785A59">
        <w:rPr>
          <w:sz w:val="24"/>
          <w:szCs w:val="24"/>
          <w:lang w:val="ru-RU"/>
        </w:rPr>
        <w:t xml:space="preserve">Наиболее  приемлемыми для учащихся данного класса  являются следующие  </w:t>
      </w:r>
      <w:r w:rsidRPr="00785A59">
        <w:rPr>
          <w:b/>
          <w:sz w:val="24"/>
          <w:szCs w:val="24"/>
          <w:lang w:val="ru-RU"/>
        </w:rPr>
        <w:t xml:space="preserve">приемы и методы </w:t>
      </w:r>
      <w:r w:rsidRPr="00785A59">
        <w:rPr>
          <w:sz w:val="24"/>
          <w:szCs w:val="24"/>
          <w:lang w:val="ru-RU"/>
        </w:rPr>
        <w:t xml:space="preserve">работы на уроке: </w:t>
      </w:r>
    </w:p>
    <w:p w:rsidR="00785A59" w:rsidRPr="00785A59" w:rsidRDefault="00785A59" w:rsidP="00785A59">
      <w:pPr>
        <w:suppressAutoHyphens/>
        <w:spacing w:line="360" w:lineRule="auto"/>
        <w:ind w:left="360"/>
        <w:rPr>
          <w:sz w:val="24"/>
          <w:szCs w:val="24"/>
          <w:lang w:val="ru-RU"/>
        </w:rPr>
      </w:pPr>
      <w:r w:rsidRPr="00785A59">
        <w:rPr>
          <w:sz w:val="24"/>
          <w:szCs w:val="24"/>
          <w:lang w:val="ru-RU"/>
        </w:rPr>
        <w:t>- информационная переработка устного и письменного текста:</w:t>
      </w:r>
    </w:p>
    <w:p w:rsidR="00785A59" w:rsidRPr="00107AB5" w:rsidRDefault="00785A59" w:rsidP="00785A59">
      <w:pPr>
        <w:widowControl w:val="0"/>
        <w:numPr>
          <w:ilvl w:val="0"/>
          <w:numId w:val="13"/>
        </w:numPr>
        <w:suppressAutoHyphens/>
        <w:spacing w:line="360" w:lineRule="auto"/>
        <w:rPr>
          <w:sz w:val="24"/>
          <w:szCs w:val="24"/>
        </w:rPr>
      </w:pPr>
      <w:proofErr w:type="spellStart"/>
      <w:r w:rsidRPr="00107AB5">
        <w:rPr>
          <w:sz w:val="24"/>
          <w:szCs w:val="24"/>
        </w:rPr>
        <w:t>составлениепланатекста</w:t>
      </w:r>
      <w:proofErr w:type="spellEnd"/>
      <w:r w:rsidRPr="00107AB5">
        <w:rPr>
          <w:sz w:val="24"/>
          <w:szCs w:val="24"/>
        </w:rPr>
        <w:t>;</w:t>
      </w:r>
    </w:p>
    <w:p w:rsidR="00785A59" w:rsidRPr="00107AB5" w:rsidRDefault="00785A59" w:rsidP="00785A59">
      <w:pPr>
        <w:widowControl w:val="0"/>
        <w:numPr>
          <w:ilvl w:val="0"/>
          <w:numId w:val="13"/>
        </w:numPr>
        <w:suppressAutoHyphens/>
        <w:spacing w:line="360" w:lineRule="auto"/>
        <w:rPr>
          <w:sz w:val="24"/>
          <w:szCs w:val="24"/>
        </w:rPr>
      </w:pPr>
      <w:proofErr w:type="spellStart"/>
      <w:r w:rsidRPr="00107AB5">
        <w:rPr>
          <w:sz w:val="24"/>
          <w:szCs w:val="24"/>
        </w:rPr>
        <w:t>пересказтекстапоплану</w:t>
      </w:r>
      <w:proofErr w:type="spellEnd"/>
      <w:r w:rsidRPr="00107AB5">
        <w:rPr>
          <w:sz w:val="24"/>
          <w:szCs w:val="24"/>
        </w:rPr>
        <w:t>;</w:t>
      </w:r>
    </w:p>
    <w:p w:rsidR="00785A59" w:rsidRPr="00785A59" w:rsidRDefault="00785A59" w:rsidP="00785A59">
      <w:pPr>
        <w:widowControl w:val="0"/>
        <w:numPr>
          <w:ilvl w:val="0"/>
          <w:numId w:val="13"/>
        </w:numPr>
        <w:suppressAutoHyphens/>
        <w:spacing w:line="360" w:lineRule="auto"/>
        <w:rPr>
          <w:sz w:val="24"/>
          <w:szCs w:val="24"/>
          <w:lang w:val="ru-RU"/>
        </w:rPr>
      </w:pPr>
      <w:r w:rsidRPr="00785A59">
        <w:rPr>
          <w:sz w:val="24"/>
          <w:szCs w:val="24"/>
          <w:lang w:val="ru-RU"/>
        </w:rPr>
        <w:t>пересказ текста с использованием цитат;</w:t>
      </w:r>
    </w:p>
    <w:p w:rsidR="00785A59" w:rsidRPr="00107AB5" w:rsidRDefault="00785A59" w:rsidP="00785A59">
      <w:pPr>
        <w:widowControl w:val="0"/>
        <w:numPr>
          <w:ilvl w:val="0"/>
          <w:numId w:val="13"/>
        </w:numPr>
        <w:suppressAutoHyphens/>
        <w:spacing w:line="360" w:lineRule="auto"/>
        <w:rPr>
          <w:sz w:val="24"/>
          <w:szCs w:val="24"/>
        </w:rPr>
      </w:pPr>
      <w:proofErr w:type="spellStart"/>
      <w:r w:rsidRPr="00107AB5">
        <w:rPr>
          <w:sz w:val="24"/>
          <w:szCs w:val="24"/>
        </w:rPr>
        <w:t>продолжениетекста</w:t>
      </w:r>
      <w:proofErr w:type="spellEnd"/>
    </w:p>
    <w:p w:rsidR="00785A59" w:rsidRPr="00785A59" w:rsidRDefault="00785A59" w:rsidP="00785A59">
      <w:pPr>
        <w:suppressAutoHyphens/>
        <w:spacing w:line="360" w:lineRule="auto"/>
        <w:rPr>
          <w:sz w:val="24"/>
          <w:szCs w:val="24"/>
          <w:lang w:val="ru-RU"/>
        </w:rPr>
      </w:pPr>
      <w:r w:rsidRPr="00785A59">
        <w:rPr>
          <w:sz w:val="24"/>
          <w:szCs w:val="24"/>
          <w:lang w:val="ru-RU"/>
        </w:rPr>
        <w:t>- составление учащимися авторских текстов различных жанров</w:t>
      </w:r>
    </w:p>
    <w:p w:rsidR="00785A59" w:rsidRPr="00785A59" w:rsidRDefault="00785A59" w:rsidP="00785A59">
      <w:pPr>
        <w:autoSpaceDE w:val="0"/>
        <w:spacing w:line="360" w:lineRule="auto"/>
        <w:rPr>
          <w:sz w:val="24"/>
          <w:szCs w:val="24"/>
          <w:lang w:val="ru-RU"/>
        </w:rPr>
      </w:pPr>
      <w:r w:rsidRPr="00785A59">
        <w:rPr>
          <w:sz w:val="24"/>
          <w:szCs w:val="24"/>
          <w:lang w:val="ru-RU"/>
        </w:rPr>
        <w:t xml:space="preserve">- сочинения-рассуждения, </w:t>
      </w:r>
    </w:p>
    <w:p w:rsidR="00785A59" w:rsidRPr="00785A59" w:rsidRDefault="00785A59" w:rsidP="00785A59">
      <w:pPr>
        <w:autoSpaceDE w:val="0"/>
        <w:spacing w:line="360" w:lineRule="auto"/>
        <w:rPr>
          <w:sz w:val="24"/>
          <w:szCs w:val="24"/>
          <w:lang w:val="ru-RU"/>
        </w:rPr>
      </w:pPr>
      <w:r w:rsidRPr="00785A59">
        <w:rPr>
          <w:sz w:val="24"/>
          <w:szCs w:val="24"/>
          <w:lang w:val="ru-RU"/>
        </w:rPr>
        <w:t xml:space="preserve">- изложения – миниатюры; </w:t>
      </w:r>
    </w:p>
    <w:p w:rsidR="00785A59" w:rsidRPr="00785A59" w:rsidRDefault="00785A59" w:rsidP="00785A59">
      <w:pPr>
        <w:autoSpaceDE w:val="0"/>
        <w:spacing w:line="360" w:lineRule="auto"/>
        <w:rPr>
          <w:sz w:val="24"/>
          <w:szCs w:val="24"/>
          <w:lang w:val="ru-RU"/>
        </w:rPr>
      </w:pPr>
      <w:r w:rsidRPr="00785A59">
        <w:rPr>
          <w:sz w:val="24"/>
          <w:szCs w:val="24"/>
          <w:lang w:val="ru-RU"/>
        </w:rPr>
        <w:t>- сравнение   текстов;</w:t>
      </w:r>
    </w:p>
    <w:p w:rsidR="00785A59" w:rsidRPr="00785A59" w:rsidRDefault="00785A59" w:rsidP="00785A59">
      <w:pPr>
        <w:autoSpaceDE w:val="0"/>
        <w:spacing w:line="360" w:lineRule="auto"/>
        <w:rPr>
          <w:sz w:val="24"/>
          <w:szCs w:val="24"/>
          <w:lang w:val="ru-RU"/>
        </w:rPr>
      </w:pPr>
      <w:r w:rsidRPr="00785A59">
        <w:rPr>
          <w:sz w:val="24"/>
          <w:szCs w:val="24"/>
          <w:lang w:val="ru-RU"/>
        </w:rPr>
        <w:t>- коммуникативные и игровые ситуации.</w:t>
      </w:r>
    </w:p>
    <w:p w:rsidR="00785A59" w:rsidRPr="00785A59" w:rsidRDefault="00785A59" w:rsidP="00785A59">
      <w:pPr>
        <w:widowControl w:val="0"/>
        <w:spacing w:line="360" w:lineRule="auto"/>
        <w:rPr>
          <w:sz w:val="24"/>
          <w:szCs w:val="24"/>
          <w:lang w:val="ru-RU"/>
        </w:rPr>
      </w:pPr>
      <w:r w:rsidRPr="00785A59">
        <w:rPr>
          <w:sz w:val="24"/>
          <w:szCs w:val="24"/>
          <w:lang w:val="ru-RU"/>
        </w:rPr>
        <w:t>- составление орфографических и пунктуационных упражнений самими учащимися;</w:t>
      </w:r>
    </w:p>
    <w:p w:rsidR="00785A59" w:rsidRPr="00785A59" w:rsidRDefault="00785A59" w:rsidP="00785A59">
      <w:pPr>
        <w:autoSpaceDE w:val="0"/>
        <w:spacing w:line="360" w:lineRule="auto"/>
        <w:rPr>
          <w:sz w:val="24"/>
          <w:szCs w:val="24"/>
          <w:lang w:val="ru-RU"/>
        </w:rPr>
      </w:pPr>
      <w:r w:rsidRPr="00785A59">
        <w:rPr>
          <w:sz w:val="24"/>
          <w:szCs w:val="24"/>
          <w:lang w:val="ru-RU"/>
        </w:rPr>
        <w:t xml:space="preserve"> - различные виды диктантов;</w:t>
      </w:r>
    </w:p>
    <w:p w:rsidR="00785A59" w:rsidRPr="00785A59" w:rsidRDefault="00785A59" w:rsidP="00785A59">
      <w:pPr>
        <w:suppressAutoHyphens/>
        <w:spacing w:line="360" w:lineRule="auto"/>
        <w:ind w:left="360"/>
        <w:rPr>
          <w:sz w:val="24"/>
          <w:szCs w:val="24"/>
          <w:lang w:val="ru-RU"/>
        </w:rPr>
      </w:pPr>
      <w:r w:rsidRPr="00785A59">
        <w:rPr>
          <w:sz w:val="24"/>
          <w:szCs w:val="24"/>
          <w:lang w:val="ru-RU"/>
        </w:rPr>
        <w:t xml:space="preserve"> -различные виды разбора (фонетический, лексический, словообразовательный, морфологический, синтаксический, лингвистический, лексико-фразеологический);                                                                                                                                    </w:t>
      </w:r>
    </w:p>
    <w:p w:rsidR="00785A59" w:rsidRPr="00785A59" w:rsidRDefault="00785A59" w:rsidP="00785A59">
      <w:pPr>
        <w:pStyle w:val="af"/>
        <w:widowControl w:val="0"/>
        <w:spacing w:line="360" w:lineRule="auto"/>
        <w:rPr>
          <w:rFonts w:cs="Times New Roman"/>
          <w:lang w:val="ru-RU"/>
        </w:rPr>
      </w:pPr>
      <w:r w:rsidRPr="00785A59">
        <w:rPr>
          <w:rFonts w:cs="Times New Roman"/>
          <w:lang w:val="ru-RU"/>
        </w:rPr>
        <w:t>-  наблюдение за речью окружающих, сбор соответствующего речевого материала с последующим его использованием по заданию учителя и т.д.;</w:t>
      </w:r>
    </w:p>
    <w:p w:rsidR="00785A59" w:rsidRPr="00785A59" w:rsidRDefault="00785A59" w:rsidP="00785A59">
      <w:pPr>
        <w:pStyle w:val="af"/>
        <w:widowControl w:val="0"/>
        <w:spacing w:line="360" w:lineRule="auto"/>
        <w:rPr>
          <w:rFonts w:cs="Times New Roman"/>
          <w:lang w:val="ru-RU"/>
        </w:rPr>
      </w:pPr>
      <w:r w:rsidRPr="00785A59">
        <w:rPr>
          <w:rFonts w:cs="Times New Roman"/>
          <w:lang w:val="ru-RU"/>
        </w:rPr>
        <w:t xml:space="preserve">-анализ языковых единиц с точки зрения правильности, точности и уместности их употребления; </w:t>
      </w:r>
    </w:p>
    <w:p w:rsidR="00785A59" w:rsidRPr="00785A59" w:rsidRDefault="00785A59" w:rsidP="00785A59">
      <w:pPr>
        <w:widowControl w:val="0"/>
        <w:spacing w:line="360" w:lineRule="auto"/>
        <w:jc w:val="both"/>
        <w:rPr>
          <w:sz w:val="24"/>
          <w:szCs w:val="24"/>
          <w:lang w:val="ru-RU"/>
        </w:rPr>
      </w:pPr>
      <w:r w:rsidRPr="00785A59">
        <w:rPr>
          <w:sz w:val="24"/>
          <w:szCs w:val="24"/>
          <w:lang w:val="ru-RU"/>
        </w:rPr>
        <w:t xml:space="preserve"> -работа с различными информационными источниками: учебно-научными текстами, справочной литературой, средствами массовой информации (в том числе представленных в электронном виде).</w:t>
      </w:r>
    </w:p>
    <w:p w:rsidR="00785A59" w:rsidRPr="00785A59" w:rsidRDefault="00785A59" w:rsidP="00785A59">
      <w:pPr>
        <w:pStyle w:val="af"/>
        <w:widowControl w:val="0"/>
        <w:spacing w:line="360" w:lineRule="auto"/>
        <w:ind w:firstLine="540"/>
        <w:rPr>
          <w:rFonts w:cs="Times New Roman"/>
          <w:lang w:val="ru-RU"/>
        </w:rPr>
      </w:pPr>
      <w:r w:rsidRPr="00785A59">
        <w:rPr>
          <w:rFonts w:cs="Times New Roman"/>
          <w:lang w:val="ru-RU"/>
        </w:rPr>
        <w:t xml:space="preserve">При реализации программы могут использоваться следующие </w:t>
      </w:r>
      <w:r w:rsidRPr="00785A59">
        <w:rPr>
          <w:rFonts w:cs="Times New Roman"/>
          <w:b/>
          <w:lang w:val="ru-RU"/>
        </w:rPr>
        <w:t>формы обучения</w:t>
      </w:r>
      <w:r w:rsidRPr="00785A59">
        <w:rPr>
          <w:rFonts w:cs="Times New Roman"/>
          <w:lang w:val="ru-RU"/>
        </w:rPr>
        <w:t>:</w:t>
      </w:r>
    </w:p>
    <w:p w:rsidR="00785A59" w:rsidRPr="00785A59" w:rsidRDefault="00785A59" w:rsidP="00785A59">
      <w:pPr>
        <w:pStyle w:val="af"/>
        <w:widowControl w:val="0"/>
        <w:spacing w:line="360" w:lineRule="auto"/>
        <w:rPr>
          <w:rFonts w:cs="Times New Roman"/>
          <w:lang w:val="ru-RU"/>
        </w:rPr>
      </w:pPr>
      <w:r w:rsidRPr="00785A59">
        <w:rPr>
          <w:rFonts w:cs="Times New Roman"/>
          <w:lang w:val="ru-RU"/>
        </w:rPr>
        <w:t xml:space="preserve">- урок-коммуникация,    </w:t>
      </w:r>
    </w:p>
    <w:p w:rsidR="00785A59" w:rsidRPr="00785A59" w:rsidRDefault="00785A59" w:rsidP="00785A59">
      <w:pPr>
        <w:pStyle w:val="af"/>
        <w:widowControl w:val="0"/>
        <w:spacing w:line="360" w:lineRule="auto"/>
        <w:rPr>
          <w:rFonts w:cs="Times New Roman"/>
          <w:lang w:val="ru-RU"/>
        </w:rPr>
      </w:pPr>
      <w:r w:rsidRPr="00785A59">
        <w:rPr>
          <w:rFonts w:cs="Times New Roman"/>
          <w:lang w:val="ru-RU"/>
        </w:rPr>
        <w:lastRenderedPageBreak/>
        <w:t xml:space="preserve">- урок- исследование, </w:t>
      </w:r>
    </w:p>
    <w:p w:rsidR="00785A59" w:rsidRPr="00785A59" w:rsidRDefault="00785A59" w:rsidP="00785A59">
      <w:pPr>
        <w:pStyle w:val="af"/>
        <w:widowControl w:val="0"/>
        <w:spacing w:line="360" w:lineRule="auto"/>
        <w:rPr>
          <w:rFonts w:cs="Times New Roman"/>
          <w:lang w:val="ru-RU"/>
        </w:rPr>
      </w:pPr>
      <w:r w:rsidRPr="00785A59">
        <w:rPr>
          <w:rFonts w:cs="Times New Roman"/>
          <w:lang w:val="ru-RU"/>
        </w:rPr>
        <w:t xml:space="preserve">- урок-практикум,  </w:t>
      </w:r>
    </w:p>
    <w:p w:rsidR="00785A59" w:rsidRPr="00785A59" w:rsidRDefault="00785A59" w:rsidP="00785A59">
      <w:pPr>
        <w:pStyle w:val="af"/>
        <w:widowControl w:val="0"/>
        <w:spacing w:line="360" w:lineRule="auto"/>
        <w:rPr>
          <w:rFonts w:cs="Times New Roman"/>
          <w:lang w:val="ru-RU"/>
        </w:rPr>
      </w:pPr>
      <w:r w:rsidRPr="00785A59">
        <w:rPr>
          <w:rFonts w:cs="Times New Roman"/>
          <w:lang w:val="ru-RU"/>
        </w:rPr>
        <w:t>- урок развития речи и т.д.</w:t>
      </w:r>
    </w:p>
    <w:p w:rsidR="00785A59" w:rsidRPr="00785A59" w:rsidRDefault="00785A59" w:rsidP="00785A59">
      <w:pPr>
        <w:pStyle w:val="af"/>
        <w:widowControl w:val="0"/>
        <w:spacing w:line="360" w:lineRule="auto"/>
        <w:ind w:firstLine="540"/>
        <w:rPr>
          <w:rFonts w:cs="Times New Roman"/>
          <w:lang w:val="ru-RU"/>
        </w:rPr>
      </w:pPr>
      <w:r w:rsidRPr="00785A59">
        <w:rPr>
          <w:rFonts w:cs="Times New Roman"/>
          <w:lang w:val="ru-RU"/>
        </w:rPr>
        <w:t>Достижению  целей программы обучения  будет способствовать использование элементов современных образовательных технологий:</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Активныеметодыобучения</w:t>
      </w:r>
      <w:proofErr w:type="spellEnd"/>
      <w:r w:rsidRPr="00107AB5">
        <w:rPr>
          <w:sz w:val="24"/>
          <w:szCs w:val="24"/>
        </w:rPr>
        <w:t xml:space="preserve"> ;</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Игровыетехнологии</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Исследовательскаятехнологияобучения</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Технологияразвитиякритическогомышления</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Методпроектов</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Технологиямастерских</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Технологииуровневойдифференциации</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Информационно-коммуникационныетехнологии</w:t>
      </w:r>
      <w:proofErr w:type="spellEnd"/>
      <w:r w:rsidRPr="00107AB5">
        <w:rPr>
          <w:sz w:val="24"/>
          <w:szCs w:val="24"/>
        </w:rPr>
        <w:t>;</w:t>
      </w:r>
    </w:p>
    <w:p w:rsidR="00785A59" w:rsidRPr="00107AB5" w:rsidRDefault="00785A59" w:rsidP="00785A59">
      <w:pPr>
        <w:numPr>
          <w:ilvl w:val="0"/>
          <w:numId w:val="12"/>
        </w:numPr>
        <w:suppressAutoHyphens/>
        <w:spacing w:line="360" w:lineRule="auto"/>
        <w:rPr>
          <w:sz w:val="24"/>
          <w:szCs w:val="24"/>
        </w:rPr>
      </w:pPr>
      <w:proofErr w:type="spellStart"/>
      <w:r w:rsidRPr="00107AB5">
        <w:rPr>
          <w:sz w:val="24"/>
          <w:szCs w:val="24"/>
        </w:rPr>
        <w:t>Здоровьесберегающиетехнологии</w:t>
      </w:r>
      <w:proofErr w:type="spellEnd"/>
      <w:r w:rsidRPr="00107AB5">
        <w:rPr>
          <w:sz w:val="24"/>
          <w:szCs w:val="24"/>
        </w:rPr>
        <w:t>.</w:t>
      </w:r>
    </w:p>
    <w:p w:rsidR="00785A59" w:rsidRPr="00107AB5" w:rsidRDefault="00785A59" w:rsidP="00785A59">
      <w:pPr>
        <w:suppressAutoHyphens/>
        <w:spacing w:line="360" w:lineRule="auto"/>
        <w:ind w:left="720"/>
        <w:rPr>
          <w:sz w:val="24"/>
          <w:szCs w:val="24"/>
        </w:rPr>
      </w:pPr>
    </w:p>
    <w:p w:rsidR="00785A59" w:rsidRPr="00785A59" w:rsidRDefault="00785A59" w:rsidP="00785A59">
      <w:pPr>
        <w:spacing w:line="360" w:lineRule="auto"/>
        <w:rPr>
          <w:b/>
          <w:sz w:val="28"/>
          <w:szCs w:val="28"/>
          <w:lang w:val="ru-RU"/>
        </w:rPr>
      </w:pPr>
      <w:r w:rsidRPr="00785A59">
        <w:rPr>
          <w:b/>
          <w:sz w:val="28"/>
          <w:szCs w:val="28"/>
          <w:lang w:val="ru-RU"/>
        </w:rPr>
        <w:t>Требования к уровню подготовки учащихся по курсу «Русский язык» к концу 6 класса.</w:t>
      </w:r>
    </w:p>
    <w:p w:rsidR="00785A59" w:rsidRPr="00785A59" w:rsidRDefault="00785A59" w:rsidP="00785A59">
      <w:pPr>
        <w:spacing w:line="360" w:lineRule="auto"/>
        <w:jc w:val="center"/>
        <w:rPr>
          <w:b/>
          <w:sz w:val="24"/>
          <w:szCs w:val="24"/>
          <w:lang w:val="ru-RU"/>
        </w:rPr>
      </w:pPr>
    </w:p>
    <w:p w:rsidR="00785A59" w:rsidRPr="00785A59" w:rsidRDefault="00785A59" w:rsidP="00785A59">
      <w:pPr>
        <w:spacing w:line="360" w:lineRule="auto"/>
        <w:jc w:val="both"/>
        <w:rPr>
          <w:sz w:val="24"/>
          <w:szCs w:val="24"/>
          <w:lang w:val="ru-RU"/>
        </w:rPr>
      </w:pPr>
      <w:r w:rsidRPr="00107AB5">
        <w:rPr>
          <w:sz w:val="24"/>
          <w:szCs w:val="24"/>
        </w:rPr>
        <w:t>I</w:t>
      </w:r>
      <w:r w:rsidRPr="00785A59">
        <w:rPr>
          <w:sz w:val="24"/>
          <w:szCs w:val="24"/>
          <w:lang w:val="ru-RU"/>
        </w:rPr>
        <w:t>. Учащиеся должны знать определения основных изучае</w:t>
      </w:r>
      <w:r w:rsidRPr="00785A59">
        <w:rPr>
          <w:sz w:val="24"/>
          <w:szCs w:val="24"/>
          <w:lang w:val="ru-RU"/>
        </w:rPr>
        <w:softHyphen/>
        <w:t xml:space="preserve">мых в </w:t>
      </w:r>
      <w:r w:rsidRPr="00107AB5">
        <w:rPr>
          <w:sz w:val="24"/>
          <w:szCs w:val="24"/>
        </w:rPr>
        <w:t>VI</w:t>
      </w:r>
      <w:r w:rsidRPr="00785A59">
        <w:rPr>
          <w:sz w:val="24"/>
          <w:szCs w:val="24"/>
          <w:lang w:val="ru-RU"/>
        </w:rPr>
        <w:t xml:space="preserve"> классе языковых единиц, </w:t>
      </w:r>
      <w:proofErr w:type="spellStart"/>
      <w:r w:rsidRPr="00785A59">
        <w:rPr>
          <w:sz w:val="24"/>
          <w:szCs w:val="24"/>
          <w:lang w:val="ru-RU"/>
        </w:rPr>
        <w:t>речеведческих</w:t>
      </w:r>
      <w:proofErr w:type="spellEnd"/>
      <w:r w:rsidRPr="00785A59">
        <w:rPr>
          <w:sz w:val="24"/>
          <w:szCs w:val="24"/>
          <w:lang w:val="ru-RU"/>
        </w:rPr>
        <w:t xml:space="preserve"> понятий, ор</w:t>
      </w:r>
      <w:r w:rsidRPr="00785A59">
        <w:rPr>
          <w:sz w:val="24"/>
          <w:szCs w:val="24"/>
          <w:lang w:val="ru-RU"/>
        </w:rPr>
        <w:softHyphen/>
        <w:t>фографических и пунктуационных правил, обосновывать свои от</w:t>
      </w:r>
      <w:r w:rsidRPr="00785A59">
        <w:rPr>
          <w:sz w:val="24"/>
          <w:szCs w:val="24"/>
          <w:lang w:val="ru-RU"/>
        </w:rPr>
        <w:softHyphen/>
        <w:t>веты, приводя нужные примеры.</w:t>
      </w:r>
    </w:p>
    <w:p w:rsidR="00785A59" w:rsidRPr="00785A59" w:rsidRDefault="00785A59" w:rsidP="00785A59">
      <w:pPr>
        <w:spacing w:line="360" w:lineRule="auto"/>
        <w:jc w:val="both"/>
        <w:rPr>
          <w:sz w:val="24"/>
          <w:szCs w:val="24"/>
          <w:lang w:val="ru-RU"/>
        </w:rPr>
      </w:pPr>
      <w:r w:rsidRPr="00785A59">
        <w:rPr>
          <w:sz w:val="24"/>
          <w:szCs w:val="24"/>
          <w:lang w:val="ru-RU"/>
        </w:rPr>
        <w:t xml:space="preserve">         П. К концу </w:t>
      </w:r>
      <w:r w:rsidRPr="00107AB5">
        <w:rPr>
          <w:sz w:val="24"/>
          <w:szCs w:val="24"/>
        </w:rPr>
        <w:t>VI</w:t>
      </w:r>
      <w:r w:rsidRPr="00785A59">
        <w:rPr>
          <w:sz w:val="24"/>
          <w:szCs w:val="24"/>
          <w:lang w:val="ru-RU"/>
        </w:rPr>
        <w:t xml:space="preserve"> класса учащиеся должны овладеть следую</w:t>
      </w:r>
      <w:r w:rsidRPr="00785A59">
        <w:rPr>
          <w:sz w:val="24"/>
          <w:szCs w:val="24"/>
          <w:lang w:val="ru-RU"/>
        </w:rPr>
        <w:softHyphen/>
        <w:t>щими умениями</w:t>
      </w:r>
      <w:r w:rsidRPr="00107AB5">
        <w:rPr>
          <w:sz w:val="24"/>
          <w:szCs w:val="24"/>
        </w:rPr>
        <w:t>  </w:t>
      </w:r>
      <w:r w:rsidRPr="00785A59">
        <w:rPr>
          <w:sz w:val="24"/>
          <w:szCs w:val="24"/>
          <w:lang w:val="ru-RU"/>
        </w:rPr>
        <w:t xml:space="preserve"> и</w:t>
      </w:r>
      <w:r w:rsidRPr="00107AB5">
        <w:rPr>
          <w:sz w:val="24"/>
          <w:szCs w:val="24"/>
        </w:rPr>
        <w:t>  </w:t>
      </w:r>
      <w:r w:rsidRPr="00785A59">
        <w:rPr>
          <w:sz w:val="24"/>
          <w:szCs w:val="24"/>
          <w:lang w:val="ru-RU"/>
        </w:rPr>
        <w:t xml:space="preserve"> навыками:</w:t>
      </w:r>
    </w:p>
    <w:p w:rsidR="00785A59" w:rsidRPr="00785A59" w:rsidRDefault="00785A59" w:rsidP="00785A59">
      <w:pPr>
        <w:numPr>
          <w:ilvl w:val="0"/>
          <w:numId w:val="14"/>
        </w:numPr>
        <w:tabs>
          <w:tab w:val="clear" w:pos="720"/>
          <w:tab w:val="num" w:pos="399"/>
        </w:tabs>
        <w:spacing w:line="360" w:lineRule="auto"/>
        <w:ind w:left="399" w:hanging="342"/>
        <w:jc w:val="both"/>
        <w:rPr>
          <w:sz w:val="24"/>
          <w:szCs w:val="24"/>
          <w:lang w:val="ru-RU"/>
        </w:rPr>
      </w:pPr>
      <w:r w:rsidRPr="00785A59">
        <w:rPr>
          <w:sz w:val="24"/>
          <w:szCs w:val="24"/>
          <w:lang w:val="ru-RU"/>
        </w:rPr>
        <w:t xml:space="preserve"> производить словообразовательный разбор слов с ясной структурой, морфологический разбор изученных в </w:t>
      </w:r>
      <w:r w:rsidRPr="00107AB5">
        <w:rPr>
          <w:sz w:val="24"/>
          <w:szCs w:val="24"/>
        </w:rPr>
        <w:t>VI</w:t>
      </w:r>
      <w:r w:rsidRPr="00785A59">
        <w:rPr>
          <w:sz w:val="24"/>
          <w:szCs w:val="24"/>
          <w:lang w:val="ru-RU"/>
        </w:rPr>
        <w:t xml:space="preserve"> классе ча</w:t>
      </w:r>
      <w:r w:rsidRPr="00785A59">
        <w:rPr>
          <w:sz w:val="24"/>
          <w:szCs w:val="24"/>
          <w:lang w:val="ru-RU"/>
        </w:rPr>
        <w:softHyphen/>
        <w:t>стей речи, синтаксический разбор предложений с двумя главными членами и с одним главным членом, выраженным безличным глаголом;</w:t>
      </w:r>
    </w:p>
    <w:p w:rsidR="00785A59" w:rsidRPr="00785A59" w:rsidRDefault="00785A59" w:rsidP="00785A59">
      <w:pPr>
        <w:numPr>
          <w:ilvl w:val="0"/>
          <w:numId w:val="14"/>
        </w:numPr>
        <w:tabs>
          <w:tab w:val="clear" w:pos="720"/>
          <w:tab w:val="num" w:pos="456"/>
        </w:tabs>
        <w:spacing w:line="360" w:lineRule="auto"/>
        <w:ind w:left="399" w:hanging="342"/>
        <w:jc w:val="both"/>
        <w:rPr>
          <w:sz w:val="24"/>
          <w:szCs w:val="24"/>
          <w:lang w:val="ru-RU"/>
        </w:rPr>
      </w:pPr>
      <w:r w:rsidRPr="00785A59">
        <w:rPr>
          <w:sz w:val="24"/>
          <w:szCs w:val="24"/>
          <w:lang w:val="ru-RU"/>
        </w:rPr>
        <w:t>с помощью толкового словаря выяснять нормы употребле</w:t>
      </w:r>
      <w:r w:rsidRPr="00785A59">
        <w:rPr>
          <w:sz w:val="24"/>
          <w:szCs w:val="24"/>
          <w:lang w:val="ru-RU"/>
        </w:rPr>
        <w:softHyphen/>
        <w:t>ния слова;</w:t>
      </w:r>
    </w:p>
    <w:p w:rsidR="00785A59" w:rsidRPr="00785A59" w:rsidRDefault="00785A59" w:rsidP="00785A59">
      <w:pPr>
        <w:numPr>
          <w:ilvl w:val="0"/>
          <w:numId w:val="14"/>
        </w:numPr>
        <w:tabs>
          <w:tab w:val="clear" w:pos="720"/>
          <w:tab w:val="num" w:pos="399"/>
        </w:tabs>
        <w:spacing w:line="360" w:lineRule="auto"/>
        <w:ind w:left="399" w:hanging="342"/>
        <w:jc w:val="both"/>
        <w:rPr>
          <w:sz w:val="24"/>
          <w:szCs w:val="24"/>
          <w:lang w:val="ru-RU"/>
        </w:rPr>
      </w:pPr>
      <w:r w:rsidRPr="00107AB5">
        <w:rPr>
          <w:sz w:val="24"/>
          <w:szCs w:val="24"/>
        </w:rPr>
        <w:t>  </w:t>
      </w:r>
      <w:r w:rsidRPr="00785A59">
        <w:rPr>
          <w:sz w:val="24"/>
          <w:szCs w:val="24"/>
          <w:lang w:val="ru-RU"/>
        </w:rPr>
        <w:t xml:space="preserve"> соблюдать нормы литературного языка в пределах изу</w:t>
      </w:r>
      <w:r w:rsidRPr="00785A59">
        <w:rPr>
          <w:sz w:val="24"/>
          <w:szCs w:val="24"/>
          <w:lang w:val="ru-RU"/>
        </w:rPr>
        <w:softHyphen/>
        <w:t>ченного материала.</w:t>
      </w:r>
    </w:p>
    <w:p w:rsidR="00785A59" w:rsidRPr="00785A59" w:rsidRDefault="00785A59" w:rsidP="00785A59">
      <w:pPr>
        <w:spacing w:line="360" w:lineRule="auto"/>
        <w:jc w:val="both"/>
        <w:rPr>
          <w:sz w:val="24"/>
          <w:szCs w:val="24"/>
          <w:lang w:val="ru-RU"/>
        </w:rPr>
      </w:pPr>
      <w:r w:rsidRPr="00785A59">
        <w:rPr>
          <w:b/>
          <w:sz w:val="24"/>
          <w:szCs w:val="24"/>
          <w:lang w:val="ru-RU"/>
        </w:rPr>
        <w:lastRenderedPageBreak/>
        <w:t xml:space="preserve">        По орфографии</w:t>
      </w:r>
      <w:r w:rsidRPr="00785A59">
        <w:rPr>
          <w:sz w:val="24"/>
          <w:szCs w:val="24"/>
          <w:lang w:val="ru-RU"/>
        </w:rPr>
        <w:t>. Находить в словах изученные орфо</w:t>
      </w:r>
      <w:r w:rsidRPr="00785A59">
        <w:rPr>
          <w:sz w:val="24"/>
          <w:szCs w:val="24"/>
          <w:lang w:val="ru-RU"/>
        </w:rPr>
        <w:softHyphen/>
        <w:t>граммы, уметь обосновывать их выбор, правильно писать слова с изученными орфограммами; находить и исправлять орфогра</w:t>
      </w:r>
      <w:r w:rsidRPr="00785A59">
        <w:rPr>
          <w:sz w:val="24"/>
          <w:szCs w:val="24"/>
          <w:lang w:val="ru-RU"/>
        </w:rPr>
        <w:softHyphen/>
        <w:t xml:space="preserve">фические ошибки. Правильно писать слова с непроверяемыми орфограммами, изученными в </w:t>
      </w:r>
      <w:r w:rsidRPr="00107AB5">
        <w:rPr>
          <w:sz w:val="24"/>
          <w:szCs w:val="24"/>
        </w:rPr>
        <w:t>VI</w:t>
      </w:r>
      <w:r w:rsidRPr="00785A59">
        <w:rPr>
          <w:sz w:val="24"/>
          <w:szCs w:val="24"/>
          <w:lang w:val="ru-RU"/>
        </w:rPr>
        <w:t xml:space="preserve"> классе.</w:t>
      </w:r>
    </w:p>
    <w:p w:rsidR="00785A59" w:rsidRPr="00785A59" w:rsidRDefault="00785A59" w:rsidP="00785A59">
      <w:pPr>
        <w:spacing w:line="360" w:lineRule="auto"/>
        <w:jc w:val="both"/>
        <w:rPr>
          <w:sz w:val="24"/>
          <w:szCs w:val="24"/>
          <w:lang w:val="ru-RU"/>
        </w:rPr>
      </w:pPr>
      <w:r w:rsidRPr="00785A59">
        <w:rPr>
          <w:b/>
          <w:sz w:val="24"/>
          <w:szCs w:val="24"/>
          <w:lang w:val="ru-RU"/>
        </w:rPr>
        <w:t xml:space="preserve">        По пунктуации</w:t>
      </w:r>
      <w:r w:rsidRPr="00785A59">
        <w:rPr>
          <w:sz w:val="24"/>
          <w:szCs w:val="24"/>
          <w:lang w:val="ru-RU"/>
        </w:rPr>
        <w:t>. Находить в предложениях смысловые отрезки, которые необходимо выделять знаками препинания, обосновывать выбор знаков препинания и расставлять их в предложениях в соответствии с изученными правилами.</w:t>
      </w:r>
    </w:p>
    <w:p w:rsidR="00785A59" w:rsidRPr="00785A59" w:rsidRDefault="00785A59" w:rsidP="00785A59">
      <w:pPr>
        <w:spacing w:line="360" w:lineRule="auto"/>
        <w:jc w:val="both"/>
        <w:rPr>
          <w:sz w:val="24"/>
          <w:szCs w:val="24"/>
          <w:lang w:val="ru-RU"/>
        </w:rPr>
      </w:pPr>
      <w:r w:rsidRPr="00785A59">
        <w:rPr>
          <w:b/>
          <w:sz w:val="24"/>
          <w:szCs w:val="24"/>
          <w:lang w:val="ru-RU"/>
        </w:rPr>
        <w:t xml:space="preserve">        По связной речи</w:t>
      </w:r>
      <w:r w:rsidRPr="00785A59">
        <w:rPr>
          <w:sz w:val="24"/>
          <w:szCs w:val="24"/>
          <w:lang w:val="ru-RU"/>
        </w:rPr>
        <w:t>. Составлять сложный план. Подроб</w:t>
      </w:r>
      <w:r w:rsidRPr="00785A59">
        <w:rPr>
          <w:sz w:val="24"/>
          <w:szCs w:val="24"/>
          <w:lang w:val="ru-RU"/>
        </w:rPr>
        <w:softHyphen/>
        <w:t>но, сжато и выборочно излагать повествовательные тексты с элементами описания помещения, пейзажа и действий. Собирать и систе</w:t>
      </w:r>
      <w:r w:rsidRPr="00785A59">
        <w:rPr>
          <w:sz w:val="24"/>
          <w:szCs w:val="24"/>
          <w:lang w:val="ru-RU"/>
        </w:rPr>
        <w:softHyphen/>
        <w:t>матизировать материал к сочинению с учетом темы и основной мысли. Описывать помещение, пейзаж, действия, составлять рассказ на основе услышанного и по воображению. Совершенствовать со</w:t>
      </w:r>
      <w:r w:rsidRPr="00785A59">
        <w:rPr>
          <w:sz w:val="24"/>
          <w:szCs w:val="24"/>
          <w:lang w:val="ru-RU"/>
        </w:rPr>
        <w:softHyphen/>
        <w:t>держание и языковое оформление своего текста (в соответствии с изученным языковым материалом).</w:t>
      </w:r>
    </w:p>
    <w:p w:rsidR="00785A59" w:rsidRPr="00785A59" w:rsidRDefault="00785A59" w:rsidP="00785A59">
      <w:pPr>
        <w:spacing w:line="360" w:lineRule="auto"/>
        <w:jc w:val="both"/>
        <w:rPr>
          <w:sz w:val="24"/>
          <w:szCs w:val="24"/>
          <w:lang w:val="ru-RU"/>
        </w:rPr>
      </w:pPr>
      <w:r w:rsidRPr="00785A59">
        <w:rPr>
          <w:sz w:val="24"/>
          <w:szCs w:val="24"/>
          <w:lang w:val="ru-RU"/>
        </w:rPr>
        <w:t xml:space="preserve">        Уметь грамотно и четко отвечать на вопросы по пройденному материалу; выступать по заданной теме.</w:t>
      </w:r>
    </w:p>
    <w:p w:rsidR="00785A59" w:rsidRPr="00785A59" w:rsidRDefault="00785A59" w:rsidP="00785A59">
      <w:pPr>
        <w:spacing w:line="360" w:lineRule="auto"/>
        <w:jc w:val="both"/>
        <w:rPr>
          <w:sz w:val="24"/>
          <w:szCs w:val="24"/>
          <w:lang w:val="ru-RU"/>
        </w:rPr>
      </w:pPr>
      <w:r w:rsidRPr="00785A59">
        <w:rPr>
          <w:sz w:val="24"/>
          <w:szCs w:val="24"/>
          <w:lang w:val="ru-RU"/>
        </w:rPr>
        <w:t xml:space="preserve">       Уметь выразительно читать письменный (прозаический и поэтический) текст.</w:t>
      </w:r>
    </w:p>
    <w:p w:rsidR="00785A59" w:rsidRPr="00785A59" w:rsidRDefault="00785A59" w:rsidP="00785A59">
      <w:pPr>
        <w:spacing w:line="360" w:lineRule="auto"/>
        <w:jc w:val="both"/>
        <w:rPr>
          <w:b/>
          <w:sz w:val="24"/>
          <w:szCs w:val="24"/>
          <w:lang w:val="ru-RU"/>
        </w:rPr>
      </w:pPr>
    </w:p>
    <w:p w:rsidR="00785A59" w:rsidRPr="00785A59" w:rsidRDefault="00785A59" w:rsidP="00785A59">
      <w:pPr>
        <w:spacing w:line="360" w:lineRule="auto"/>
        <w:jc w:val="center"/>
        <w:rPr>
          <w:b/>
          <w:sz w:val="28"/>
          <w:szCs w:val="28"/>
          <w:lang w:val="ru-RU"/>
        </w:rPr>
      </w:pPr>
      <w:r w:rsidRPr="00785A59">
        <w:rPr>
          <w:b/>
          <w:sz w:val="28"/>
          <w:szCs w:val="28"/>
          <w:lang w:val="ru-RU"/>
        </w:rPr>
        <w:t xml:space="preserve">В результате изучения русского языка ученик должен  </w:t>
      </w:r>
      <w:r w:rsidRPr="00785A59">
        <w:rPr>
          <w:b/>
          <w:i/>
          <w:sz w:val="28"/>
          <w:szCs w:val="28"/>
          <w:lang w:val="ru-RU"/>
        </w:rPr>
        <w:t>знать/понимать:</w:t>
      </w:r>
    </w:p>
    <w:p w:rsidR="00785A59" w:rsidRPr="00785A59" w:rsidRDefault="00785A59" w:rsidP="00785A59">
      <w:pPr>
        <w:numPr>
          <w:ilvl w:val="0"/>
          <w:numId w:val="15"/>
        </w:numPr>
        <w:tabs>
          <w:tab w:val="clear" w:pos="720"/>
          <w:tab w:val="num" w:pos="456"/>
        </w:tabs>
        <w:spacing w:line="360" w:lineRule="auto"/>
        <w:ind w:left="399"/>
        <w:jc w:val="both"/>
        <w:rPr>
          <w:sz w:val="24"/>
          <w:szCs w:val="24"/>
          <w:lang w:val="ru-RU"/>
        </w:rPr>
      </w:pPr>
      <w:r w:rsidRPr="00785A59">
        <w:rPr>
          <w:sz w:val="24"/>
          <w:szCs w:val="24"/>
          <w:lang w:val="ru-RU"/>
        </w:rPr>
        <w:t>роль русского языка как национального языка русского народа, государственного языка Российской Федерации и средства межнационального общения;</w:t>
      </w:r>
    </w:p>
    <w:p w:rsidR="00785A59" w:rsidRPr="00785A59" w:rsidRDefault="00785A59" w:rsidP="00785A59">
      <w:pPr>
        <w:numPr>
          <w:ilvl w:val="0"/>
          <w:numId w:val="15"/>
        </w:numPr>
        <w:tabs>
          <w:tab w:val="clear" w:pos="720"/>
          <w:tab w:val="num" w:pos="342"/>
        </w:tabs>
        <w:spacing w:line="360" w:lineRule="auto"/>
        <w:ind w:left="399"/>
        <w:jc w:val="both"/>
        <w:rPr>
          <w:sz w:val="24"/>
          <w:szCs w:val="24"/>
          <w:lang w:val="ru-RU"/>
        </w:rPr>
      </w:pPr>
      <w:r w:rsidRPr="00785A59">
        <w:rPr>
          <w:sz w:val="24"/>
          <w:szCs w:val="24"/>
          <w:lang w:val="ru-RU"/>
        </w:rPr>
        <w:t xml:space="preserve"> смысл понятий: речь устная и письменная; монолог, диалог; ситуация речевого общения; </w:t>
      </w:r>
    </w:p>
    <w:p w:rsidR="00785A59" w:rsidRPr="00107AB5" w:rsidRDefault="00785A59" w:rsidP="00785A59">
      <w:pPr>
        <w:numPr>
          <w:ilvl w:val="0"/>
          <w:numId w:val="15"/>
        </w:numPr>
        <w:tabs>
          <w:tab w:val="clear" w:pos="720"/>
          <w:tab w:val="num" w:pos="399"/>
        </w:tabs>
        <w:spacing w:line="360" w:lineRule="auto"/>
        <w:ind w:left="399"/>
        <w:jc w:val="both"/>
        <w:rPr>
          <w:sz w:val="24"/>
          <w:szCs w:val="24"/>
        </w:rPr>
      </w:pPr>
      <w:proofErr w:type="spellStart"/>
      <w:r w:rsidRPr="00107AB5">
        <w:rPr>
          <w:sz w:val="24"/>
          <w:szCs w:val="24"/>
        </w:rPr>
        <w:t>основныепризнакистилейязыка</w:t>
      </w:r>
      <w:proofErr w:type="spellEnd"/>
      <w:r w:rsidRPr="00107AB5">
        <w:rPr>
          <w:sz w:val="24"/>
          <w:szCs w:val="24"/>
        </w:rPr>
        <w:t xml:space="preserve">; </w:t>
      </w:r>
    </w:p>
    <w:p w:rsidR="00785A59" w:rsidRPr="00785A59" w:rsidRDefault="00785A59" w:rsidP="00785A59">
      <w:pPr>
        <w:numPr>
          <w:ilvl w:val="0"/>
          <w:numId w:val="15"/>
        </w:numPr>
        <w:tabs>
          <w:tab w:val="clear" w:pos="720"/>
          <w:tab w:val="num" w:pos="399"/>
        </w:tabs>
        <w:spacing w:line="360" w:lineRule="auto"/>
        <w:ind w:left="399"/>
        <w:jc w:val="both"/>
        <w:rPr>
          <w:sz w:val="24"/>
          <w:szCs w:val="24"/>
          <w:lang w:val="ru-RU"/>
        </w:rPr>
      </w:pPr>
      <w:r w:rsidRPr="00785A59">
        <w:rPr>
          <w:sz w:val="24"/>
          <w:szCs w:val="24"/>
          <w:lang w:val="ru-RU"/>
        </w:rPr>
        <w:t>признаки текста и его функционально-смысловых типов (повествования, описания, рассуждения);</w:t>
      </w:r>
    </w:p>
    <w:p w:rsidR="00785A59" w:rsidRPr="00785A59" w:rsidRDefault="00785A59" w:rsidP="00785A59">
      <w:pPr>
        <w:numPr>
          <w:ilvl w:val="0"/>
          <w:numId w:val="15"/>
        </w:numPr>
        <w:tabs>
          <w:tab w:val="clear" w:pos="720"/>
          <w:tab w:val="num" w:pos="399"/>
        </w:tabs>
        <w:spacing w:line="360" w:lineRule="auto"/>
        <w:ind w:left="399"/>
        <w:jc w:val="both"/>
        <w:rPr>
          <w:sz w:val="24"/>
          <w:szCs w:val="24"/>
          <w:lang w:val="ru-RU"/>
        </w:rPr>
      </w:pPr>
      <w:r w:rsidRPr="00785A59">
        <w:rPr>
          <w:sz w:val="24"/>
          <w:szCs w:val="24"/>
          <w:lang w:val="ru-RU"/>
        </w:rPr>
        <w:t xml:space="preserve">основные единицы языка, их признаки; </w:t>
      </w:r>
    </w:p>
    <w:p w:rsidR="00785A59" w:rsidRPr="00785A59" w:rsidRDefault="00785A59" w:rsidP="00785A59">
      <w:pPr>
        <w:numPr>
          <w:ilvl w:val="0"/>
          <w:numId w:val="15"/>
        </w:numPr>
        <w:tabs>
          <w:tab w:val="clear" w:pos="720"/>
          <w:tab w:val="num" w:pos="399"/>
        </w:tabs>
        <w:spacing w:line="360" w:lineRule="auto"/>
        <w:ind w:left="399"/>
        <w:jc w:val="both"/>
        <w:rPr>
          <w:sz w:val="24"/>
          <w:szCs w:val="24"/>
          <w:lang w:val="ru-RU"/>
        </w:rPr>
      </w:pPr>
      <w:r w:rsidRPr="00785A59">
        <w:rPr>
          <w:sz w:val="24"/>
          <w:szCs w:val="24"/>
          <w:lang w:val="ru-RU"/>
        </w:rPr>
        <w:t>основные нормы русского литературного языка (орфоэпические, лексические, грамматические, орфографические, пунктуационные) для данного периода обучения; нормы речевого этикета;</w:t>
      </w:r>
    </w:p>
    <w:p w:rsidR="00785A59" w:rsidRPr="00107AB5" w:rsidRDefault="00785A59" w:rsidP="00785A59">
      <w:pPr>
        <w:spacing w:line="360" w:lineRule="auto"/>
        <w:jc w:val="both"/>
        <w:rPr>
          <w:b/>
          <w:i/>
          <w:sz w:val="24"/>
          <w:szCs w:val="24"/>
        </w:rPr>
      </w:pPr>
      <w:proofErr w:type="spellStart"/>
      <w:r w:rsidRPr="00107AB5">
        <w:rPr>
          <w:b/>
          <w:i/>
          <w:sz w:val="24"/>
          <w:szCs w:val="24"/>
        </w:rPr>
        <w:t>уметь</w:t>
      </w:r>
      <w:proofErr w:type="spellEnd"/>
      <w:r w:rsidRPr="00107AB5">
        <w:rPr>
          <w:b/>
          <w:i/>
          <w:sz w:val="24"/>
          <w:szCs w:val="24"/>
        </w:rPr>
        <w:t>:</w:t>
      </w:r>
    </w:p>
    <w:p w:rsidR="00785A59" w:rsidRPr="00785A59" w:rsidRDefault="00785A59" w:rsidP="00785A59">
      <w:pPr>
        <w:numPr>
          <w:ilvl w:val="0"/>
          <w:numId w:val="16"/>
        </w:numPr>
        <w:tabs>
          <w:tab w:val="clear" w:pos="720"/>
          <w:tab w:val="num" w:pos="399"/>
        </w:tabs>
        <w:spacing w:line="360" w:lineRule="auto"/>
        <w:ind w:left="399"/>
        <w:jc w:val="both"/>
        <w:rPr>
          <w:sz w:val="24"/>
          <w:szCs w:val="24"/>
          <w:lang w:val="ru-RU"/>
        </w:rPr>
      </w:pPr>
      <w:r w:rsidRPr="00785A59">
        <w:rPr>
          <w:sz w:val="24"/>
          <w:szCs w:val="24"/>
          <w:lang w:val="ru-RU"/>
        </w:rPr>
        <w:t xml:space="preserve">различать разговорную речь и другие стили; </w:t>
      </w:r>
    </w:p>
    <w:p w:rsidR="00785A59" w:rsidRPr="00785A59" w:rsidRDefault="00785A59" w:rsidP="00785A59">
      <w:pPr>
        <w:numPr>
          <w:ilvl w:val="0"/>
          <w:numId w:val="16"/>
        </w:numPr>
        <w:tabs>
          <w:tab w:val="clear" w:pos="720"/>
          <w:tab w:val="num" w:pos="399"/>
        </w:tabs>
        <w:spacing w:line="360" w:lineRule="auto"/>
        <w:ind w:left="399"/>
        <w:jc w:val="both"/>
        <w:rPr>
          <w:sz w:val="24"/>
          <w:szCs w:val="24"/>
          <w:lang w:val="ru-RU"/>
        </w:rPr>
      </w:pPr>
      <w:r w:rsidRPr="00785A59">
        <w:rPr>
          <w:sz w:val="24"/>
          <w:szCs w:val="24"/>
          <w:lang w:val="ru-RU"/>
        </w:rPr>
        <w:t xml:space="preserve">определять тему, основную мысль текста, функционально-смысловой тип и стиль речи; </w:t>
      </w:r>
    </w:p>
    <w:p w:rsidR="00785A59" w:rsidRPr="00785A59" w:rsidRDefault="00785A59" w:rsidP="00785A59">
      <w:pPr>
        <w:numPr>
          <w:ilvl w:val="0"/>
          <w:numId w:val="16"/>
        </w:numPr>
        <w:tabs>
          <w:tab w:val="clear" w:pos="720"/>
          <w:tab w:val="num" w:pos="399"/>
        </w:tabs>
        <w:spacing w:line="360" w:lineRule="auto"/>
        <w:ind w:left="399"/>
        <w:jc w:val="both"/>
        <w:rPr>
          <w:sz w:val="24"/>
          <w:szCs w:val="24"/>
          <w:lang w:val="ru-RU"/>
        </w:rPr>
      </w:pPr>
      <w:r w:rsidRPr="00785A59">
        <w:rPr>
          <w:sz w:val="24"/>
          <w:szCs w:val="24"/>
          <w:lang w:val="ru-RU"/>
        </w:rPr>
        <w:t>опознавать языковые единицы, проводить различные виды их анализа;</w:t>
      </w:r>
    </w:p>
    <w:p w:rsidR="00785A59" w:rsidRPr="00785A59" w:rsidRDefault="00785A59" w:rsidP="00785A59">
      <w:pPr>
        <w:numPr>
          <w:ilvl w:val="0"/>
          <w:numId w:val="16"/>
        </w:numPr>
        <w:tabs>
          <w:tab w:val="clear" w:pos="720"/>
          <w:tab w:val="num" w:pos="399"/>
        </w:tabs>
        <w:spacing w:line="360" w:lineRule="auto"/>
        <w:ind w:left="399"/>
        <w:jc w:val="both"/>
        <w:rPr>
          <w:sz w:val="24"/>
          <w:szCs w:val="24"/>
          <w:lang w:val="ru-RU"/>
        </w:rPr>
      </w:pPr>
      <w:r w:rsidRPr="00785A59">
        <w:rPr>
          <w:sz w:val="24"/>
          <w:szCs w:val="24"/>
          <w:lang w:val="ru-RU"/>
        </w:rPr>
        <w:t>объяснять с помощью словаря значение слов с национально-культурным компонентом;</w:t>
      </w:r>
    </w:p>
    <w:p w:rsidR="00785A59" w:rsidRPr="00107AB5" w:rsidRDefault="00785A59" w:rsidP="00785A59">
      <w:pPr>
        <w:spacing w:line="360" w:lineRule="auto"/>
        <w:jc w:val="both"/>
        <w:rPr>
          <w:b/>
          <w:i/>
          <w:sz w:val="24"/>
          <w:szCs w:val="24"/>
        </w:rPr>
      </w:pPr>
      <w:proofErr w:type="spellStart"/>
      <w:r w:rsidRPr="00107AB5">
        <w:rPr>
          <w:b/>
          <w:i/>
          <w:sz w:val="24"/>
          <w:szCs w:val="24"/>
        </w:rPr>
        <w:lastRenderedPageBreak/>
        <w:t>аудирование</w:t>
      </w:r>
      <w:proofErr w:type="spellEnd"/>
      <w:r w:rsidRPr="00107AB5">
        <w:rPr>
          <w:b/>
          <w:i/>
          <w:sz w:val="24"/>
          <w:szCs w:val="24"/>
        </w:rPr>
        <w:t xml:space="preserve"> и </w:t>
      </w:r>
      <w:proofErr w:type="spellStart"/>
      <w:r w:rsidRPr="00107AB5">
        <w:rPr>
          <w:b/>
          <w:i/>
          <w:sz w:val="24"/>
          <w:szCs w:val="24"/>
        </w:rPr>
        <w:t>чтение</w:t>
      </w:r>
      <w:proofErr w:type="spellEnd"/>
    </w:p>
    <w:p w:rsidR="00785A59" w:rsidRPr="00785A59" w:rsidRDefault="00785A59" w:rsidP="00785A59">
      <w:pPr>
        <w:numPr>
          <w:ilvl w:val="0"/>
          <w:numId w:val="17"/>
        </w:numPr>
        <w:tabs>
          <w:tab w:val="clear" w:pos="720"/>
          <w:tab w:val="num" w:pos="399"/>
        </w:tabs>
        <w:spacing w:line="360" w:lineRule="auto"/>
        <w:ind w:left="342" w:hanging="342"/>
        <w:jc w:val="both"/>
        <w:rPr>
          <w:sz w:val="24"/>
          <w:szCs w:val="24"/>
          <w:lang w:val="ru-RU"/>
        </w:rPr>
      </w:pPr>
      <w:r w:rsidRPr="00785A59">
        <w:rPr>
          <w:sz w:val="24"/>
          <w:szCs w:val="24"/>
          <w:lang w:val="ru-RU"/>
        </w:rPr>
        <w:t xml:space="preserve">адекватно понимать информацию устного и письменного сообщения (цель, тему текста); </w:t>
      </w:r>
    </w:p>
    <w:p w:rsidR="00785A59" w:rsidRPr="00785A59" w:rsidRDefault="00785A59" w:rsidP="00785A59">
      <w:pPr>
        <w:numPr>
          <w:ilvl w:val="0"/>
          <w:numId w:val="17"/>
        </w:numPr>
        <w:tabs>
          <w:tab w:val="clear" w:pos="720"/>
          <w:tab w:val="num" w:pos="342"/>
        </w:tabs>
        <w:spacing w:line="360" w:lineRule="auto"/>
        <w:ind w:left="342" w:hanging="342"/>
        <w:jc w:val="both"/>
        <w:rPr>
          <w:sz w:val="24"/>
          <w:szCs w:val="24"/>
          <w:lang w:val="ru-RU"/>
        </w:rPr>
      </w:pPr>
      <w:r w:rsidRPr="00785A59">
        <w:rPr>
          <w:sz w:val="24"/>
          <w:szCs w:val="24"/>
          <w:lang w:val="ru-RU"/>
        </w:rPr>
        <w:t xml:space="preserve"> читать тексты разных стилей и жанров; владеть разными видами чтения (изучающее, ознакомительное, просмотровое); </w:t>
      </w:r>
    </w:p>
    <w:p w:rsidR="00785A59" w:rsidRPr="00785A59" w:rsidRDefault="00785A59" w:rsidP="00785A59">
      <w:pPr>
        <w:numPr>
          <w:ilvl w:val="0"/>
          <w:numId w:val="17"/>
        </w:numPr>
        <w:tabs>
          <w:tab w:val="clear" w:pos="720"/>
          <w:tab w:val="num" w:pos="399"/>
        </w:tabs>
        <w:spacing w:line="360" w:lineRule="auto"/>
        <w:ind w:left="342" w:hanging="342"/>
        <w:jc w:val="both"/>
        <w:rPr>
          <w:sz w:val="24"/>
          <w:szCs w:val="24"/>
          <w:lang w:val="ru-RU"/>
        </w:rPr>
      </w:pPr>
      <w:r w:rsidRPr="00785A59">
        <w:rPr>
          <w:sz w:val="24"/>
          <w:szCs w:val="24"/>
          <w:lang w:val="ru-RU"/>
        </w:rPr>
        <w:t xml:space="preserve">извлекать информацию из различных источников, включая средства массовой информации; свободно пользоваться лингвистическими словарями, справочной литературой; </w:t>
      </w:r>
    </w:p>
    <w:p w:rsidR="00785A59" w:rsidRPr="00107AB5" w:rsidRDefault="00785A59" w:rsidP="00785A59">
      <w:pPr>
        <w:spacing w:line="360" w:lineRule="auto"/>
        <w:jc w:val="both"/>
        <w:rPr>
          <w:b/>
          <w:i/>
          <w:sz w:val="24"/>
          <w:szCs w:val="24"/>
        </w:rPr>
      </w:pPr>
      <w:proofErr w:type="spellStart"/>
      <w:r w:rsidRPr="00107AB5">
        <w:rPr>
          <w:b/>
          <w:i/>
          <w:sz w:val="24"/>
          <w:szCs w:val="24"/>
        </w:rPr>
        <w:t>говорение</w:t>
      </w:r>
      <w:proofErr w:type="spellEnd"/>
      <w:r w:rsidRPr="00107AB5">
        <w:rPr>
          <w:b/>
          <w:i/>
          <w:sz w:val="24"/>
          <w:szCs w:val="24"/>
        </w:rPr>
        <w:t xml:space="preserve"> и </w:t>
      </w:r>
      <w:proofErr w:type="spellStart"/>
      <w:r w:rsidRPr="00107AB5">
        <w:rPr>
          <w:b/>
          <w:i/>
          <w:sz w:val="24"/>
          <w:szCs w:val="24"/>
        </w:rPr>
        <w:t>письмо</w:t>
      </w:r>
      <w:proofErr w:type="spellEnd"/>
    </w:p>
    <w:p w:rsidR="00785A59" w:rsidRPr="00785A59" w:rsidRDefault="00785A59" w:rsidP="00785A59">
      <w:pPr>
        <w:numPr>
          <w:ilvl w:val="0"/>
          <w:numId w:val="18"/>
        </w:numPr>
        <w:tabs>
          <w:tab w:val="clear" w:pos="720"/>
          <w:tab w:val="num" w:pos="399"/>
        </w:tabs>
        <w:spacing w:line="360" w:lineRule="auto"/>
        <w:ind w:left="456" w:hanging="399"/>
        <w:jc w:val="both"/>
        <w:rPr>
          <w:sz w:val="24"/>
          <w:szCs w:val="24"/>
          <w:lang w:val="ru-RU"/>
        </w:rPr>
      </w:pPr>
      <w:r w:rsidRPr="00785A59">
        <w:rPr>
          <w:sz w:val="24"/>
          <w:szCs w:val="24"/>
          <w:lang w:val="ru-RU"/>
        </w:rPr>
        <w:t>воспроизводить текст с заданной степенью свернутости (план, пересказ, изложение);</w:t>
      </w:r>
    </w:p>
    <w:p w:rsidR="00785A59" w:rsidRPr="00785A59" w:rsidRDefault="00785A59" w:rsidP="00785A59">
      <w:pPr>
        <w:numPr>
          <w:ilvl w:val="0"/>
          <w:numId w:val="18"/>
        </w:numPr>
        <w:tabs>
          <w:tab w:val="clear" w:pos="720"/>
          <w:tab w:val="num" w:pos="399"/>
        </w:tabs>
        <w:spacing w:line="360" w:lineRule="auto"/>
        <w:ind w:left="456" w:hanging="399"/>
        <w:jc w:val="both"/>
        <w:rPr>
          <w:sz w:val="24"/>
          <w:szCs w:val="24"/>
          <w:lang w:val="ru-RU"/>
        </w:rPr>
      </w:pPr>
      <w:r w:rsidRPr="00785A59">
        <w:rPr>
          <w:sz w:val="24"/>
          <w:szCs w:val="24"/>
          <w:lang w:val="ru-RU"/>
        </w:rPr>
        <w:t xml:space="preserve">создавать тексты различных стилей и жанров (применительно к данному этапу обучения); </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 xml:space="preserve">осуществлять выбор и организацию языковых средств в соответствии с темой, целями общения; </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 xml:space="preserve">владеть различными видами монолога (повествование, описание, рассуждение) и диалога (побуждение к действию, обмен мнениями); </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 xml:space="preserve">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соблюдать в практике речевого общения основные произносительные, лексические, грамматические нормы современного русского литературного языка;</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соблюдать в практике письма основные правила орфографии и пунктуации;</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 xml:space="preserve">соблюдать нормы русского речевого этикета; </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осуществлять речевой самоконтроль; оценивать свою речь с точки зрения её правильности, находить грамматические и речевые ошибки, недочеты, исправлять их; совершенствовать и редактировать собственные тексты;</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использовать приобретенные знания и умения в практической деятельности и повседневной жизни для:</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осознания значения родного языка в жизни человека и общества;</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развития речевой культуры, бережного и сознательного отношения к родному языку, сохранения чистоты русского языка как явления культуры;</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удовлетворения коммуникативных потребностей в учебных, бытовых, социально-культурных ситуациях общения;</w:t>
      </w:r>
    </w:p>
    <w:p w:rsidR="00785A59" w:rsidRPr="00785A59" w:rsidRDefault="00785A59" w:rsidP="00785A59">
      <w:pPr>
        <w:numPr>
          <w:ilvl w:val="0"/>
          <w:numId w:val="18"/>
        </w:numPr>
        <w:tabs>
          <w:tab w:val="clear" w:pos="720"/>
          <w:tab w:val="num" w:pos="456"/>
        </w:tabs>
        <w:spacing w:line="360" w:lineRule="auto"/>
        <w:ind w:left="456" w:hanging="399"/>
        <w:jc w:val="both"/>
        <w:rPr>
          <w:sz w:val="24"/>
          <w:szCs w:val="24"/>
          <w:lang w:val="ru-RU"/>
        </w:rPr>
      </w:pPr>
      <w:r w:rsidRPr="00785A59">
        <w:rPr>
          <w:sz w:val="24"/>
          <w:szCs w:val="24"/>
          <w:lang w:val="ru-RU"/>
        </w:rPr>
        <w:t xml:space="preserve">увеличения словарного запаса; расширения круга используемых грамматических средств; развития способности к самооценке на основе наблюдения за собственной речью; </w:t>
      </w:r>
    </w:p>
    <w:p w:rsidR="00785A59" w:rsidRPr="00785A59" w:rsidRDefault="00785A59" w:rsidP="00785A59">
      <w:pPr>
        <w:numPr>
          <w:ilvl w:val="0"/>
          <w:numId w:val="18"/>
        </w:numPr>
        <w:tabs>
          <w:tab w:val="clear" w:pos="720"/>
          <w:tab w:val="num" w:pos="513"/>
        </w:tabs>
        <w:spacing w:line="360" w:lineRule="auto"/>
        <w:ind w:left="456" w:hanging="399"/>
        <w:jc w:val="both"/>
        <w:rPr>
          <w:sz w:val="24"/>
          <w:szCs w:val="24"/>
          <w:lang w:val="ru-RU"/>
        </w:rPr>
      </w:pPr>
      <w:r w:rsidRPr="00785A59">
        <w:rPr>
          <w:sz w:val="24"/>
          <w:szCs w:val="24"/>
          <w:lang w:val="ru-RU"/>
        </w:rPr>
        <w:lastRenderedPageBreak/>
        <w:t>использования родного языка как средства получения знаний по другим учебным предметам и продолжения образования.</w:t>
      </w:r>
    </w:p>
    <w:p w:rsidR="00785A59" w:rsidRPr="00785A59" w:rsidRDefault="00785A59" w:rsidP="00785A59">
      <w:pPr>
        <w:spacing w:line="360" w:lineRule="auto"/>
        <w:jc w:val="both"/>
        <w:rPr>
          <w:sz w:val="24"/>
          <w:szCs w:val="24"/>
          <w:lang w:val="ru-RU"/>
        </w:rPr>
      </w:pPr>
    </w:p>
    <w:p w:rsidR="00785A59" w:rsidRPr="00785A59" w:rsidRDefault="00785A59" w:rsidP="00785A59">
      <w:pPr>
        <w:shd w:val="clear" w:color="auto" w:fill="FFFFFF"/>
        <w:jc w:val="center"/>
        <w:rPr>
          <w:b/>
          <w:bCs/>
          <w:sz w:val="28"/>
          <w:szCs w:val="28"/>
          <w:lang w:val="ru-RU"/>
        </w:rPr>
      </w:pPr>
      <w:r w:rsidRPr="00785A59">
        <w:rPr>
          <w:b/>
          <w:bCs/>
          <w:sz w:val="28"/>
          <w:szCs w:val="28"/>
          <w:lang w:val="ru-RU"/>
        </w:rPr>
        <w:t>Результаты изучения предмета «Русский язык».</w:t>
      </w:r>
    </w:p>
    <w:p w:rsidR="00785A59" w:rsidRPr="00785A59" w:rsidRDefault="00785A59" w:rsidP="00785A59">
      <w:pPr>
        <w:shd w:val="clear" w:color="auto" w:fill="FFFFFF"/>
        <w:ind w:firstLine="709"/>
        <w:jc w:val="both"/>
        <w:rPr>
          <w:b/>
          <w:bCs/>
          <w:sz w:val="24"/>
          <w:szCs w:val="24"/>
          <w:lang w:val="ru-RU"/>
        </w:rPr>
      </w:pPr>
    </w:p>
    <w:p w:rsidR="00785A59" w:rsidRPr="00785A59" w:rsidRDefault="00785A59" w:rsidP="00785A59">
      <w:pPr>
        <w:shd w:val="clear" w:color="auto" w:fill="FFFFFF"/>
        <w:ind w:left="-851" w:firstLine="567"/>
        <w:jc w:val="center"/>
        <w:rPr>
          <w:sz w:val="24"/>
          <w:szCs w:val="24"/>
          <w:lang w:val="ru-RU"/>
        </w:rPr>
      </w:pPr>
      <w:r w:rsidRPr="00785A59">
        <w:rPr>
          <w:b/>
          <w:bCs/>
          <w:sz w:val="24"/>
          <w:szCs w:val="24"/>
          <w:lang w:val="ru-RU"/>
        </w:rPr>
        <w:t xml:space="preserve">Личностные результаты </w:t>
      </w:r>
      <w:r w:rsidRPr="00785A59">
        <w:rPr>
          <w:sz w:val="24"/>
          <w:szCs w:val="24"/>
          <w:lang w:val="ru-RU"/>
        </w:rPr>
        <w:t>освоения русского  языка:</w:t>
      </w:r>
    </w:p>
    <w:p w:rsidR="00785A59" w:rsidRPr="00785A59" w:rsidRDefault="00785A59" w:rsidP="00785A59">
      <w:pPr>
        <w:shd w:val="clear" w:color="auto" w:fill="FFFFFF"/>
        <w:ind w:firstLine="709"/>
        <w:jc w:val="both"/>
        <w:rPr>
          <w:sz w:val="24"/>
          <w:szCs w:val="24"/>
          <w:lang w:val="ru-RU"/>
        </w:rPr>
      </w:pPr>
      <w:r w:rsidRPr="00785A59">
        <w:rPr>
          <w:sz w:val="24"/>
          <w:szCs w:val="24"/>
          <w:lang w:val="ru-RU"/>
        </w:rPr>
        <w:t>1)</w:t>
      </w:r>
      <w:r w:rsidRPr="00107AB5">
        <w:rPr>
          <w:sz w:val="24"/>
          <w:szCs w:val="24"/>
        </w:rPr>
        <w:t> </w:t>
      </w:r>
      <w:r w:rsidRPr="00785A59">
        <w:rPr>
          <w:sz w:val="24"/>
          <w:szCs w:val="24"/>
          <w:lang w:val="ru-RU"/>
        </w:rPr>
        <w:t>понимание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rsidR="00785A59" w:rsidRPr="00785A59" w:rsidRDefault="00785A59" w:rsidP="00785A59">
      <w:pPr>
        <w:shd w:val="clear" w:color="auto" w:fill="FFFFFF"/>
        <w:ind w:firstLine="709"/>
        <w:jc w:val="both"/>
        <w:rPr>
          <w:sz w:val="24"/>
          <w:szCs w:val="24"/>
          <w:lang w:val="ru-RU"/>
        </w:rPr>
      </w:pPr>
      <w:r w:rsidRPr="00785A59">
        <w:rPr>
          <w:sz w:val="24"/>
          <w:szCs w:val="24"/>
          <w:lang w:val="ru-RU"/>
        </w:rPr>
        <w:t>2)</w:t>
      </w:r>
      <w:r w:rsidRPr="00107AB5">
        <w:rPr>
          <w:sz w:val="24"/>
          <w:szCs w:val="24"/>
        </w:rPr>
        <w:t> </w:t>
      </w:r>
      <w:r w:rsidRPr="00785A59">
        <w:rPr>
          <w:sz w:val="24"/>
          <w:szCs w:val="24"/>
          <w:lang w:val="ru-RU"/>
        </w:rPr>
        <w:t>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самосовершенствованию;</w:t>
      </w:r>
    </w:p>
    <w:p w:rsidR="00785A59" w:rsidRPr="00785A59" w:rsidRDefault="00785A59" w:rsidP="00785A59">
      <w:pPr>
        <w:shd w:val="clear" w:color="auto" w:fill="FFFFFF"/>
        <w:ind w:firstLine="709"/>
        <w:jc w:val="both"/>
        <w:rPr>
          <w:sz w:val="24"/>
          <w:szCs w:val="24"/>
          <w:lang w:val="ru-RU"/>
        </w:rPr>
      </w:pPr>
      <w:r w:rsidRPr="00785A59">
        <w:rPr>
          <w:sz w:val="24"/>
          <w:szCs w:val="24"/>
          <w:lang w:val="ru-RU"/>
        </w:rPr>
        <w:t>3)</w:t>
      </w:r>
      <w:r w:rsidRPr="00107AB5">
        <w:rPr>
          <w:sz w:val="24"/>
          <w:szCs w:val="24"/>
        </w:rPr>
        <w:t> </w:t>
      </w:r>
      <w:r w:rsidRPr="00785A59">
        <w:rPr>
          <w:sz w:val="24"/>
          <w:szCs w:val="24"/>
          <w:lang w:val="ru-RU"/>
        </w:rPr>
        <w:t xml:space="preserve">достаточный объём словарного запаса и усвоенных </w:t>
      </w:r>
      <w:proofErr w:type="spellStart"/>
      <w:r w:rsidRPr="00785A59">
        <w:rPr>
          <w:sz w:val="24"/>
          <w:szCs w:val="24"/>
          <w:lang w:val="ru-RU"/>
        </w:rPr>
        <w:t>граммматических</w:t>
      </w:r>
      <w:proofErr w:type="spellEnd"/>
      <w:r w:rsidRPr="00785A59">
        <w:rPr>
          <w:sz w:val="24"/>
          <w:szCs w:val="24"/>
          <w:lang w:val="ru-RU"/>
        </w:rPr>
        <w:t xml:space="preserve"> средств для свободного выражения мыслей и чувств в процессе речевого общения; способность к самооценке на основе наблюдения за собственной речью.</w:t>
      </w:r>
    </w:p>
    <w:p w:rsidR="00785A59" w:rsidRPr="00785A59" w:rsidRDefault="00785A59" w:rsidP="00785A59">
      <w:pPr>
        <w:shd w:val="clear" w:color="auto" w:fill="FFFFFF"/>
        <w:ind w:firstLine="709"/>
        <w:jc w:val="center"/>
        <w:rPr>
          <w:sz w:val="24"/>
          <w:szCs w:val="24"/>
          <w:lang w:val="ru-RU"/>
        </w:rPr>
      </w:pPr>
      <w:r w:rsidRPr="00785A59">
        <w:rPr>
          <w:b/>
          <w:bCs/>
          <w:sz w:val="24"/>
          <w:szCs w:val="24"/>
          <w:lang w:val="ru-RU"/>
        </w:rPr>
        <w:t xml:space="preserve">Метапредметные результаты </w:t>
      </w:r>
      <w:r w:rsidRPr="00785A59">
        <w:rPr>
          <w:sz w:val="24"/>
          <w:szCs w:val="24"/>
          <w:lang w:val="ru-RU"/>
        </w:rPr>
        <w:t>освоения русского  языка:</w:t>
      </w:r>
    </w:p>
    <w:p w:rsidR="00785A59" w:rsidRPr="00785A59" w:rsidRDefault="00785A59" w:rsidP="00785A59">
      <w:pPr>
        <w:ind w:left="284" w:firstLine="709"/>
        <w:jc w:val="both"/>
        <w:rPr>
          <w:sz w:val="24"/>
          <w:szCs w:val="24"/>
          <w:lang w:val="ru-RU"/>
        </w:rPr>
      </w:pPr>
      <w:r w:rsidRPr="00785A59">
        <w:rPr>
          <w:sz w:val="24"/>
          <w:szCs w:val="24"/>
          <w:lang w:val="ru-RU"/>
        </w:rPr>
        <w:t>1)</w:t>
      </w:r>
      <w:r w:rsidRPr="00107AB5">
        <w:rPr>
          <w:sz w:val="24"/>
          <w:szCs w:val="24"/>
        </w:rPr>
        <w:t> </w:t>
      </w:r>
      <w:r w:rsidRPr="00785A59">
        <w:rPr>
          <w:sz w:val="24"/>
          <w:szCs w:val="24"/>
          <w:lang w:val="ru-RU"/>
        </w:rPr>
        <w:t>владение всеми видами речевой деятельности:</w:t>
      </w:r>
    </w:p>
    <w:p w:rsidR="00785A59" w:rsidRPr="00107AB5" w:rsidRDefault="00785A59" w:rsidP="00785A59">
      <w:pPr>
        <w:ind w:firstLine="709"/>
        <w:jc w:val="both"/>
        <w:rPr>
          <w:sz w:val="24"/>
          <w:szCs w:val="24"/>
        </w:rPr>
      </w:pPr>
      <w:proofErr w:type="spellStart"/>
      <w:r w:rsidRPr="00107AB5">
        <w:rPr>
          <w:i/>
          <w:sz w:val="24"/>
          <w:szCs w:val="24"/>
        </w:rPr>
        <w:t>аудирование</w:t>
      </w:r>
      <w:proofErr w:type="spellEnd"/>
      <w:r w:rsidRPr="00107AB5">
        <w:rPr>
          <w:i/>
          <w:sz w:val="24"/>
          <w:szCs w:val="24"/>
        </w:rPr>
        <w:t xml:space="preserve"> и </w:t>
      </w:r>
      <w:proofErr w:type="spellStart"/>
      <w:r w:rsidRPr="00107AB5">
        <w:rPr>
          <w:i/>
          <w:sz w:val="24"/>
          <w:szCs w:val="24"/>
        </w:rPr>
        <w:t>чтение</w:t>
      </w:r>
      <w:proofErr w:type="spellEnd"/>
      <w:r w:rsidRPr="00107AB5">
        <w:rPr>
          <w:sz w:val="24"/>
          <w:szCs w:val="24"/>
        </w:rPr>
        <w:t>:</w:t>
      </w:r>
    </w:p>
    <w:p w:rsidR="00785A59" w:rsidRPr="00785A59" w:rsidRDefault="00785A59" w:rsidP="00785A59">
      <w:pPr>
        <w:pStyle w:val="ae"/>
        <w:numPr>
          <w:ilvl w:val="0"/>
          <w:numId w:val="19"/>
        </w:numPr>
        <w:tabs>
          <w:tab w:val="num" w:pos="720"/>
          <w:tab w:val="left" w:pos="900"/>
        </w:tabs>
        <w:spacing w:line="240" w:lineRule="auto"/>
        <w:ind w:firstLine="709"/>
        <w:jc w:val="both"/>
        <w:rPr>
          <w:lang w:val="ru-RU"/>
        </w:rPr>
      </w:pPr>
      <w:r w:rsidRPr="00785A59">
        <w:rPr>
          <w:lang w:val="ru-RU"/>
        </w:rPr>
        <w:t>адекватное понимание информации устного и письменного сообщения (коммуникативной установки, темы текста, основной мысли; основной и дополнительной информации);</w:t>
      </w:r>
    </w:p>
    <w:p w:rsidR="00785A59" w:rsidRPr="00785A59" w:rsidRDefault="00785A59" w:rsidP="00785A59">
      <w:pPr>
        <w:pStyle w:val="ae"/>
        <w:numPr>
          <w:ilvl w:val="0"/>
          <w:numId w:val="19"/>
        </w:numPr>
        <w:tabs>
          <w:tab w:val="num" w:pos="720"/>
          <w:tab w:val="left" w:pos="900"/>
        </w:tabs>
        <w:spacing w:line="240" w:lineRule="auto"/>
        <w:ind w:firstLine="709"/>
        <w:jc w:val="both"/>
        <w:rPr>
          <w:lang w:val="ru-RU"/>
        </w:rPr>
      </w:pPr>
      <w:r w:rsidRPr="00785A59">
        <w:rPr>
          <w:lang w:val="ru-RU"/>
        </w:rPr>
        <w:t>владение разными видами чтения (поисковым, просмотровым, ознакомительным, изучающим) текстов разных стилей и жанров;</w:t>
      </w:r>
    </w:p>
    <w:p w:rsidR="00785A59" w:rsidRPr="00785A59" w:rsidRDefault="00785A59" w:rsidP="00785A59">
      <w:pPr>
        <w:pStyle w:val="ae"/>
        <w:numPr>
          <w:ilvl w:val="0"/>
          <w:numId w:val="19"/>
        </w:numPr>
        <w:tabs>
          <w:tab w:val="num" w:pos="720"/>
          <w:tab w:val="left" w:pos="900"/>
        </w:tabs>
        <w:spacing w:line="240" w:lineRule="auto"/>
        <w:ind w:firstLine="709"/>
        <w:jc w:val="both"/>
        <w:rPr>
          <w:lang w:val="ru-RU"/>
        </w:rPr>
      </w:pPr>
      <w:r w:rsidRPr="00785A59">
        <w:rPr>
          <w:lang w:val="ru-RU"/>
        </w:rPr>
        <w:t>адекватное восприятие на слух текстов разных стилей и жанров; владение разными видами аудирования (выборочным, ознакомительным, детальным);</w:t>
      </w:r>
    </w:p>
    <w:p w:rsidR="00785A59" w:rsidRPr="00785A59" w:rsidRDefault="00785A59" w:rsidP="00785A59">
      <w:pPr>
        <w:pStyle w:val="ae"/>
        <w:numPr>
          <w:ilvl w:val="0"/>
          <w:numId w:val="19"/>
        </w:numPr>
        <w:tabs>
          <w:tab w:val="num" w:pos="720"/>
          <w:tab w:val="left" w:pos="900"/>
        </w:tabs>
        <w:spacing w:line="240" w:lineRule="auto"/>
        <w:ind w:firstLine="709"/>
        <w:jc w:val="both"/>
        <w:rPr>
          <w:lang w:val="ru-RU"/>
        </w:rPr>
      </w:pPr>
      <w:r w:rsidRPr="00785A59">
        <w:rPr>
          <w:lang w:val="ru-RU"/>
        </w:rPr>
        <w:t>способность извлекать информацию из различных источников, включая средства массовой информации, компакт-диски учебного назначения, ресурсы Интернета; свободно пользоваться словарями различных типов, справочной литературой, в том числе и на электронных носителях;</w:t>
      </w:r>
    </w:p>
    <w:p w:rsidR="00785A59" w:rsidRPr="00785A59" w:rsidRDefault="00785A59" w:rsidP="00785A59">
      <w:pPr>
        <w:pStyle w:val="ae"/>
        <w:numPr>
          <w:ilvl w:val="0"/>
          <w:numId w:val="19"/>
        </w:numPr>
        <w:tabs>
          <w:tab w:val="num" w:pos="720"/>
          <w:tab w:val="left" w:pos="900"/>
        </w:tabs>
        <w:spacing w:line="240" w:lineRule="auto"/>
        <w:ind w:firstLine="709"/>
        <w:jc w:val="both"/>
        <w:rPr>
          <w:lang w:val="ru-RU"/>
        </w:rPr>
      </w:pPr>
      <w:r w:rsidRPr="00785A59">
        <w:rPr>
          <w:lang w:val="ru-RU"/>
        </w:rPr>
        <w:t>овладение приёмами отбора и систематизации материала на определенную тему; умение вести самостоятельный поиск информации; способность к преобразованию, сохранению и передаче информации, полученной в результате чтения или аудирования;</w:t>
      </w:r>
    </w:p>
    <w:p w:rsidR="00785A59" w:rsidRPr="00785A59" w:rsidRDefault="00785A59" w:rsidP="00785A59">
      <w:pPr>
        <w:pStyle w:val="ae"/>
        <w:numPr>
          <w:ilvl w:val="0"/>
          <w:numId w:val="19"/>
        </w:numPr>
        <w:tabs>
          <w:tab w:val="num" w:pos="720"/>
          <w:tab w:val="left" w:pos="900"/>
        </w:tabs>
        <w:spacing w:line="240" w:lineRule="auto"/>
        <w:ind w:firstLine="709"/>
        <w:jc w:val="both"/>
        <w:rPr>
          <w:lang w:val="ru-RU"/>
        </w:rPr>
      </w:pPr>
      <w:r w:rsidRPr="00785A59">
        <w:rPr>
          <w:lang w:val="ru-RU"/>
        </w:rPr>
        <w:t>умение сопоставлять и сравнивать речевые высказывания с точки зрения их содержания, стилистических особенностей и использованных языковых средств;</w:t>
      </w:r>
    </w:p>
    <w:p w:rsidR="00785A59" w:rsidRPr="00107AB5" w:rsidRDefault="00785A59" w:rsidP="00785A59">
      <w:pPr>
        <w:ind w:firstLine="709"/>
        <w:jc w:val="both"/>
        <w:rPr>
          <w:sz w:val="24"/>
          <w:szCs w:val="24"/>
        </w:rPr>
      </w:pPr>
      <w:proofErr w:type="spellStart"/>
      <w:r w:rsidRPr="00107AB5">
        <w:rPr>
          <w:i/>
          <w:sz w:val="24"/>
          <w:szCs w:val="24"/>
        </w:rPr>
        <w:t>говорение</w:t>
      </w:r>
      <w:proofErr w:type="spellEnd"/>
      <w:r w:rsidRPr="00107AB5">
        <w:rPr>
          <w:i/>
          <w:sz w:val="24"/>
          <w:szCs w:val="24"/>
        </w:rPr>
        <w:t xml:space="preserve"> и </w:t>
      </w:r>
      <w:proofErr w:type="spellStart"/>
      <w:r w:rsidRPr="00107AB5">
        <w:rPr>
          <w:i/>
          <w:sz w:val="24"/>
          <w:szCs w:val="24"/>
        </w:rPr>
        <w:t>письмо</w:t>
      </w:r>
      <w:proofErr w:type="spellEnd"/>
      <w:r w:rsidRPr="00107AB5">
        <w:rPr>
          <w:sz w:val="24"/>
          <w:szCs w:val="24"/>
        </w:rPr>
        <w:t>:</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способность определять цели предстоящей учебной деятельности (индивидуальной и коллективной), последовательность действий, оценивать достигнутые результаты и адекватно формулировать их в устной и письменной форме;</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умение воспроизводить прослушанный или прочитанный текст с заданной степенью свернутости (план, пересказ, конспект, аннотация);</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умение создавать устные и письменные тексты разных типов, стилей речи и жанров с учетом замысла, адресата и ситуации общения;</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выражать свое отношение к фактам и явлениям окружающей действительности, к прочитанному, услышанному, увиденному;</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lastRenderedPageBreak/>
        <w:t>владение различными видами монолога (повествование, описание, рассуждение; сочетание разных видов монолога) и диалога (этикетный, диалог-расспрос, диалог-побуждение, диалог-обмен мнениями и др.; сочетание разных видов диалога);</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соблюдение в практике речевого общения основных орфоэпических, лексических, грамматических, стилистических норм современного русского литературного языка; соблюдение основных правил орфографии и пунктуации в процессе письменного общения;</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способность участвовать в речевом общении, соблюдая нормы речевого этикета; адекватно использовать жесты, мимику в процессе речевого общения;</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осуществление речевого самоконтроля в процессе учебой деятельности и в повседневной практике речевого общения; способность оценивать свою речь с точки зрения её содержания, языкового оформления; умение находить грамматические и речевые ошибки, недочеты, исправлять их; совершенствовать и редактировать собственные тексты;</w:t>
      </w:r>
    </w:p>
    <w:p w:rsidR="00785A59" w:rsidRPr="00785A59" w:rsidRDefault="00785A59" w:rsidP="00785A59">
      <w:pPr>
        <w:pStyle w:val="ae"/>
        <w:numPr>
          <w:ilvl w:val="0"/>
          <w:numId w:val="20"/>
        </w:numPr>
        <w:spacing w:line="240" w:lineRule="auto"/>
        <w:ind w:firstLine="709"/>
        <w:jc w:val="both"/>
        <w:rPr>
          <w:lang w:val="ru-RU"/>
        </w:rPr>
      </w:pPr>
      <w:r w:rsidRPr="00785A59">
        <w:rPr>
          <w:lang w:val="ru-RU"/>
        </w:rPr>
        <w:t>выступление перед аудиторией сверстников с небольшими сообщениями, докладом, рефератом; участие в спорах, обсуждениях актуальных тем с использованием различных средств аргументации;</w:t>
      </w:r>
    </w:p>
    <w:p w:rsidR="00785A59" w:rsidRPr="00785A59" w:rsidRDefault="00785A59" w:rsidP="00785A59">
      <w:pPr>
        <w:ind w:firstLine="709"/>
        <w:jc w:val="both"/>
        <w:rPr>
          <w:sz w:val="24"/>
          <w:szCs w:val="24"/>
          <w:lang w:val="ru-RU"/>
        </w:rPr>
      </w:pPr>
      <w:r w:rsidRPr="00785A59">
        <w:rPr>
          <w:sz w:val="24"/>
          <w:szCs w:val="24"/>
          <w:lang w:val="ru-RU"/>
        </w:rPr>
        <w:t xml:space="preserve">2)  </w:t>
      </w:r>
      <w:r w:rsidRPr="00785A59">
        <w:rPr>
          <w:bCs/>
          <w:sz w:val="24"/>
          <w:szCs w:val="24"/>
          <w:lang w:val="ru-RU"/>
        </w:rPr>
        <w:t>применение приобретенных знаний, умений и навыков в повседневной жизни;</w:t>
      </w:r>
      <w:r w:rsidRPr="00785A59">
        <w:rPr>
          <w:sz w:val="24"/>
          <w:szCs w:val="24"/>
          <w:lang w:val="ru-RU"/>
        </w:rPr>
        <w:t xml:space="preserve"> способность использовать родной язык как средство получения знаний по другим учебным предметам; применять полученные знания, умения и навыки анализа языковых явлений на межпредметном уровне (на уроках иностранного языка, литературы и др.</w:t>
      </w:r>
      <w:proofErr w:type="gramStart"/>
      <w:r w:rsidRPr="00785A59">
        <w:rPr>
          <w:sz w:val="24"/>
          <w:szCs w:val="24"/>
          <w:lang w:val="ru-RU"/>
        </w:rPr>
        <w:t xml:space="preserve"> )</w:t>
      </w:r>
      <w:proofErr w:type="gramEnd"/>
      <w:r w:rsidRPr="00785A59">
        <w:rPr>
          <w:sz w:val="24"/>
          <w:szCs w:val="24"/>
          <w:lang w:val="ru-RU"/>
        </w:rPr>
        <w:t>;</w:t>
      </w:r>
    </w:p>
    <w:p w:rsidR="00785A59" w:rsidRPr="00785A59" w:rsidRDefault="00785A59" w:rsidP="00785A59">
      <w:pPr>
        <w:ind w:firstLine="709"/>
        <w:jc w:val="both"/>
        <w:rPr>
          <w:sz w:val="24"/>
          <w:szCs w:val="24"/>
          <w:lang w:val="ru-RU"/>
        </w:rPr>
      </w:pPr>
      <w:r w:rsidRPr="00785A59">
        <w:rPr>
          <w:sz w:val="24"/>
          <w:szCs w:val="24"/>
          <w:lang w:val="ru-RU"/>
        </w:rPr>
        <w:t>3) коммуникативно 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актуальных тем; овладение национально-культурными нормами речевого поведения в различных ситуациях формального и неформального межличностного и межкультурного общения.</w:t>
      </w:r>
    </w:p>
    <w:p w:rsidR="00785A59" w:rsidRPr="00785A59" w:rsidRDefault="00785A59" w:rsidP="00785A59">
      <w:pPr>
        <w:shd w:val="clear" w:color="auto" w:fill="FFFFFF"/>
        <w:ind w:firstLine="709"/>
        <w:jc w:val="center"/>
        <w:rPr>
          <w:sz w:val="24"/>
          <w:szCs w:val="24"/>
          <w:lang w:val="ru-RU"/>
        </w:rPr>
      </w:pPr>
      <w:r w:rsidRPr="00785A59">
        <w:rPr>
          <w:b/>
          <w:sz w:val="24"/>
          <w:szCs w:val="24"/>
          <w:lang w:val="ru-RU"/>
        </w:rPr>
        <w:t>Предметн</w:t>
      </w:r>
      <w:r w:rsidRPr="00785A59">
        <w:rPr>
          <w:b/>
          <w:bCs/>
          <w:sz w:val="24"/>
          <w:szCs w:val="24"/>
          <w:lang w:val="ru-RU"/>
        </w:rPr>
        <w:t xml:space="preserve">ые результаты </w:t>
      </w:r>
      <w:r w:rsidRPr="00785A59">
        <w:rPr>
          <w:sz w:val="24"/>
          <w:szCs w:val="24"/>
          <w:lang w:val="ru-RU"/>
        </w:rPr>
        <w:t>освоения русского языка:</w:t>
      </w:r>
    </w:p>
    <w:p w:rsidR="00785A59" w:rsidRPr="00785A59" w:rsidRDefault="00785A59" w:rsidP="00785A59">
      <w:pPr>
        <w:ind w:firstLine="709"/>
        <w:jc w:val="both"/>
        <w:rPr>
          <w:sz w:val="24"/>
          <w:szCs w:val="24"/>
          <w:lang w:val="ru-RU"/>
        </w:rPr>
      </w:pPr>
      <w:r w:rsidRPr="00785A59">
        <w:rPr>
          <w:sz w:val="24"/>
          <w:szCs w:val="24"/>
          <w:lang w:val="ru-RU"/>
        </w:rPr>
        <w:t>1) представление об основных функциях языка; о роли русского языка как национального языка русского народа, как государственного языка Российской Федерации и языка межнационального общения; о связи языка и культуры народа; роли родного языка в жизни человека и общества;</w:t>
      </w:r>
    </w:p>
    <w:p w:rsidR="00785A59" w:rsidRPr="00785A59" w:rsidRDefault="00785A59" w:rsidP="00785A59">
      <w:pPr>
        <w:ind w:firstLine="709"/>
        <w:jc w:val="both"/>
        <w:rPr>
          <w:sz w:val="24"/>
          <w:szCs w:val="24"/>
          <w:lang w:val="ru-RU"/>
        </w:rPr>
      </w:pPr>
      <w:r w:rsidRPr="00785A59">
        <w:rPr>
          <w:sz w:val="24"/>
          <w:szCs w:val="24"/>
          <w:lang w:val="ru-RU"/>
        </w:rPr>
        <w:t>2) понимание места родного языка в системе гуманитарных наук и его роли в образовании в целом;</w:t>
      </w:r>
    </w:p>
    <w:p w:rsidR="00785A59" w:rsidRPr="00785A59" w:rsidRDefault="00785A59" w:rsidP="00785A59">
      <w:pPr>
        <w:ind w:firstLine="709"/>
        <w:jc w:val="both"/>
        <w:rPr>
          <w:sz w:val="24"/>
          <w:szCs w:val="24"/>
          <w:lang w:val="ru-RU"/>
        </w:rPr>
      </w:pPr>
      <w:r w:rsidRPr="00785A59">
        <w:rPr>
          <w:sz w:val="24"/>
          <w:szCs w:val="24"/>
          <w:lang w:val="ru-RU"/>
        </w:rPr>
        <w:t xml:space="preserve">3) усвоение основ научных знаний о родном языке; понимание взаимосвязи его уровней и единиц; </w:t>
      </w:r>
    </w:p>
    <w:p w:rsidR="00785A59" w:rsidRPr="00785A59" w:rsidRDefault="00785A59" w:rsidP="00785A59">
      <w:pPr>
        <w:ind w:firstLine="709"/>
        <w:jc w:val="both"/>
        <w:rPr>
          <w:sz w:val="24"/>
          <w:szCs w:val="24"/>
          <w:lang w:val="ru-RU"/>
        </w:rPr>
      </w:pPr>
      <w:r w:rsidRPr="00785A59">
        <w:rPr>
          <w:sz w:val="24"/>
          <w:szCs w:val="24"/>
          <w:lang w:val="ru-RU"/>
        </w:rPr>
        <w:t>4) освоение базовых понятий лингвистики: лингвистика и ее основные разделы; язык и речь, речевое общение, речь устная и письменная; монолог, диалог и их виды; ситуация речевого общения; разговорная речь, научный, публицистический, официально-деловой стили, язык художественной литературы; жанры научного, публицистического, официально-делового стилей и разговорной речи; функционально-смысловые типы речи (повествование, описание, рассуждение); текст, типы текста; основные единицы языка, их признаки и особенности употребления в речи;</w:t>
      </w:r>
    </w:p>
    <w:p w:rsidR="00785A59" w:rsidRPr="00785A59" w:rsidRDefault="00785A59" w:rsidP="00785A59">
      <w:pPr>
        <w:ind w:firstLine="709"/>
        <w:jc w:val="both"/>
        <w:rPr>
          <w:sz w:val="24"/>
          <w:szCs w:val="24"/>
          <w:lang w:val="ru-RU"/>
        </w:rPr>
      </w:pPr>
      <w:r w:rsidRPr="00785A59">
        <w:rPr>
          <w:sz w:val="24"/>
          <w:szCs w:val="24"/>
          <w:lang w:val="ru-RU"/>
        </w:rPr>
        <w:t>5) овладение основными стилистическими ресурсами лексики и фразеологии русского языка; основными нормами русского литературного языка (орфоэпическими, лексическими, грамматическими, орфографическими, пунктуационными), нормами речевого этикета и использование их в своей речевой практике при создании устных и письменных высказываний;</w:t>
      </w:r>
    </w:p>
    <w:p w:rsidR="00785A59" w:rsidRPr="00785A59" w:rsidRDefault="00785A59" w:rsidP="00785A59">
      <w:pPr>
        <w:ind w:firstLine="709"/>
        <w:jc w:val="both"/>
        <w:rPr>
          <w:sz w:val="24"/>
          <w:szCs w:val="24"/>
          <w:lang w:val="ru-RU"/>
        </w:rPr>
      </w:pPr>
      <w:r w:rsidRPr="00785A59">
        <w:rPr>
          <w:sz w:val="24"/>
          <w:szCs w:val="24"/>
          <w:lang w:val="ru-RU"/>
        </w:rPr>
        <w:t xml:space="preserve">6) опознавание и анализ основных единиц языка, грамматических категорий языка, уместное употребление языковых единиц адекватно ситуации речевого общения; </w:t>
      </w:r>
    </w:p>
    <w:p w:rsidR="00785A59" w:rsidRPr="00785A59" w:rsidRDefault="00785A59" w:rsidP="00785A59">
      <w:pPr>
        <w:ind w:firstLine="709"/>
        <w:jc w:val="both"/>
        <w:rPr>
          <w:sz w:val="24"/>
          <w:szCs w:val="24"/>
          <w:lang w:val="ru-RU"/>
        </w:rPr>
      </w:pPr>
      <w:r w:rsidRPr="00785A59">
        <w:rPr>
          <w:sz w:val="24"/>
          <w:szCs w:val="24"/>
          <w:lang w:val="ru-RU"/>
        </w:rPr>
        <w:t xml:space="preserve">7) проведение различных видов анализа слова (фонетический, морфемный, словообразовательный, лексический, морфологический), синтаксического анализа словосочетания и предложения; многоаспектный анализ текста с точки зрения его основных </w:t>
      </w:r>
      <w:r w:rsidRPr="00785A59">
        <w:rPr>
          <w:sz w:val="24"/>
          <w:szCs w:val="24"/>
          <w:lang w:val="ru-RU"/>
        </w:rPr>
        <w:lastRenderedPageBreak/>
        <w:t>признаков и структуры, принадлежности к определенным функциональным разновидностям языка, особенностей языкового оформления, использования выразительных средств языка;</w:t>
      </w:r>
    </w:p>
    <w:p w:rsidR="00785A59" w:rsidRPr="00785A59" w:rsidRDefault="00785A59" w:rsidP="00785A59">
      <w:pPr>
        <w:ind w:firstLine="709"/>
        <w:jc w:val="both"/>
        <w:rPr>
          <w:sz w:val="24"/>
          <w:szCs w:val="24"/>
          <w:lang w:val="ru-RU"/>
        </w:rPr>
      </w:pPr>
      <w:r w:rsidRPr="00785A59">
        <w:rPr>
          <w:sz w:val="24"/>
          <w:szCs w:val="24"/>
          <w:lang w:val="ru-RU"/>
        </w:rPr>
        <w:t>8) понимание коммуникативно-эстетических возможностей лексической и грамматической синонимии и использование их в собственной речевой практике;</w:t>
      </w:r>
    </w:p>
    <w:p w:rsidR="00785A59" w:rsidRPr="00785A59" w:rsidRDefault="00785A59" w:rsidP="00785A59">
      <w:pPr>
        <w:ind w:firstLine="709"/>
        <w:jc w:val="both"/>
        <w:rPr>
          <w:sz w:val="24"/>
          <w:szCs w:val="24"/>
          <w:lang w:val="ru-RU"/>
        </w:rPr>
      </w:pPr>
      <w:r w:rsidRPr="00785A59">
        <w:rPr>
          <w:sz w:val="24"/>
          <w:szCs w:val="24"/>
          <w:lang w:val="ru-RU"/>
        </w:rPr>
        <w:t>9) осознание эстетической функции родного языка, способность оценивать эстетическую сторону речевого высказывания при анализе текстов художественной литературы.</w:t>
      </w:r>
    </w:p>
    <w:p w:rsidR="00785A59" w:rsidRPr="00785A59" w:rsidRDefault="00785A59" w:rsidP="00785A59">
      <w:pPr>
        <w:tabs>
          <w:tab w:val="num" w:pos="720"/>
          <w:tab w:val="left" w:pos="1800"/>
        </w:tabs>
        <w:ind w:firstLine="709"/>
        <w:jc w:val="both"/>
        <w:rPr>
          <w:sz w:val="24"/>
          <w:szCs w:val="24"/>
          <w:lang w:val="ru-RU"/>
        </w:rPr>
      </w:pPr>
      <w:r w:rsidRPr="00785A59">
        <w:rPr>
          <w:sz w:val="24"/>
          <w:szCs w:val="24"/>
          <w:lang w:val="ru-RU"/>
        </w:rPr>
        <w:t>Содержание</w:t>
      </w:r>
      <w:r w:rsidRPr="00785A59">
        <w:rPr>
          <w:bCs/>
          <w:sz w:val="24"/>
          <w:szCs w:val="24"/>
          <w:lang w:val="ru-RU"/>
        </w:rPr>
        <w:t xml:space="preserve"> данной программы направлено на достижение </w:t>
      </w:r>
      <w:r w:rsidRPr="00785A59">
        <w:rPr>
          <w:sz w:val="24"/>
          <w:szCs w:val="24"/>
          <w:lang w:val="ru-RU"/>
        </w:rPr>
        <w:t xml:space="preserve">указанных результатов обучения. Они конкретизированы по классам в специальном разделе «Основные результаты обучения», в котором выделено две части: «Коммуникативные умения, являющиеся основой метапредметных результатов обучения» и «Предметные результаты обучения». </w:t>
      </w:r>
    </w:p>
    <w:p w:rsidR="00785A59" w:rsidRPr="00785A59" w:rsidRDefault="00785A59" w:rsidP="00785A59">
      <w:pPr>
        <w:shd w:val="clear" w:color="auto" w:fill="FFFFFF"/>
        <w:ind w:firstLine="709"/>
        <w:jc w:val="both"/>
        <w:rPr>
          <w:sz w:val="24"/>
          <w:szCs w:val="24"/>
          <w:lang w:val="ru-RU"/>
        </w:rPr>
      </w:pPr>
      <w:r w:rsidRPr="00785A59">
        <w:rPr>
          <w:sz w:val="24"/>
          <w:szCs w:val="24"/>
          <w:lang w:val="ru-RU"/>
        </w:rPr>
        <w:t xml:space="preserve">Направленность процесса обучения на достижение личностных, метапредметных и предметных результатов потребовала усиления коммуникативно-деятельностной составляющей курса. В связи с этим развиваются следующие аспекты работы, обеспечивающие овладение в процессе обучения: 1) языком науки и в связи с этим формирование навыков чтения текстов лингвистического содержания, а также способности строить рассуждения на лингвистическую тему; 2) </w:t>
      </w:r>
      <w:r w:rsidRPr="00785A59">
        <w:rPr>
          <w:iCs/>
          <w:sz w:val="24"/>
          <w:szCs w:val="24"/>
          <w:lang w:val="ru-RU"/>
        </w:rPr>
        <w:t xml:space="preserve">метапредметными умениями и навыками </w:t>
      </w:r>
      <w:r w:rsidRPr="00785A59">
        <w:rPr>
          <w:bCs/>
          <w:iCs/>
          <w:sz w:val="24"/>
          <w:szCs w:val="24"/>
          <w:lang w:val="ru-RU"/>
        </w:rPr>
        <w:t xml:space="preserve">и </w:t>
      </w:r>
      <w:r w:rsidRPr="00785A59">
        <w:rPr>
          <w:iCs/>
          <w:sz w:val="24"/>
          <w:szCs w:val="24"/>
          <w:lang w:val="ru-RU"/>
        </w:rPr>
        <w:t xml:space="preserve">универсальными учебными действиями, предполагающими </w:t>
      </w:r>
      <w:r w:rsidRPr="00785A59">
        <w:rPr>
          <w:sz w:val="24"/>
          <w:szCs w:val="24"/>
          <w:lang w:val="ru-RU"/>
        </w:rPr>
        <w:t xml:space="preserve">формирование </w:t>
      </w:r>
      <w:r w:rsidRPr="00785A59">
        <w:rPr>
          <w:bCs/>
          <w:sz w:val="24"/>
          <w:szCs w:val="24"/>
          <w:lang w:val="ru-RU"/>
        </w:rPr>
        <w:t xml:space="preserve">и </w:t>
      </w:r>
      <w:r w:rsidRPr="00785A59">
        <w:rPr>
          <w:sz w:val="24"/>
          <w:szCs w:val="24"/>
          <w:lang w:val="ru-RU"/>
        </w:rPr>
        <w:t>развитие умений обобщать, устанавливать аналогии, классифицировать, устанавливать причинно-следственные связи, строить логическое рассуждение, умозаключение (индуктивное, дедуктивное и по аналогии) и делать выводы и т.п.;</w:t>
      </w:r>
      <w:r w:rsidRPr="00785A59">
        <w:rPr>
          <w:iCs/>
          <w:sz w:val="24"/>
          <w:szCs w:val="24"/>
          <w:lang w:val="ru-RU"/>
        </w:rPr>
        <w:t xml:space="preserve"> 3) </w:t>
      </w:r>
      <w:r w:rsidRPr="00785A59">
        <w:rPr>
          <w:bCs/>
          <w:sz w:val="24"/>
          <w:szCs w:val="24"/>
          <w:lang w:val="ru-RU"/>
        </w:rPr>
        <w:t>функциональной грамотностью,</w:t>
      </w:r>
      <w:r w:rsidRPr="00785A59">
        <w:rPr>
          <w:iCs/>
          <w:sz w:val="24"/>
          <w:szCs w:val="24"/>
          <w:lang w:val="ru-RU"/>
        </w:rPr>
        <w:t xml:space="preserve"> способностью </w:t>
      </w:r>
      <w:r w:rsidRPr="00785A59">
        <w:rPr>
          <w:sz w:val="24"/>
          <w:szCs w:val="24"/>
          <w:lang w:val="ru-RU"/>
        </w:rPr>
        <w:t xml:space="preserve">применять разные виды деятельности, чтобы самостоятельно получать новые знания и применять их в учебной, учебно-проектной деятельности; 4) умениями использовать информационно-коммуникационные технологии в процессе изучения русского языка в школе. </w:t>
      </w:r>
    </w:p>
    <w:p w:rsidR="00785A59" w:rsidRPr="00785A59" w:rsidRDefault="00785A59" w:rsidP="00785A59">
      <w:pPr>
        <w:spacing w:line="360" w:lineRule="auto"/>
        <w:jc w:val="center"/>
        <w:rPr>
          <w:b/>
          <w:bCs/>
          <w:i/>
          <w:color w:val="000000"/>
          <w:spacing w:val="-8"/>
          <w:sz w:val="24"/>
          <w:szCs w:val="24"/>
          <w:lang w:val="ru-RU"/>
        </w:rPr>
      </w:pPr>
      <w:r w:rsidRPr="00785A59">
        <w:rPr>
          <w:sz w:val="24"/>
          <w:szCs w:val="24"/>
          <w:lang w:val="ru-RU"/>
        </w:rPr>
        <w:t xml:space="preserve">Усиление направленности курса на достижение личностных результатов обучения предполагает формирование таких важных качеств личности ребёнка, как ответственность, </w:t>
      </w:r>
      <w:r w:rsidRPr="00785A59">
        <w:rPr>
          <w:bCs/>
          <w:sz w:val="24"/>
          <w:szCs w:val="24"/>
          <w:lang w:val="ru-RU"/>
        </w:rPr>
        <w:t xml:space="preserve">способность к самообразованию, к проявлению </w:t>
      </w:r>
      <w:r w:rsidRPr="00785A59">
        <w:rPr>
          <w:sz w:val="24"/>
          <w:szCs w:val="24"/>
          <w:lang w:val="ru-RU"/>
        </w:rPr>
        <w:t xml:space="preserve">самостоятельности в процессе обучения, </w:t>
      </w:r>
      <w:r w:rsidRPr="00785A59">
        <w:rPr>
          <w:bCs/>
          <w:sz w:val="24"/>
          <w:szCs w:val="24"/>
          <w:lang w:val="ru-RU"/>
        </w:rPr>
        <w:t xml:space="preserve">потребности регулярно обращаться к словарно-справочной литературе, Интернет-справочникам для разрешения возникающих при обучении трудностей, </w:t>
      </w:r>
      <w:r w:rsidRPr="00785A59">
        <w:rPr>
          <w:sz w:val="24"/>
          <w:szCs w:val="24"/>
          <w:lang w:val="ru-RU"/>
        </w:rPr>
        <w:t xml:space="preserve">способность к самооценке, развитие </w:t>
      </w:r>
      <w:r w:rsidRPr="00785A59">
        <w:rPr>
          <w:bCs/>
          <w:sz w:val="24"/>
          <w:szCs w:val="24"/>
          <w:lang w:val="ru-RU"/>
        </w:rPr>
        <w:t xml:space="preserve">познавательных интересов и способностей учащихся. </w:t>
      </w:r>
      <w:r w:rsidRPr="00785A59">
        <w:rPr>
          <w:sz w:val="24"/>
          <w:szCs w:val="24"/>
          <w:lang w:val="ru-RU"/>
        </w:rPr>
        <w:t xml:space="preserve">Учебники, реализующие данную программу, характеризуются направленностью на всестороннее развитие личности средствами предмета: развитие мышления и речи учащихся, их эмоционально-волевой сферы, логического мышления. Материалы учебников направлены на то, чтобы ученики могли понять роль языка в жизни людей, осознать богатство русского языка. На этой основе воспитывается </w:t>
      </w:r>
      <w:r w:rsidRPr="00785A59">
        <w:rPr>
          <w:bCs/>
          <w:sz w:val="24"/>
          <w:szCs w:val="24"/>
          <w:lang w:val="ru-RU"/>
        </w:rPr>
        <w:t>любовь к родному языку</w:t>
      </w:r>
      <w:r w:rsidRPr="00785A59">
        <w:rPr>
          <w:sz w:val="24"/>
          <w:szCs w:val="24"/>
          <w:lang w:val="ru-RU"/>
        </w:rPr>
        <w:t>, стремление к самообразованию, к овладению языковой, коммуникативной компетенциями, необходимыми для успешной учебной и трудовой деятельности</w:t>
      </w:r>
      <w:r w:rsidRPr="00785A59">
        <w:rPr>
          <w:b/>
          <w:bCs/>
          <w:i/>
          <w:color w:val="000000"/>
          <w:spacing w:val="-8"/>
          <w:sz w:val="24"/>
          <w:szCs w:val="24"/>
          <w:lang w:val="ru-RU"/>
        </w:rPr>
        <w:t>.</w:t>
      </w:r>
    </w:p>
    <w:p w:rsidR="00785A59" w:rsidRPr="00785A59" w:rsidRDefault="00785A59" w:rsidP="00785A59">
      <w:pPr>
        <w:spacing w:line="360" w:lineRule="auto"/>
        <w:jc w:val="center"/>
        <w:rPr>
          <w:b/>
          <w:bCs/>
          <w:i/>
          <w:color w:val="000000"/>
          <w:spacing w:val="-8"/>
          <w:sz w:val="28"/>
          <w:szCs w:val="28"/>
          <w:lang w:val="ru-RU"/>
        </w:rPr>
      </w:pPr>
    </w:p>
    <w:p w:rsidR="00785A59" w:rsidRPr="00785A59" w:rsidRDefault="00785A59" w:rsidP="00785A59">
      <w:pPr>
        <w:spacing w:line="360" w:lineRule="auto"/>
        <w:jc w:val="center"/>
        <w:rPr>
          <w:b/>
          <w:bCs/>
          <w:i/>
          <w:color w:val="000000"/>
          <w:spacing w:val="-8"/>
          <w:sz w:val="28"/>
          <w:szCs w:val="28"/>
          <w:lang w:val="ru-RU"/>
        </w:rPr>
      </w:pPr>
    </w:p>
    <w:p w:rsidR="00785A59" w:rsidRPr="00785A59" w:rsidRDefault="00785A59" w:rsidP="00785A59">
      <w:pPr>
        <w:spacing w:line="360" w:lineRule="auto"/>
        <w:ind w:right="-567"/>
        <w:jc w:val="center"/>
        <w:rPr>
          <w:b/>
          <w:bCs/>
          <w:i/>
          <w:color w:val="000000"/>
          <w:spacing w:val="-9"/>
          <w:sz w:val="28"/>
          <w:szCs w:val="28"/>
          <w:lang w:val="ru-RU"/>
        </w:rPr>
      </w:pPr>
      <w:r w:rsidRPr="00785A59">
        <w:rPr>
          <w:b/>
          <w:bCs/>
          <w:i/>
          <w:color w:val="000000"/>
          <w:spacing w:val="-8"/>
          <w:sz w:val="28"/>
          <w:szCs w:val="28"/>
          <w:lang w:val="ru-RU"/>
        </w:rPr>
        <w:t xml:space="preserve">Распределение учебных часов </w:t>
      </w:r>
      <w:r w:rsidRPr="00785A59">
        <w:rPr>
          <w:b/>
          <w:bCs/>
          <w:i/>
          <w:color w:val="000000"/>
          <w:spacing w:val="-9"/>
          <w:sz w:val="28"/>
          <w:szCs w:val="28"/>
          <w:lang w:val="ru-RU"/>
        </w:rPr>
        <w:t>по разделам программы.</w:t>
      </w:r>
    </w:p>
    <w:p w:rsidR="00785A59" w:rsidRPr="00785A59" w:rsidRDefault="00785A59" w:rsidP="00785A59">
      <w:pPr>
        <w:spacing w:line="360" w:lineRule="auto"/>
        <w:jc w:val="center"/>
        <w:rPr>
          <w:b/>
          <w:bCs/>
          <w:i/>
          <w:color w:val="000000"/>
          <w:spacing w:val="-8"/>
          <w:sz w:val="28"/>
          <w:szCs w:val="28"/>
          <w:lang w:val="ru-RU"/>
        </w:rPr>
      </w:pPr>
    </w:p>
    <w:tbl>
      <w:tblPr>
        <w:tblpPr w:leftFromText="180" w:rightFromText="180" w:vertAnchor="text" w:horzAnchor="page" w:tblpX="1027" w:tblpY="104"/>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46"/>
        <w:gridCol w:w="3827"/>
        <w:gridCol w:w="1701"/>
        <w:gridCol w:w="7088"/>
      </w:tblGrid>
      <w:tr w:rsidR="00785A59" w:rsidRPr="00DB16C4" w:rsidTr="00E855D5">
        <w:trPr>
          <w:trHeight w:val="1054"/>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b/>
                <w:bCs/>
                <w:iCs/>
                <w:color w:val="000000"/>
                <w:sz w:val="24"/>
                <w:szCs w:val="24"/>
              </w:rPr>
              <w:t>№ п/п</w:t>
            </w:r>
          </w:p>
        </w:tc>
        <w:tc>
          <w:tcPr>
            <w:tcW w:w="3827" w:type="dxa"/>
            <w:tcBorders>
              <w:top w:val="single" w:sz="4" w:space="0" w:color="auto"/>
              <w:left w:val="single" w:sz="4" w:space="0" w:color="auto"/>
              <w:bottom w:val="single" w:sz="4" w:space="0" w:color="auto"/>
              <w:right w:val="single" w:sz="4" w:space="0" w:color="auto"/>
            </w:tcBorders>
            <w:vAlign w:val="center"/>
          </w:tcPr>
          <w:p w:rsidR="00785A59" w:rsidRPr="00815629" w:rsidRDefault="00785A59" w:rsidP="000D3051">
            <w:pPr>
              <w:jc w:val="center"/>
              <w:rPr>
                <w:b/>
                <w:sz w:val="24"/>
                <w:szCs w:val="24"/>
              </w:rPr>
            </w:pPr>
            <w:proofErr w:type="spellStart"/>
            <w:r w:rsidRPr="00815629">
              <w:rPr>
                <w:b/>
                <w:sz w:val="24"/>
                <w:szCs w:val="24"/>
              </w:rPr>
              <w:t>Содержание</w:t>
            </w:r>
            <w:proofErr w:type="spellEnd"/>
          </w:p>
        </w:tc>
        <w:tc>
          <w:tcPr>
            <w:tcW w:w="1701" w:type="dxa"/>
            <w:tcBorders>
              <w:top w:val="single" w:sz="4" w:space="0" w:color="auto"/>
              <w:left w:val="single" w:sz="4" w:space="0" w:color="auto"/>
              <w:bottom w:val="single" w:sz="4" w:space="0" w:color="auto"/>
              <w:right w:val="single" w:sz="4" w:space="0" w:color="auto"/>
            </w:tcBorders>
            <w:vAlign w:val="center"/>
          </w:tcPr>
          <w:p w:rsidR="00785A59" w:rsidRPr="00815629" w:rsidRDefault="00785A59" w:rsidP="000D3051">
            <w:pPr>
              <w:jc w:val="center"/>
              <w:rPr>
                <w:b/>
                <w:sz w:val="24"/>
                <w:szCs w:val="24"/>
              </w:rPr>
            </w:pPr>
            <w:proofErr w:type="spellStart"/>
            <w:r w:rsidRPr="00815629">
              <w:rPr>
                <w:b/>
                <w:sz w:val="24"/>
                <w:szCs w:val="24"/>
              </w:rPr>
              <w:t>Количествочасов</w:t>
            </w:r>
            <w:proofErr w:type="spellEnd"/>
          </w:p>
        </w:tc>
        <w:tc>
          <w:tcPr>
            <w:tcW w:w="7088" w:type="dxa"/>
            <w:tcBorders>
              <w:top w:val="single" w:sz="4" w:space="0" w:color="auto"/>
              <w:left w:val="single" w:sz="4" w:space="0" w:color="auto"/>
              <w:bottom w:val="single" w:sz="4" w:space="0" w:color="auto"/>
              <w:right w:val="single" w:sz="4" w:space="0" w:color="auto"/>
            </w:tcBorders>
            <w:vAlign w:val="center"/>
          </w:tcPr>
          <w:p w:rsidR="00785A59" w:rsidRPr="00785A59" w:rsidRDefault="00785A59" w:rsidP="000D3051">
            <w:pPr>
              <w:jc w:val="center"/>
              <w:rPr>
                <w:b/>
                <w:sz w:val="24"/>
                <w:szCs w:val="24"/>
                <w:lang w:val="ru-RU"/>
              </w:rPr>
            </w:pPr>
            <w:r w:rsidRPr="00785A59">
              <w:rPr>
                <w:b/>
                <w:sz w:val="24"/>
                <w:szCs w:val="24"/>
                <w:lang w:val="ru-RU"/>
              </w:rPr>
              <w:t>В том числе</w:t>
            </w:r>
          </w:p>
          <w:p w:rsidR="00785A59" w:rsidRPr="00785A59" w:rsidRDefault="00785A59" w:rsidP="000D3051">
            <w:pPr>
              <w:jc w:val="center"/>
              <w:rPr>
                <w:b/>
                <w:sz w:val="24"/>
                <w:szCs w:val="24"/>
                <w:lang w:val="ru-RU"/>
              </w:rPr>
            </w:pPr>
            <w:r w:rsidRPr="00785A59">
              <w:rPr>
                <w:b/>
                <w:sz w:val="24"/>
                <w:szCs w:val="24"/>
                <w:lang w:val="ru-RU"/>
              </w:rPr>
              <w:t>по  развитию речи.</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rFonts w:eastAsia="Calibri"/>
                <w:sz w:val="24"/>
                <w:szCs w:val="24"/>
              </w:rPr>
            </w:pPr>
            <w:r w:rsidRPr="00815629">
              <w:rPr>
                <w:rFonts w:eastAsia="Calibri"/>
                <w:sz w:val="24"/>
                <w:szCs w:val="24"/>
              </w:rPr>
              <w:t>1</w:t>
            </w:r>
          </w:p>
        </w:tc>
        <w:tc>
          <w:tcPr>
            <w:tcW w:w="3827" w:type="dxa"/>
            <w:tcBorders>
              <w:top w:val="single" w:sz="4" w:space="0" w:color="auto"/>
              <w:left w:val="single" w:sz="4" w:space="0" w:color="auto"/>
              <w:bottom w:val="single" w:sz="4" w:space="0" w:color="auto"/>
              <w:right w:val="single" w:sz="4" w:space="0" w:color="auto"/>
            </w:tcBorders>
          </w:tcPr>
          <w:p w:rsidR="00785A59" w:rsidRPr="00785A59" w:rsidRDefault="00785A59" w:rsidP="000D3051">
            <w:pPr>
              <w:ind w:left="205"/>
              <w:jc w:val="center"/>
              <w:rPr>
                <w:sz w:val="24"/>
                <w:szCs w:val="24"/>
                <w:lang w:val="ru-RU"/>
              </w:rPr>
            </w:pPr>
            <w:r w:rsidRPr="00785A59">
              <w:rPr>
                <w:sz w:val="24"/>
                <w:szCs w:val="24"/>
                <w:lang w:val="ru-RU"/>
              </w:rPr>
              <w:t>Русский язык – один из развитых языков мира</w:t>
            </w:r>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1</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2</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Повторениеизученного</w:t>
            </w:r>
            <w:proofErr w:type="spellEnd"/>
            <w:r w:rsidRPr="00815629">
              <w:rPr>
                <w:sz w:val="24"/>
                <w:szCs w:val="24"/>
              </w:rPr>
              <w:t xml:space="preserve"> в 5 </w:t>
            </w:r>
            <w:proofErr w:type="spellStart"/>
            <w:r w:rsidRPr="00815629">
              <w:rPr>
                <w:sz w:val="24"/>
                <w:szCs w:val="24"/>
              </w:rPr>
              <w:t>классе</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16</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1</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3</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Текст</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7</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4</w:t>
            </w:r>
          </w:p>
        </w:tc>
        <w:tc>
          <w:tcPr>
            <w:tcW w:w="3827" w:type="dxa"/>
            <w:tcBorders>
              <w:top w:val="single" w:sz="4" w:space="0" w:color="auto"/>
              <w:left w:val="single" w:sz="4" w:space="0" w:color="auto"/>
              <w:bottom w:val="single" w:sz="4" w:space="0" w:color="auto"/>
              <w:right w:val="single" w:sz="4" w:space="0" w:color="auto"/>
            </w:tcBorders>
          </w:tcPr>
          <w:p w:rsidR="00785A59" w:rsidRPr="00785A59" w:rsidRDefault="00785A59" w:rsidP="000D3051">
            <w:pPr>
              <w:ind w:left="205"/>
              <w:jc w:val="center"/>
              <w:rPr>
                <w:sz w:val="24"/>
                <w:szCs w:val="24"/>
                <w:lang w:val="ru-RU"/>
              </w:rPr>
            </w:pPr>
            <w:r w:rsidRPr="00785A59">
              <w:rPr>
                <w:sz w:val="24"/>
                <w:szCs w:val="24"/>
                <w:lang w:val="ru-RU"/>
              </w:rPr>
              <w:t>Лексика и фразеология. Культура речи.</w:t>
            </w:r>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15</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4</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5</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Словообразование</w:t>
            </w:r>
            <w:proofErr w:type="spellEnd"/>
            <w:r w:rsidRPr="00815629">
              <w:rPr>
                <w:sz w:val="24"/>
                <w:szCs w:val="24"/>
              </w:rPr>
              <w:t xml:space="preserve">. </w:t>
            </w:r>
            <w:proofErr w:type="spellStart"/>
            <w:r w:rsidRPr="00815629">
              <w:rPr>
                <w:sz w:val="24"/>
                <w:szCs w:val="24"/>
              </w:rPr>
              <w:t>Орфография</w:t>
            </w:r>
            <w:proofErr w:type="spellEnd"/>
            <w:r w:rsidRPr="00815629">
              <w:rPr>
                <w:sz w:val="24"/>
                <w:szCs w:val="24"/>
              </w:rPr>
              <w:t xml:space="preserve">. </w:t>
            </w:r>
            <w:proofErr w:type="spellStart"/>
            <w:r w:rsidRPr="00815629">
              <w:rPr>
                <w:sz w:val="24"/>
                <w:szCs w:val="24"/>
              </w:rPr>
              <w:t>Культураречи</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29</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7</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6</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Имясуществительное</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20</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2</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7</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Имяприлагательное</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22</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5</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8</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Имячислительное</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16</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2</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9</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Местоимение</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20</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3</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10</w:t>
            </w: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Глагол</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24</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6</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r w:rsidRPr="00815629">
              <w:rPr>
                <w:sz w:val="24"/>
                <w:szCs w:val="24"/>
              </w:rPr>
              <w:t>11</w:t>
            </w:r>
          </w:p>
        </w:tc>
        <w:tc>
          <w:tcPr>
            <w:tcW w:w="3827" w:type="dxa"/>
            <w:tcBorders>
              <w:top w:val="single" w:sz="4" w:space="0" w:color="auto"/>
              <w:left w:val="single" w:sz="4" w:space="0" w:color="auto"/>
              <w:bottom w:val="single" w:sz="4" w:space="0" w:color="auto"/>
              <w:right w:val="single" w:sz="4" w:space="0" w:color="auto"/>
            </w:tcBorders>
          </w:tcPr>
          <w:p w:rsidR="00785A59" w:rsidRPr="00785A59" w:rsidRDefault="00785A59" w:rsidP="000D3051">
            <w:pPr>
              <w:ind w:left="205"/>
              <w:jc w:val="center"/>
              <w:rPr>
                <w:sz w:val="24"/>
                <w:szCs w:val="24"/>
                <w:lang w:val="ru-RU"/>
              </w:rPr>
            </w:pPr>
            <w:r w:rsidRPr="00785A59">
              <w:rPr>
                <w:sz w:val="24"/>
                <w:szCs w:val="24"/>
                <w:lang w:val="ru-RU"/>
              </w:rPr>
              <w:t>Повторение и систематизация изученного в 6 классе</w:t>
            </w:r>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r w:rsidRPr="00815629">
              <w:rPr>
                <w:sz w:val="24"/>
                <w:szCs w:val="24"/>
              </w:rPr>
              <w:t>24</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2</w:t>
            </w: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adjustRightInd w:val="0"/>
              <w:spacing w:line="360" w:lineRule="auto"/>
              <w:jc w:val="center"/>
              <w:rPr>
                <w:sz w:val="24"/>
                <w:szCs w:val="24"/>
              </w:rPr>
            </w:pP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205"/>
              <w:jc w:val="center"/>
              <w:rPr>
                <w:sz w:val="24"/>
                <w:szCs w:val="24"/>
              </w:rPr>
            </w:pPr>
            <w:proofErr w:type="spellStart"/>
            <w:r w:rsidRPr="00815629">
              <w:rPr>
                <w:sz w:val="24"/>
                <w:szCs w:val="24"/>
              </w:rPr>
              <w:t>Резерв</w:t>
            </w:r>
            <w:proofErr w:type="spellEnd"/>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ind w:left="327"/>
              <w:jc w:val="center"/>
              <w:rPr>
                <w:sz w:val="24"/>
                <w:szCs w:val="24"/>
              </w:rPr>
            </w:pP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p>
        </w:tc>
      </w:tr>
      <w:tr w:rsidR="00785A59" w:rsidRPr="00815629" w:rsidTr="00E855D5">
        <w:trPr>
          <w:trHeight w:val="267"/>
        </w:trPr>
        <w:tc>
          <w:tcPr>
            <w:tcW w:w="846"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jc w:val="center"/>
              <w:rPr>
                <w:sz w:val="24"/>
                <w:szCs w:val="24"/>
              </w:rPr>
            </w:pPr>
          </w:p>
        </w:tc>
        <w:tc>
          <w:tcPr>
            <w:tcW w:w="3827"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jc w:val="center"/>
              <w:rPr>
                <w:b/>
                <w:sz w:val="24"/>
                <w:szCs w:val="24"/>
              </w:rPr>
            </w:pPr>
            <w:r w:rsidRPr="00815629">
              <w:rPr>
                <w:b/>
                <w:sz w:val="24"/>
                <w:szCs w:val="24"/>
              </w:rPr>
              <w:t>ИТОГО</w:t>
            </w:r>
          </w:p>
        </w:tc>
        <w:tc>
          <w:tcPr>
            <w:tcW w:w="1701"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jc w:val="center"/>
              <w:rPr>
                <w:sz w:val="24"/>
                <w:szCs w:val="24"/>
              </w:rPr>
            </w:pPr>
            <w:r>
              <w:rPr>
                <w:sz w:val="24"/>
                <w:szCs w:val="24"/>
              </w:rPr>
              <w:t>210</w:t>
            </w:r>
          </w:p>
        </w:tc>
        <w:tc>
          <w:tcPr>
            <w:tcW w:w="7088" w:type="dxa"/>
            <w:tcBorders>
              <w:top w:val="single" w:sz="4" w:space="0" w:color="auto"/>
              <w:left w:val="single" w:sz="4" w:space="0" w:color="auto"/>
              <w:bottom w:val="single" w:sz="4" w:space="0" w:color="auto"/>
              <w:right w:val="single" w:sz="4" w:space="0" w:color="auto"/>
            </w:tcBorders>
          </w:tcPr>
          <w:p w:rsidR="00785A59" w:rsidRPr="00815629" w:rsidRDefault="00785A59" w:rsidP="000D3051">
            <w:pPr>
              <w:tabs>
                <w:tab w:val="center" w:pos="5012"/>
                <w:tab w:val="right" w:pos="10025"/>
              </w:tabs>
              <w:jc w:val="center"/>
              <w:rPr>
                <w:sz w:val="24"/>
                <w:szCs w:val="24"/>
              </w:rPr>
            </w:pPr>
            <w:r w:rsidRPr="00815629">
              <w:rPr>
                <w:sz w:val="24"/>
                <w:szCs w:val="24"/>
              </w:rPr>
              <w:t>32</w:t>
            </w:r>
          </w:p>
        </w:tc>
      </w:tr>
    </w:tbl>
    <w:p w:rsidR="00785A59" w:rsidRPr="00815629" w:rsidRDefault="00785A59" w:rsidP="00785A59">
      <w:pPr>
        <w:rPr>
          <w:b/>
          <w:sz w:val="24"/>
          <w:szCs w:val="24"/>
        </w:rPr>
      </w:pPr>
    </w:p>
    <w:p w:rsidR="00785A59" w:rsidRPr="00815629" w:rsidRDefault="00785A59" w:rsidP="00785A59">
      <w:pPr>
        <w:jc w:val="center"/>
        <w:rPr>
          <w:b/>
          <w:sz w:val="24"/>
          <w:szCs w:val="24"/>
        </w:rPr>
      </w:pPr>
    </w:p>
    <w:p w:rsidR="00785A59" w:rsidRPr="00815629" w:rsidRDefault="00785A59" w:rsidP="00785A59">
      <w:pPr>
        <w:jc w:val="center"/>
        <w:rPr>
          <w:b/>
          <w:sz w:val="24"/>
          <w:szCs w:val="24"/>
        </w:rPr>
      </w:pPr>
    </w:p>
    <w:p w:rsidR="00785A59" w:rsidRPr="00815629" w:rsidRDefault="00785A59" w:rsidP="00785A59">
      <w:pPr>
        <w:jc w:val="center"/>
        <w:rPr>
          <w:sz w:val="24"/>
          <w:szCs w:val="24"/>
        </w:rPr>
      </w:pPr>
    </w:p>
    <w:p w:rsidR="00785A59" w:rsidRPr="00815629" w:rsidRDefault="00785A59" w:rsidP="00785A59">
      <w:pPr>
        <w:shd w:val="clear" w:color="auto" w:fill="FFFFFF"/>
        <w:tabs>
          <w:tab w:val="left" w:leader="dot" w:pos="1418"/>
        </w:tabs>
        <w:rPr>
          <w:b/>
          <w:bCs/>
          <w:i/>
          <w:sz w:val="24"/>
          <w:szCs w:val="24"/>
        </w:rPr>
      </w:pPr>
    </w:p>
    <w:p w:rsidR="00785A59" w:rsidRDefault="00785A59" w:rsidP="00785A59">
      <w:pPr>
        <w:shd w:val="clear" w:color="auto" w:fill="FFFFFF"/>
        <w:ind w:firstLine="709"/>
        <w:jc w:val="both"/>
        <w:rPr>
          <w:sz w:val="24"/>
          <w:szCs w:val="24"/>
        </w:rPr>
      </w:pPr>
      <w:r w:rsidRPr="00815629">
        <w:rPr>
          <w:sz w:val="24"/>
          <w:szCs w:val="24"/>
        </w:rPr>
        <w:t>.</w:t>
      </w:r>
    </w:p>
    <w:p w:rsidR="00785A59" w:rsidRDefault="00785A59" w:rsidP="00785A59">
      <w:pPr>
        <w:shd w:val="clear" w:color="auto" w:fill="FFFFFF"/>
        <w:tabs>
          <w:tab w:val="left" w:leader="dot" w:pos="1418"/>
        </w:tabs>
        <w:ind w:left="142"/>
        <w:jc w:val="center"/>
        <w:rPr>
          <w:b/>
          <w:bCs/>
          <w:i/>
          <w:sz w:val="28"/>
          <w:szCs w:val="28"/>
        </w:rPr>
      </w:pPr>
    </w:p>
    <w:p w:rsidR="00785A59" w:rsidRDefault="00785A59" w:rsidP="00785A59">
      <w:pPr>
        <w:shd w:val="clear" w:color="auto" w:fill="FFFFFF"/>
        <w:tabs>
          <w:tab w:val="left" w:leader="dot" w:pos="1418"/>
        </w:tabs>
        <w:ind w:left="142"/>
        <w:jc w:val="center"/>
        <w:rPr>
          <w:b/>
          <w:bCs/>
          <w:i/>
          <w:sz w:val="28"/>
          <w:szCs w:val="28"/>
        </w:rPr>
      </w:pPr>
    </w:p>
    <w:p w:rsidR="00785A59" w:rsidRDefault="00785A59" w:rsidP="00785A59">
      <w:pPr>
        <w:shd w:val="clear" w:color="auto" w:fill="FFFFFF"/>
        <w:tabs>
          <w:tab w:val="left" w:leader="dot" w:pos="1418"/>
        </w:tabs>
        <w:ind w:left="142"/>
        <w:jc w:val="center"/>
        <w:rPr>
          <w:b/>
          <w:bCs/>
          <w:i/>
          <w:sz w:val="28"/>
          <w:szCs w:val="28"/>
        </w:rPr>
      </w:pPr>
    </w:p>
    <w:p w:rsidR="00785A59" w:rsidRDefault="00785A59" w:rsidP="00785A59">
      <w:pPr>
        <w:shd w:val="clear" w:color="auto" w:fill="FFFFFF"/>
        <w:tabs>
          <w:tab w:val="left" w:leader="dot" w:pos="1418"/>
        </w:tabs>
        <w:ind w:left="142"/>
        <w:jc w:val="center"/>
        <w:rPr>
          <w:b/>
          <w:bCs/>
          <w:i/>
          <w:sz w:val="28"/>
          <w:szCs w:val="28"/>
        </w:rPr>
      </w:pPr>
    </w:p>
    <w:p w:rsidR="00785A59" w:rsidRDefault="00785A59" w:rsidP="00785A59">
      <w:pPr>
        <w:shd w:val="clear" w:color="auto" w:fill="FFFFFF"/>
        <w:tabs>
          <w:tab w:val="left" w:leader="dot" w:pos="1418"/>
        </w:tabs>
        <w:ind w:left="142"/>
        <w:jc w:val="center"/>
        <w:rPr>
          <w:b/>
          <w:bCs/>
          <w:i/>
          <w:sz w:val="28"/>
          <w:szCs w:val="28"/>
        </w:rPr>
      </w:pPr>
    </w:p>
    <w:p w:rsidR="00785A59" w:rsidRDefault="00785A59" w:rsidP="00785A59">
      <w:pPr>
        <w:shd w:val="clear" w:color="auto" w:fill="FFFFFF"/>
        <w:tabs>
          <w:tab w:val="left" w:leader="dot" w:pos="1418"/>
        </w:tabs>
        <w:ind w:left="142"/>
        <w:jc w:val="center"/>
        <w:rPr>
          <w:b/>
          <w:bCs/>
          <w:i/>
          <w:sz w:val="28"/>
          <w:szCs w:val="28"/>
        </w:rPr>
      </w:pPr>
    </w:p>
    <w:p w:rsidR="00EC782F" w:rsidRDefault="00EC782F" w:rsidP="00785A59">
      <w:pPr>
        <w:shd w:val="clear" w:color="auto" w:fill="FFFFFF"/>
        <w:tabs>
          <w:tab w:val="left" w:leader="dot" w:pos="1418"/>
        </w:tabs>
        <w:ind w:left="142"/>
        <w:jc w:val="center"/>
        <w:rPr>
          <w:b/>
          <w:bCs/>
          <w:i/>
          <w:sz w:val="28"/>
          <w:szCs w:val="28"/>
        </w:rPr>
      </w:pPr>
    </w:p>
    <w:p w:rsidR="00EC782F" w:rsidRDefault="00EC782F" w:rsidP="00785A59">
      <w:pPr>
        <w:shd w:val="clear" w:color="auto" w:fill="FFFFFF"/>
        <w:tabs>
          <w:tab w:val="left" w:leader="dot" w:pos="1418"/>
        </w:tabs>
        <w:ind w:left="142"/>
        <w:jc w:val="center"/>
        <w:rPr>
          <w:b/>
          <w:bCs/>
          <w:i/>
          <w:sz w:val="28"/>
          <w:szCs w:val="28"/>
        </w:rPr>
      </w:pPr>
    </w:p>
    <w:p w:rsidR="00EC782F" w:rsidRDefault="00EC782F" w:rsidP="00785A59">
      <w:pPr>
        <w:shd w:val="clear" w:color="auto" w:fill="FFFFFF"/>
        <w:tabs>
          <w:tab w:val="left" w:leader="dot" w:pos="1418"/>
        </w:tabs>
        <w:ind w:left="142"/>
        <w:jc w:val="center"/>
        <w:rPr>
          <w:b/>
          <w:bCs/>
          <w:i/>
          <w:sz w:val="28"/>
          <w:szCs w:val="28"/>
        </w:rPr>
      </w:pPr>
    </w:p>
    <w:p w:rsidR="00EC782F" w:rsidRDefault="00EC782F" w:rsidP="00785A59">
      <w:pPr>
        <w:shd w:val="clear" w:color="auto" w:fill="FFFFFF"/>
        <w:tabs>
          <w:tab w:val="left" w:leader="dot" w:pos="1418"/>
        </w:tabs>
        <w:ind w:left="142"/>
        <w:jc w:val="center"/>
        <w:rPr>
          <w:b/>
          <w:bCs/>
          <w:i/>
          <w:sz w:val="28"/>
          <w:szCs w:val="28"/>
        </w:rPr>
      </w:pPr>
    </w:p>
    <w:p w:rsidR="00EC782F" w:rsidRDefault="00EC782F" w:rsidP="00785A59">
      <w:pPr>
        <w:shd w:val="clear" w:color="auto" w:fill="FFFFFF"/>
        <w:tabs>
          <w:tab w:val="left" w:leader="dot" w:pos="1418"/>
        </w:tabs>
        <w:ind w:left="142"/>
        <w:jc w:val="center"/>
        <w:rPr>
          <w:b/>
          <w:bCs/>
          <w:i/>
          <w:sz w:val="28"/>
          <w:szCs w:val="28"/>
        </w:rPr>
      </w:pPr>
    </w:p>
    <w:p w:rsidR="00785A59" w:rsidRPr="00EC782F" w:rsidRDefault="00785A59" w:rsidP="00785A59">
      <w:pPr>
        <w:shd w:val="clear" w:color="auto" w:fill="FFFFFF"/>
        <w:tabs>
          <w:tab w:val="left" w:leader="dot" w:pos="1418"/>
        </w:tabs>
        <w:ind w:left="142"/>
        <w:jc w:val="center"/>
        <w:rPr>
          <w:b/>
          <w:bCs/>
          <w:lang w:val="ru-RU"/>
        </w:rPr>
      </w:pPr>
      <w:r w:rsidRPr="00EC782F">
        <w:rPr>
          <w:b/>
          <w:bCs/>
          <w:i/>
          <w:sz w:val="28"/>
          <w:szCs w:val="28"/>
          <w:lang w:val="ru-RU"/>
        </w:rPr>
        <w:t>Содержание тем учебного курса.</w:t>
      </w:r>
    </w:p>
    <w:p w:rsidR="00785A59" w:rsidRPr="00EC782F" w:rsidRDefault="00785A59" w:rsidP="00785A59">
      <w:pPr>
        <w:jc w:val="center"/>
        <w:rPr>
          <w:i/>
          <w:sz w:val="28"/>
          <w:szCs w:val="28"/>
          <w:lang w:val="ru-RU"/>
        </w:rPr>
      </w:pPr>
      <w:r w:rsidRPr="00EC782F">
        <w:rPr>
          <w:rStyle w:val="af6"/>
          <w:sz w:val="24"/>
          <w:szCs w:val="24"/>
          <w:lang w:val="ru-RU"/>
        </w:rPr>
        <w:t>Введение</w:t>
      </w:r>
      <w:r w:rsidRPr="00397D0B">
        <w:rPr>
          <w:rStyle w:val="af6"/>
          <w:sz w:val="24"/>
          <w:szCs w:val="24"/>
        </w:rPr>
        <w:t> </w:t>
      </w:r>
      <w:r w:rsidRPr="00EC782F">
        <w:rPr>
          <w:rStyle w:val="af7"/>
          <w:sz w:val="24"/>
          <w:szCs w:val="24"/>
          <w:lang w:val="ru-RU"/>
        </w:rPr>
        <w:t>1ч.</w:t>
      </w:r>
    </w:p>
    <w:p w:rsidR="00785A59" w:rsidRPr="00785A59" w:rsidRDefault="00785A59" w:rsidP="00785A59">
      <w:pPr>
        <w:rPr>
          <w:sz w:val="24"/>
          <w:szCs w:val="24"/>
          <w:lang w:val="ru-RU"/>
        </w:rPr>
      </w:pPr>
      <w:r w:rsidRPr="00785A59">
        <w:rPr>
          <w:sz w:val="24"/>
          <w:szCs w:val="24"/>
          <w:lang w:val="ru-RU"/>
        </w:rPr>
        <w:t>Русский язык – один из развитых языков мира</w:t>
      </w:r>
    </w:p>
    <w:p w:rsidR="00785A59" w:rsidRPr="00785A59" w:rsidRDefault="00785A59" w:rsidP="00785A59">
      <w:pPr>
        <w:jc w:val="both"/>
        <w:rPr>
          <w:rStyle w:val="af7"/>
          <w:b/>
          <w:bCs/>
          <w:sz w:val="24"/>
          <w:szCs w:val="24"/>
          <w:lang w:val="ru-RU"/>
        </w:rPr>
      </w:pPr>
      <w:r w:rsidRPr="00785A59">
        <w:rPr>
          <w:rStyle w:val="af6"/>
          <w:sz w:val="24"/>
          <w:szCs w:val="24"/>
          <w:lang w:val="ru-RU"/>
        </w:rPr>
        <w:t xml:space="preserve">Повторение </w:t>
      </w:r>
      <w:proofErr w:type="gramStart"/>
      <w:r w:rsidRPr="00785A59">
        <w:rPr>
          <w:rStyle w:val="af6"/>
          <w:sz w:val="24"/>
          <w:szCs w:val="24"/>
          <w:lang w:val="ru-RU"/>
        </w:rPr>
        <w:t>изученного</w:t>
      </w:r>
      <w:proofErr w:type="gramEnd"/>
      <w:r w:rsidRPr="00785A59">
        <w:rPr>
          <w:rStyle w:val="af6"/>
          <w:sz w:val="24"/>
          <w:szCs w:val="24"/>
          <w:lang w:val="ru-RU"/>
        </w:rPr>
        <w:t xml:space="preserve"> в</w:t>
      </w:r>
      <w:r w:rsidRPr="00397D0B">
        <w:rPr>
          <w:rStyle w:val="af6"/>
          <w:sz w:val="24"/>
          <w:szCs w:val="24"/>
        </w:rPr>
        <w:t> </w:t>
      </w:r>
      <w:r w:rsidRPr="00785A59">
        <w:rPr>
          <w:rStyle w:val="af6"/>
          <w:sz w:val="24"/>
          <w:szCs w:val="24"/>
          <w:lang w:val="ru-RU"/>
        </w:rPr>
        <w:t xml:space="preserve"> 5 классе.</w:t>
      </w:r>
      <w:r w:rsidRPr="00397D0B">
        <w:rPr>
          <w:rStyle w:val="af6"/>
          <w:sz w:val="24"/>
          <w:szCs w:val="24"/>
        </w:rPr>
        <w:t> </w:t>
      </w:r>
      <w:r w:rsidRPr="00785A59">
        <w:rPr>
          <w:rStyle w:val="af6"/>
          <w:sz w:val="24"/>
          <w:szCs w:val="24"/>
          <w:lang w:val="ru-RU"/>
        </w:rPr>
        <w:t xml:space="preserve"> Культура речи</w:t>
      </w:r>
      <w:r w:rsidRPr="00397D0B">
        <w:rPr>
          <w:rStyle w:val="af6"/>
          <w:sz w:val="24"/>
          <w:szCs w:val="24"/>
        </w:rPr>
        <w:t> </w:t>
      </w:r>
      <w:r w:rsidRPr="00785A59">
        <w:rPr>
          <w:rStyle w:val="af7"/>
          <w:sz w:val="24"/>
          <w:szCs w:val="24"/>
          <w:lang w:val="ru-RU"/>
        </w:rPr>
        <w:t>16 ч. (15+1)</w:t>
      </w:r>
    </w:p>
    <w:p w:rsidR="00785A59" w:rsidRPr="00785A59" w:rsidRDefault="00785A59" w:rsidP="00785A59">
      <w:pPr>
        <w:ind w:firstLine="540"/>
        <w:jc w:val="both"/>
        <w:rPr>
          <w:sz w:val="24"/>
          <w:szCs w:val="24"/>
          <w:lang w:val="ru-RU"/>
        </w:rPr>
      </w:pPr>
      <w:r w:rsidRPr="00785A59">
        <w:rPr>
          <w:sz w:val="24"/>
          <w:szCs w:val="24"/>
          <w:lang w:val="ru-RU"/>
        </w:rPr>
        <w:t xml:space="preserve"> Звуки и буквы. Части слова. Орфограммы в приставках, корнях, суффиксах, окончаниях. Словосочетание. Простое предложение. Сложное предложение. Пунктуация в простом и сложном предложении. Прямая речь, диалог.</w:t>
      </w:r>
    </w:p>
    <w:p w:rsidR="00785A59" w:rsidRPr="00785A59" w:rsidRDefault="00785A59" w:rsidP="00785A59">
      <w:pPr>
        <w:jc w:val="both"/>
        <w:rPr>
          <w:sz w:val="24"/>
          <w:szCs w:val="24"/>
          <w:lang w:val="ru-RU"/>
        </w:rPr>
      </w:pPr>
      <w:r w:rsidRPr="00785A59">
        <w:rPr>
          <w:rStyle w:val="af6"/>
          <w:sz w:val="24"/>
          <w:szCs w:val="24"/>
          <w:lang w:val="ru-RU"/>
        </w:rPr>
        <w:t xml:space="preserve">Развитие речи </w:t>
      </w:r>
      <w:r w:rsidRPr="00785A59">
        <w:rPr>
          <w:sz w:val="24"/>
          <w:szCs w:val="24"/>
          <w:lang w:val="ru-RU"/>
        </w:rPr>
        <w:t>Текст и его признаки. Тема текста. Основная мысль текста. Стили речи: официально-деловой стиль.</w:t>
      </w:r>
    </w:p>
    <w:p w:rsidR="00785A59" w:rsidRPr="00785A59" w:rsidRDefault="00785A59" w:rsidP="00785A59">
      <w:pPr>
        <w:jc w:val="both"/>
        <w:rPr>
          <w:sz w:val="24"/>
          <w:szCs w:val="24"/>
          <w:lang w:val="ru-RU"/>
        </w:rPr>
      </w:pPr>
      <w:r w:rsidRPr="00785A59">
        <w:rPr>
          <w:rStyle w:val="af6"/>
          <w:sz w:val="24"/>
          <w:szCs w:val="24"/>
          <w:lang w:val="ru-RU"/>
        </w:rPr>
        <w:t xml:space="preserve"> Обучающиеся должны знать:</w:t>
      </w:r>
      <w:r w:rsidRPr="00785A59">
        <w:rPr>
          <w:sz w:val="24"/>
          <w:szCs w:val="24"/>
          <w:lang w:val="ru-RU"/>
        </w:rPr>
        <w:t xml:space="preserve"> роль русского языка среди языков мира; изученные в 5 классе орфограммы, </w:t>
      </w:r>
      <w:proofErr w:type="spellStart"/>
      <w:r w:rsidRPr="00785A59">
        <w:rPr>
          <w:sz w:val="24"/>
          <w:szCs w:val="24"/>
          <w:lang w:val="ru-RU"/>
        </w:rPr>
        <w:t>пунктограммы</w:t>
      </w:r>
      <w:proofErr w:type="spellEnd"/>
      <w:r w:rsidRPr="00785A59">
        <w:rPr>
          <w:sz w:val="24"/>
          <w:szCs w:val="24"/>
          <w:lang w:val="ru-RU"/>
        </w:rPr>
        <w:t xml:space="preserve">. </w:t>
      </w:r>
    </w:p>
    <w:p w:rsidR="00785A59" w:rsidRPr="00785A59" w:rsidRDefault="00785A59" w:rsidP="00785A59">
      <w:pPr>
        <w:jc w:val="both"/>
        <w:rPr>
          <w:sz w:val="24"/>
          <w:szCs w:val="24"/>
          <w:lang w:val="ru-RU"/>
        </w:rPr>
      </w:pPr>
      <w:r w:rsidRPr="00785A59">
        <w:rPr>
          <w:rStyle w:val="af6"/>
          <w:sz w:val="24"/>
          <w:szCs w:val="24"/>
          <w:lang w:val="ru-RU"/>
        </w:rPr>
        <w:lastRenderedPageBreak/>
        <w:t>Обучающиеся должны уметь:</w:t>
      </w:r>
      <w:r w:rsidRPr="00785A59">
        <w:rPr>
          <w:sz w:val="24"/>
          <w:szCs w:val="24"/>
          <w:lang w:val="ru-RU"/>
        </w:rPr>
        <w:t xml:space="preserve"> обосновывать выбор изученных орфограмм и </w:t>
      </w:r>
      <w:proofErr w:type="spellStart"/>
      <w:r w:rsidRPr="00785A59">
        <w:rPr>
          <w:sz w:val="24"/>
          <w:szCs w:val="24"/>
          <w:lang w:val="ru-RU"/>
        </w:rPr>
        <w:t>пунктограмм</w:t>
      </w:r>
      <w:proofErr w:type="spellEnd"/>
      <w:r w:rsidRPr="00785A59">
        <w:rPr>
          <w:sz w:val="24"/>
          <w:szCs w:val="24"/>
          <w:lang w:val="ru-RU"/>
        </w:rPr>
        <w:t>; определять тему и основную мысль текста, его стиль.</w:t>
      </w:r>
    </w:p>
    <w:p w:rsidR="00785A59" w:rsidRPr="00785A59" w:rsidRDefault="00785A59" w:rsidP="00785A59">
      <w:pPr>
        <w:jc w:val="both"/>
        <w:rPr>
          <w:rStyle w:val="af7"/>
          <w:i w:val="0"/>
          <w:iCs w:val="0"/>
          <w:sz w:val="24"/>
          <w:szCs w:val="24"/>
          <w:lang w:val="ru-RU"/>
        </w:rPr>
      </w:pPr>
      <w:r w:rsidRPr="00397D0B">
        <w:rPr>
          <w:sz w:val="24"/>
          <w:szCs w:val="24"/>
        </w:rPr>
        <w:t> </w:t>
      </w:r>
      <w:r w:rsidRPr="00785A59">
        <w:rPr>
          <w:rStyle w:val="af6"/>
          <w:sz w:val="24"/>
          <w:szCs w:val="24"/>
          <w:lang w:val="ru-RU"/>
        </w:rPr>
        <w:t>Лексика и фразеология. Культура речи</w:t>
      </w:r>
      <w:r w:rsidRPr="00397D0B">
        <w:rPr>
          <w:rStyle w:val="af6"/>
          <w:sz w:val="24"/>
          <w:szCs w:val="24"/>
        </w:rPr>
        <w:t> </w:t>
      </w:r>
      <w:r w:rsidRPr="00785A59">
        <w:rPr>
          <w:rStyle w:val="af7"/>
          <w:sz w:val="24"/>
          <w:szCs w:val="24"/>
          <w:lang w:val="ru-RU"/>
        </w:rPr>
        <w:t>15 ч. (11+4)</w:t>
      </w:r>
    </w:p>
    <w:p w:rsidR="00785A59" w:rsidRPr="00785A59" w:rsidRDefault="00785A59" w:rsidP="00785A59">
      <w:pPr>
        <w:ind w:firstLine="540"/>
        <w:jc w:val="both"/>
        <w:rPr>
          <w:sz w:val="24"/>
          <w:szCs w:val="24"/>
          <w:lang w:val="ru-RU"/>
        </w:rPr>
      </w:pPr>
      <w:r w:rsidRPr="00785A59">
        <w:rPr>
          <w:sz w:val="24"/>
          <w:szCs w:val="24"/>
          <w:lang w:val="ru-RU"/>
        </w:rPr>
        <w:t xml:space="preserve">Повторение пройденного по лексике в </w:t>
      </w:r>
      <w:r w:rsidRPr="00397D0B">
        <w:rPr>
          <w:sz w:val="24"/>
          <w:szCs w:val="24"/>
        </w:rPr>
        <w:t>V</w:t>
      </w:r>
      <w:r w:rsidRPr="00785A59">
        <w:rPr>
          <w:sz w:val="24"/>
          <w:szCs w:val="24"/>
          <w:lang w:val="ru-RU"/>
        </w:rPr>
        <w:t xml:space="preserve"> классе. Лингвистические словари.</w:t>
      </w:r>
    </w:p>
    <w:p w:rsidR="00785A59" w:rsidRPr="00785A59" w:rsidRDefault="00785A59" w:rsidP="00785A59">
      <w:pPr>
        <w:ind w:firstLine="540"/>
        <w:jc w:val="both"/>
        <w:rPr>
          <w:sz w:val="24"/>
          <w:szCs w:val="24"/>
          <w:lang w:val="ru-RU"/>
        </w:rPr>
      </w:pPr>
      <w:r w:rsidRPr="00785A59">
        <w:rPr>
          <w:sz w:val="24"/>
          <w:szCs w:val="24"/>
          <w:lang w:val="ru-RU"/>
        </w:rPr>
        <w:t>Об</w:t>
      </w:r>
      <w:r w:rsidRPr="00785A59">
        <w:rPr>
          <w:sz w:val="24"/>
          <w:szCs w:val="24"/>
          <w:lang w:val="ru-RU"/>
        </w:rPr>
        <w:softHyphen/>
        <w:t>щеупотребительные слова. Профессиональные слова. Диа</w:t>
      </w:r>
      <w:r w:rsidRPr="00785A59">
        <w:rPr>
          <w:sz w:val="24"/>
          <w:szCs w:val="24"/>
          <w:lang w:val="ru-RU"/>
        </w:rPr>
        <w:softHyphen/>
        <w:t>лектные слова.</w:t>
      </w:r>
      <w:r w:rsidRPr="00397D0B">
        <w:rPr>
          <w:sz w:val="24"/>
          <w:szCs w:val="24"/>
        </w:rPr>
        <w:t>  </w:t>
      </w:r>
      <w:r w:rsidRPr="00785A59">
        <w:rPr>
          <w:sz w:val="24"/>
          <w:szCs w:val="24"/>
          <w:lang w:val="ru-RU"/>
        </w:rPr>
        <w:t xml:space="preserve"> Устаревшие слова. Неологизмы. Исконно-русская и заимствованная лексика. Эмоционально-окрашенные слова. Понятие о фразеологизмах.</w:t>
      </w:r>
    </w:p>
    <w:p w:rsidR="00785A59" w:rsidRPr="00785A59" w:rsidRDefault="00785A59" w:rsidP="00785A59">
      <w:pPr>
        <w:ind w:firstLine="540"/>
        <w:jc w:val="both"/>
        <w:rPr>
          <w:sz w:val="24"/>
          <w:szCs w:val="24"/>
          <w:lang w:val="ru-RU"/>
        </w:rPr>
      </w:pPr>
      <w:r w:rsidRPr="00785A59">
        <w:rPr>
          <w:rStyle w:val="af6"/>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Использование слов в соответствии с их лексическим значением. Способы сжатия текста. Описание помещения.</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знать:</w:t>
      </w:r>
      <w:r w:rsidRPr="00785A59">
        <w:rPr>
          <w:sz w:val="24"/>
          <w:szCs w:val="24"/>
          <w:lang w:val="ru-RU"/>
        </w:rPr>
        <w:t xml:space="preserve"> общеупотребительные, диалектные, профессиональные слова; устаревшие слова и неологизмы; исконно-русскую и заимствованную лексику; эмоционально-окрашенные слова; фразеологизмы.</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r w:rsidRPr="00785A59">
        <w:rPr>
          <w:sz w:val="24"/>
          <w:szCs w:val="24"/>
          <w:lang w:val="ru-RU"/>
        </w:rPr>
        <w:t xml:space="preserve"> пользоваться различными словарями; определять лексическую принадлежность слова; использовать слова в соответствии с их лексическим значением; сжато излагать содержание текста; составлять рабочие материалы к описанию помещения.</w:t>
      </w:r>
    </w:p>
    <w:p w:rsidR="00785A59" w:rsidRPr="00785A59" w:rsidRDefault="00785A59" w:rsidP="00785A59">
      <w:pPr>
        <w:ind w:firstLine="540"/>
        <w:jc w:val="both"/>
        <w:rPr>
          <w:rStyle w:val="af7"/>
          <w:i w:val="0"/>
          <w:iCs w:val="0"/>
          <w:sz w:val="24"/>
          <w:szCs w:val="24"/>
          <w:lang w:val="ru-RU"/>
        </w:rPr>
      </w:pPr>
      <w:r w:rsidRPr="00397D0B">
        <w:rPr>
          <w:sz w:val="24"/>
          <w:szCs w:val="24"/>
        </w:rPr>
        <w:t> </w:t>
      </w:r>
      <w:r w:rsidRPr="00785A59">
        <w:rPr>
          <w:rStyle w:val="af6"/>
          <w:sz w:val="24"/>
          <w:szCs w:val="24"/>
          <w:lang w:val="ru-RU"/>
        </w:rPr>
        <w:t>Словообразование и орфография. Культура речи</w:t>
      </w:r>
      <w:r w:rsidRPr="00397D0B">
        <w:rPr>
          <w:rStyle w:val="af6"/>
          <w:sz w:val="24"/>
          <w:szCs w:val="24"/>
        </w:rPr>
        <w:t> </w:t>
      </w:r>
      <w:r w:rsidRPr="00785A59">
        <w:rPr>
          <w:rStyle w:val="af7"/>
          <w:sz w:val="24"/>
          <w:szCs w:val="24"/>
          <w:lang w:val="ru-RU"/>
        </w:rPr>
        <w:t>29 ч. (22+7)</w:t>
      </w:r>
    </w:p>
    <w:p w:rsidR="00785A59" w:rsidRPr="00785A59" w:rsidRDefault="00785A59" w:rsidP="00785A59">
      <w:pPr>
        <w:ind w:firstLine="540"/>
        <w:jc w:val="both"/>
        <w:rPr>
          <w:sz w:val="24"/>
          <w:szCs w:val="24"/>
          <w:lang w:val="ru-RU"/>
        </w:rPr>
      </w:pPr>
      <w:r w:rsidRPr="00785A59">
        <w:rPr>
          <w:sz w:val="24"/>
          <w:szCs w:val="24"/>
          <w:lang w:val="ru-RU"/>
        </w:rPr>
        <w:t xml:space="preserve">Повторение пройденного по словообразованию в </w:t>
      </w:r>
      <w:r w:rsidRPr="00397D0B">
        <w:rPr>
          <w:sz w:val="24"/>
          <w:szCs w:val="24"/>
        </w:rPr>
        <w:t>V</w:t>
      </w:r>
      <w:r w:rsidRPr="00785A59">
        <w:rPr>
          <w:sz w:val="24"/>
          <w:szCs w:val="24"/>
          <w:lang w:val="ru-RU"/>
        </w:rPr>
        <w:t xml:space="preserve"> классе.</w:t>
      </w:r>
    </w:p>
    <w:p w:rsidR="00785A59" w:rsidRPr="00785A59" w:rsidRDefault="00785A59" w:rsidP="00785A59">
      <w:pPr>
        <w:ind w:firstLine="540"/>
        <w:jc w:val="both"/>
        <w:rPr>
          <w:sz w:val="24"/>
          <w:szCs w:val="24"/>
          <w:lang w:val="ru-RU"/>
        </w:rPr>
      </w:pPr>
      <w:r w:rsidRPr="00785A59">
        <w:rPr>
          <w:sz w:val="24"/>
          <w:szCs w:val="24"/>
          <w:lang w:val="ru-RU"/>
        </w:rPr>
        <w:t xml:space="preserve">Этимология слова. Основные способы образования слов в русском языке. Правописание чередующихся гласных О и А в корнях </w:t>
      </w:r>
      <w:r w:rsidRPr="00785A59">
        <w:rPr>
          <w:rStyle w:val="af7"/>
          <w:sz w:val="24"/>
          <w:szCs w:val="24"/>
          <w:lang w:val="ru-RU"/>
        </w:rPr>
        <w:t>-</w:t>
      </w:r>
      <w:r w:rsidRPr="00785A59">
        <w:rPr>
          <w:sz w:val="24"/>
          <w:szCs w:val="24"/>
          <w:lang w:val="ru-RU"/>
        </w:rPr>
        <w:t>ГОР-/-ГАР-, -КОС/КАС-. Правописание гласных в при</w:t>
      </w:r>
      <w:r w:rsidRPr="00785A59">
        <w:rPr>
          <w:sz w:val="24"/>
          <w:szCs w:val="24"/>
          <w:lang w:val="ru-RU"/>
        </w:rPr>
        <w:softHyphen/>
        <w:t xml:space="preserve">ставках ПРЕ- И </w:t>
      </w:r>
      <w:proofErr w:type="spellStart"/>
      <w:r w:rsidRPr="00785A59">
        <w:rPr>
          <w:sz w:val="24"/>
          <w:szCs w:val="24"/>
          <w:lang w:val="ru-RU"/>
        </w:rPr>
        <w:t>ПРИ-,буквы</w:t>
      </w:r>
      <w:proofErr w:type="spellEnd"/>
      <w:r w:rsidRPr="00785A59">
        <w:rPr>
          <w:sz w:val="24"/>
          <w:szCs w:val="24"/>
          <w:lang w:val="ru-RU"/>
        </w:rPr>
        <w:t xml:space="preserve"> </w:t>
      </w:r>
      <w:proofErr w:type="spellStart"/>
      <w:r w:rsidRPr="00785A59">
        <w:rPr>
          <w:sz w:val="24"/>
          <w:szCs w:val="24"/>
          <w:lang w:val="ru-RU"/>
        </w:rPr>
        <w:t>Ыи</w:t>
      </w:r>
      <w:proofErr w:type="spellEnd"/>
      <w:r w:rsidRPr="00785A59">
        <w:rPr>
          <w:sz w:val="24"/>
          <w:szCs w:val="24"/>
          <w:lang w:val="ru-RU"/>
        </w:rPr>
        <w:t xml:space="preserve"> </w:t>
      </w:r>
      <w:proofErr w:type="spellStart"/>
      <w:r w:rsidRPr="00785A59">
        <w:rPr>
          <w:sz w:val="24"/>
          <w:szCs w:val="24"/>
          <w:lang w:val="ru-RU"/>
        </w:rPr>
        <w:t>Ипосле</w:t>
      </w:r>
      <w:proofErr w:type="spellEnd"/>
      <w:r w:rsidRPr="00785A59">
        <w:rPr>
          <w:sz w:val="24"/>
          <w:szCs w:val="24"/>
          <w:lang w:val="ru-RU"/>
        </w:rPr>
        <w:t xml:space="preserve"> приставок на соглас</w:t>
      </w:r>
      <w:r w:rsidRPr="00785A59">
        <w:rPr>
          <w:sz w:val="24"/>
          <w:szCs w:val="24"/>
          <w:lang w:val="ru-RU"/>
        </w:rPr>
        <w:softHyphen/>
        <w:t>ные.</w:t>
      </w:r>
    </w:p>
    <w:p w:rsidR="00785A59" w:rsidRPr="00785A59" w:rsidRDefault="00785A59" w:rsidP="00785A59">
      <w:pPr>
        <w:ind w:firstLine="540"/>
        <w:jc w:val="both"/>
        <w:rPr>
          <w:sz w:val="24"/>
          <w:szCs w:val="24"/>
          <w:lang w:val="ru-RU"/>
        </w:rPr>
      </w:pPr>
      <w:r w:rsidRPr="00785A59">
        <w:rPr>
          <w:sz w:val="24"/>
          <w:szCs w:val="24"/>
          <w:lang w:val="ru-RU"/>
        </w:rPr>
        <w:t>Сложные слова. Правописание соединительных гласных О и Е. Сложносокращенные слова.</w:t>
      </w:r>
    </w:p>
    <w:p w:rsidR="00785A59" w:rsidRPr="00785A59" w:rsidRDefault="00785A59" w:rsidP="00785A59">
      <w:pPr>
        <w:ind w:firstLine="540"/>
        <w:jc w:val="both"/>
        <w:rPr>
          <w:sz w:val="24"/>
          <w:szCs w:val="24"/>
          <w:lang w:val="ru-RU"/>
        </w:rPr>
      </w:pPr>
      <w:r w:rsidRPr="00785A59">
        <w:rPr>
          <w:sz w:val="24"/>
          <w:szCs w:val="24"/>
          <w:lang w:val="ru-RU"/>
        </w:rPr>
        <w:t>Разбор слова по составу и словообразовательный разбор.</w:t>
      </w:r>
    </w:p>
    <w:p w:rsidR="00785A59" w:rsidRPr="00785A59" w:rsidRDefault="00785A59" w:rsidP="00785A59">
      <w:pPr>
        <w:ind w:firstLine="540"/>
        <w:jc w:val="both"/>
        <w:rPr>
          <w:sz w:val="24"/>
          <w:szCs w:val="24"/>
          <w:lang w:val="ru-RU"/>
        </w:rPr>
      </w:pPr>
      <w:r w:rsidRPr="00785A59">
        <w:rPr>
          <w:rStyle w:val="af6"/>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Систематизация материала к сочинению. Сложный план. Описание картины.</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знать:</w:t>
      </w:r>
      <w:r w:rsidRPr="00785A59">
        <w:rPr>
          <w:sz w:val="24"/>
          <w:szCs w:val="24"/>
          <w:lang w:val="ru-RU"/>
        </w:rPr>
        <w:t xml:space="preserve"> способы образования слов; возможности изменения морфем; орфограммы, связанные с </w:t>
      </w:r>
      <w:proofErr w:type="spellStart"/>
      <w:r w:rsidRPr="00785A59">
        <w:rPr>
          <w:sz w:val="24"/>
          <w:szCs w:val="24"/>
          <w:lang w:val="ru-RU"/>
        </w:rPr>
        <w:t>морфемикой</w:t>
      </w:r>
      <w:proofErr w:type="spellEnd"/>
      <w:r w:rsidRPr="00785A59">
        <w:rPr>
          <w:sz w:val="24"/>
          <w:szCs w:val="24"/>
          <w:lang w:val="ru-RU"/>
        </w:rPr>
        <w:t>.</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r w:rsidRPr="00785A59">
        <w:rPr>
          <w:sz w:val="24"/>
          <w:szCs w:val="24"/>
          <w:lang w:val="ru-RU"/>
        </w:rPr>
        <w:t xml:space="preserve"> производить морфемный анализ слов; выбирать правильные написания, зависящие от строения слова; согласовывать со сложносокращенными словами прилагательные и глаголы в прошедшем времени; пользоваться словообразовательными словарями; составлять сложный план; писать сочинение по картине</w:t>
      </w:r>
    </w:p>
    <w:p w:rsidR="00785A59" w:rsidRPr="00785A59" w:rsidRDefault="00785A59" w:rsidP="00785A59">
      <w:pPr>
        <w:ind w:firstLine="540"/>
        <w:jc w:val="both"/>
        <w:rPr>
          <w:sz w:val="24"/>
          <w:szCs w:val="24"/>
          <w:lang w:val="ru-RU"/>
        </w:rPr>
      </w:pPr>
      <w:r w:rsidRPr="00785A59">
        <w:rPr>
          <w:rStyle w:val="af6"/>
          <w:sz w:val="24"/>
          <w:szCs w:val="24"/>
          <w:lang w:val="ru-RU"/>
        </w:rPr>
        <w:t>Морфология. Орфография. Культура речи</w:t>
      </w:r>
    </w:p>
    <w:p w:rsidR="00785A59" w:rsidRPr="00785A59" w:rsidRDefault="00785A59" w:rsidP="00785A59">
      <w:pPr>
        <w:jc w:val="both"/>
        <w:rPr>
          <w:rStyle w:val="af7"/>
          <w:b/>
          <w:bCs/>
          <w:sz w:val="24"/>
          <w:szCs w:val="24"/>
          <w:lang w:val="ru-RU"/>
        </w:rPr>
      </w:pPr>
      <w:r w:rsidRPr="00785A59">
        <w:rPr>
          <w:rStyle w:val="af6"/>
          <w:sz w:val="24"/>
          <w:szCs w:val="24"/>
          <w:lang w:val="ru-RU"/>
        </w:rPr>
        <w:t>Имя существительное. Культура речи</w:t>
      </w:r>
      <w:r w:rsidRPr="00397D0B">
        <w:rPr>
          <w:rStyle w:val="af6"/>
          <w:sz w:val="24"/>
          <w:szCs w:val="24"/>
        </w:rPr>
        <w:t> </w:t>
      </w:r>
      <w:r w:rsidRPr="00785A59">
        <w:rPr>
          <w:rStyle w:val="af7"/>
          <w:sz w:val="24"/>
          <w:szCs w:val="24"/>
          <w:lang w:val="ru-RU"/>
        </w:rPr>
        <w:t>20 ч. (18+2)</w:t>
      </w:r>
    </w:p>
    <w:p w:rsidR="00785A59" w:rsidRPr="00785A59" w:rsidRDefault="00785A59" w:rsidP="00785A59">
      <w:pPr>
        <w:ind w:firstLine="540"/>
        <w:jc w:val="both"/>
        <w:rPr>
          <w:sz w:val="24"/>
          <w:szCs w:val="24"/>
          <w:lang w:val="ru-RU"/>
        </w:rPr>
      </w:pPr>
      <w:r w:rsidRPr="00785A59">
        <w:rPr>
          <w:sz w:val="24"/>
          <w:szCs w:val="24"/>
          <w:lang w:val="ru-RU"/>
        </w:rPr>
        <w:t xml:space="preserve">Повторение сведений об имени существительном, полученных в </w:t>
      </w:r>
      <w:r w:rsidRPr="00397D0B">
        <w:rPr>
          <w:sz w:val="24"/>
          <w:szCs w:val="24"/>
        </w:rPr>
        <w:t>V</w:t>
      </w:r>
      <w:r w:rsidRPr="00785A59">
        <w:rPr>
          <w:sz w:val="24"/>
          <w:szCs w:val="24"/>
          <w:lang w:val="ru-RU"/>
        </w:rPr>
        <w:t xml:space="preserve"> классе. Морфологические признаки существительного. Разносклоняемые существительные. Несклоняемые существительные (ознакомление). Род несклоняемых существительных. Существительные общего рода. Образо</w:t>
      </w:r>
      <w:r w:rsidRPr="00785A59">
        <w:rPr>
          <w:sz w:val="24"/>
          <w:szCs w:val="24"/>
          <w:lang w:val="ru-RU"/>
        </w:rPr>
        <w:softHyphen/>
        <w:t>вание существительных.</w:t>
      </w:r>
    </w:p>
    <w:p w:rsidR="00785A59" w:rsidRPr="00785A59" w:rsidRDefault="00785A59" w:rsidP="00785A59">
      <w:pPr>
        <w:ind w:firstLine="540"/>
        <w:jc w:val="both"/>
        <w:rPr>
          <w:sz w:val="24"/>
          <w:szCs w:val="24"/>
          <w:lang w:val="ru-RU"/>
        </w:rPr>
      </w:pPr>
      <w:r w:rsidRPr="00785A59">
        <w:rPr>
          <w:sz w:val="24"/>
          <w:szCs w:val="24"/>
          <w:lang w:val="ru-RU"/>
        </w:rPr>
        <w:t>НЕ с существительными. Правопи</w:t>
      </w:r>
      <w:r w:rsidRPr="00785A59">
        <w:rPr>
          <w:sz w:val="24"/>
          <w:szCs w:val="24"/>
          <w:lang w:val="ru-RU"/>
        </w:rPr>
        <w:softHyphen/>
        <w:t xml:space="preserve">сание гласных в суффиксах </w:t>
      </w:r>
      <w:proofErr w:type="gramStart"/>
      <w:r w:rsidRPr="00785A59">
        <w:rPr>
          <w:sz w:val="24"/>
          <w:szCs w:val="24"/>
          <w:lang w:val="ru-RU"/>
        </w:rPr>
        <w:t>-Е</w:t>
      </w:r>
      <w:proofErr w:type="gramEnd"/>
      <w:r w:rsidRPr="00785A59">
        <w:rPr>
          <w:sz w:val="24"/>
          <w:szCs w:val="24"/>
          <w:lang w:val="ru-RU"/>
        </w:rPr>
        <w:t>К -ИК; буквы О и Е после шипя</w:t>
      </w:r>
      <w:r w:rsidRPr="00785A59">
        <w:rPr>
          <w:sz w:val="24"/>
          <w:szCs w:val="24"/>
          <w:lang w:val="ru-RU"/>
        </w:rPr>
        <w:softHyphen/>
        <w:t xml:space="preserve">щих и Ц в суффиксах </w:t>
      </w:r>
      <w:r w:rsidRPr="00397D0B">
        <w:rPr>
          <w:sz w:val="24"/>
          <w:szCs w:val="24"/>
        </w:rPr>
        <w:t> </w:t>
      </w:r>
      <w:r w:rsidRPr="00785A59">
        <w:rPr>
          <w:sz w:val="24"/>
          <w:szCs w:val="24"/>
          <w:lang w:val="ru-RU"/>
        </w:rPr>
        <w:t>существительных. Согласные Ч и Щ в суффиксе -ЧИК (-ЩИК).</w:t>
      </w:r>
    </w:p>
    <w:p w:rsidR="00785A59" w:rsidRPr="00785A59" w:rsidRDefault="00785A59" w:rsidP="00785A59">
      <w:pPr>
        <w:ind w:firstLine="540"/>
        <w:jc w:val="both"/>
        <w:rPr>
          <w:sz w:val="24"/>
          <w:szCs w:val="24"/>
          <w:lang w:val="ru-RU"/>
        </w:rPr>
      </w:pPr>
      <w:r w:rsidRPr="00785A59">
        <w:rPr>
          <w:rStyle w:val="af6"/>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Употребление в речи разносклоняемых и несклоняемых существительных. Описание помещения по личным впечатлениям.</w:t>
      </w:r>
    </w:p>
    <w:p w:rsidR="00785A59" w:rsidRPr="00785A59" w:rsidRDefault="00785A59" w:rsidP="00785A59">
      <w:pPr>
        <w:ind w:firstLine="540"/>
        <w:jc w:val="both"/>
        <w:rPr>
          <w:sz w:val="24"/>
          <w:szCs w:val="24"/>
          <w:lang w:val="ru-RU"/>
        </w:rPr>
      </w:pPr>
      <w:r w:rsidRPr="00785A59">
        <w:rPr>
          <w:rStyle w:val="af6"/>
          <w:sz w:val="24"/>
          <w:szCs w:val="24"/>
          <w:lang w:val="ru-RU"/>
        </w:rPr>
        <w:lastRenderedPageBreak/>
        <w:t xml:space="preserve">Обучающиеся должны знать: </w:t>
      </w:r>
      <w:r w:rsidRPr="00785A59">
        <w:rPr>
          <w:sz w:val="24"/>
          <w:szCs w:val="24"/>
          <w:lang w:val="ru-RU"/>
        </w:rPr>
        <w:t>морфологические признаки существительного; способы образования существительных; правописание не с существительными и суффиксов существительных.</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proofErr w:type="gramStart"/>
      <w:r w:rsidRPr="00785A59">
        <w:rPr>
          <w:rStyle w:val="af6"/>
          <w:sz w:val="24"/>
          <w:szCs w:val="24"/>
          <w:lang w:val="ru-RU"/>
        </w:rPr>
        <w:t>:</w:t>
      </w:r>
      <w:r w:rsidRPr="00785A59">
        <w:rPr>
          <w:sz w:val="24"/>
          <w:szCs w:val="24"/>
          <w:lang w:val="ru-RU"/>
        </w:rPr>
        <w:t>р</w:t>
      </w:r>
      <w:proofErr w:type="gramEnd"/>
      <w:r w:rsidRPr="00785A59">
        <w:rPr>
          <w:sz w:val="24"/>
          <w:szCs w:val="24"/>
          <w:lang w:val="ru-RU"/>
        </w:rPr>
        <w:t>азличать</w:t>
      </w:r>
      <w:r w:rsidRPr="00397D0B">
        <w:rPr>
          <w:sz w:val="24"/>
          <w:szCs w:val="24"/>
        </w:rPr>
        <w:t> </w:t>
      </w:r>
      <w:r w:rsidRPr="00785A59">
        <w:rPr>
          <w:sz w:val="24"/>
          <w:szCs w:val="24"/>
          <w:lang w:val="ru-RU"/>
        </w:rPr>
        <w:t xml:space="preserve"> существительное среди других частей речи;</w:t>
      </w:r>
      <w:r w:rsidRPr="00397D0B">
        <w:rPr>
          <w:sz w:val="24"/>
          <w:szCs w:val="24"/>
        </w:rPr>
        <w:t> </w:t>
      </w:r>
      <w:r w:rsidRPr="00785A59">
        <w:rPr>
          <w:sz w:val="24"/>
          <w:szCs w:val="24"/>
          <w:lang w:val="ru-RU"/>
        </w:rPr>
        <w:t xml:space="preserve"> пользоваться орфографическими правилами при выборе написаний, основанных на морфологическом принципе; правильно употреблять изученную морфологическую единицу в речи; производить морфологический разбор</w:t>
      </w:r>
      <w:r w:rsidRPr="00397D0B">
        <w:rPr>
          <w:sz w:val="24"/>
          <w:szCs w:val="24"/>
        </w:rPr>
        <w:t> </w:t>
      </w:r>
      <w:r w:rsidRPr="00785A59">
        <w:rPr>
          <w:sz w:val="24"/>
          <w:szCs w:val="24"/>
          <w:lang w:val="ru-RU"/>
        </w:rPr>
        <w:t xml:space="preserve"> существительного; создавать тексты типа описания.</w:t>
      </w:r>
    </w:p>
    <w:p w:rsidR="00785A59" w:rsidRPr="00785A59" w:rsidRDefault="00785A59" w:rsidP="00785A59">
      <w:pPr>
        <w:ind w:firstLine="540"/>
        <w:jc w:val="both"/>
        <w:rPr>
          <w:rStyle w:val="af7"/>
          <w:i w:val="0"/>
          <w:iCs w:val="0"/>
          <w:sz w:val="24"/>
          <w:szCs w:val="24"/>
          <w:lang w:val="ru-RU"/>
        </w:rPr>
      </w:pPr>
      <w:r w:rsidRPr="00397D0B">
        <w:rPr>
          <w:sz w:val="24"/>
          <w:szCs w:val="24"/>
        </w:rPr>
        <w:t> </w:t>
      </w:r>
      <w:r w:rsidRPr="00785A59">
        <w:rPr>
          <w:rStyle w:val="af6"/>
          <w:sz w:val="24"/>
          <w:szCs w:val="24"/>
          <w:lang w:val="ru-RU"/>
        </w:rPr>
        <w:t>Имя</w:t>
      </w:r>
      <w:r w:rsidRPr="00397D0B">
        <w:rPr>
          <w:rStyle w:val="af6"/>
          <w:sz w:val="24"/>
          <w:szCs w:val="24"/>
        </w:rPr>
        <w:t> </w:t>
      </w:r>
      <w:r w:rsidRPr="00785A59">
        <w:rPr>
          <w:rStyle w:val="af6"/>
          <w:sz w:val="24"/>
          <w:szCs w:val="24"/>
          <w:lang w:val="ru-RU"/>
        </w:rPr>
        <w:t xml:space="preserve"> прилагательное. Культура речи</w:t>
      </w:r>
      <w:r w:rsidRPr="00397D0B">
        <w:rPr>
          <w:rStyle w:val="af6"/>
          <w:sz w:val="24"/>
          <w:szCs w:val="24"/>
        </w:rPr>
        <w:t> </w:t>
      </w:r>
      <w:r w:rsidRPr="00785A59">
        <w:rPr>
          <w:rStyle w:val="af7"/>
          <w:sz w:val="24"/>
          <w:szCs w:val="24"/>
          <w:lang w:val="ru-RU"/>
        </w:rPr>
        <w:t>31час</w:t>
      </w:r>
    </w:p>
    <w:p w:rsidR="00785A59" w:rsidRPr="00785A59" w:rsidRDefault="00785A59" w:rsidP="00785A59">
      <w:pPr>
        <w:ind w:firstLine="540"/>
        <w:jc w:val="both"/>
        <w:rPr>
          <w:sz w:val="24"/>
          <w:szCs w:val="24"/>
          <w:lang w:val="ru-RU"/>
        </w:rPr>
      </w:pPr>
      <w:r w:rsidRPr="00785A59">
        <w:rPr>
          <w:sz w:val="24"/>
          <w:szCs w:val="24"/>
          <w:lang w:val="ru-RU"/>
        </w:rPr>
        <w:t xml:space="preserve">Повторение пройденного об имени прилагательном в </w:t>
      </w:r>
      <w:r w:rsidRPr="00397D0B">
        <w:rPr>
          <w:sz w:val="24"/>
          <w:szCs w:val="24"/>
        </w:rPr>
        <w:t>V</w:t>
      </w:r>
      <w:r w:rsidRPr="00785A59">
        <w:rPr>
          <w:sz w:val="24"/>
          <w:szCs w:val="24"/>
          <w:lang w:val="ru-RU"/>
        </w:rPr>
        <w:t xml:space="preserve"> классе. Морфологические признаки прилагательного. Разряды прилагательных: качественные, относитель</w:t>
      </w:r>
      <w:r w:rsidRPr="00785A59">
        <w:rPr>
          <w:sz w:val="24"/>
          <w:szCs w:val="24"/>
          <w:lang w:val="ru-RU"/>
        </w:rPr>
        <w:softHyphen/>
        <w:t>ные и притяжательные прилагательные. Образо</w:t>
      </w:r>
      <w:r w:rsidRPr="00785A59">
        <w:rPr>
          <w:sz w:val="24"/>
          <w:szCs w:val="24"/>
          <w:lang w:val="ru-RU"/>
        </w:rPr>
        <w:softHyphen/>
        <w:t>вание прилагательных. Степени сравнения прилагательных; обра</w:t>
      </w:r>
      <w:r w:rsidRPr="00785A59">
        <w:rPr>
          <w:sz w:val="24"/>
          <w:szCs w:val="24"/>
          <w:lang w:val="ru-RU"/>
        </w:rPr>
        <w:softHyphen/>
        <w:t>зование степеней сравнения.</w:t>
      </w:r>
    </w:p>
    <w:p w:rsidR="00785A59" w:rsidRPr="00785A59" w:rsidRDefault="00785A59" w:rsidP="00785A59">
      <w:pPr>
        <w:ind w:firstLine="540"/>
        <w:jc w:val="both"/>
        <w:rPr>
          <w:sz w:val="24"/>
          <w:szCs w:val="24"/>
          <w:lang w:val="ru-RU"/>
        </w:rPr>
      </w:pPr>
      <w:r w:rsidRPr="00785A59">
        <w:rPr>
          <w:sz w:val="24"/>
          <w:szCs w:val="24"/>
          <w:lang w:val="ru-RU"/>
        </w:rPr>
        <w:t>НЕ с именами прилага</w:t>
      </w:r>
      <w:r w:rsidRPr="00785A59">
        <w:rPr>
          <w:sz w:val="24"/>
          <w:szCs w:val="24"/>
          <w:lang w:val="ru-RU"/>
        </w:rPr>
        <w:softHyphen/>
        <w:t>тельными. Буквы О и Епосле шипящих и Цв суффиксах прилагательных. Правописание гласных Н и НН в именах прила</w:t>
      </w:r>
      <w:r w:rsidRPr="00785A59">
        <w:rPr>
          <w:sz w:val="24"/>
          <w:szCs w:val="24"/>
          <w:lang w:val="ru-RU"/>
        </w:rPr>
        <w:softHyphen/>
        <w:t>гательных. Различение на письме суффиксов -К- и -СК-.Слитное и дефисное написание сложных прилагательных.</w:t>
      </w:r>
    </w:p>
    <w:p w:rsidR="00785A59" w:rsidRPr="00785A59" w:rsidRDefault="00785A59" w:rsidP="00785A59">
      <w:pPr>
        <w:ind w:firstLine="540"/>
        <w:jc w:val="both"/>
        <w:rPr>
          <w:sz w:val="24"/>
          <w:szCs w:val="24"/>
          <w:lang w:val="ru-RU"/>
        </w:rPr>
      </w:pPr>
      <w:r w:rsidRPr="00785A59">
        <w:rPr>
          <w:rStyle w:val="af6"/>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Употребление в речи</w:t>
      </w:r>
      <w:r w:rsidRPr="00397D0B">
        <w:rPr>
          <w:sz w:val="24"/>
          <w:szCs w:val="24"/>
        </w:rPr>
        <w:t> </w:t>
      </w:r>
      <w:r w:rsidRPr="00785A59">
        <w:rPr>
          <w:sz w:val="24"/>
          <w:szCs w:val="24"/>
          <w:lang w:val="ru-RU"/>
        </w:rPr>
        <w:t xml:space="preserve"> прилагательных. Описание</w:t>
      </w:r>
      <w:r w:rsidRPr="00397D0B">
        <w:rPr>
          <w:sz w:val="24"/>
          <w:szCs w:val="24"/>
        </w:rPr>
        <w:t> </w:t>
      </w:r>
      <w:r w:rsidRPr="00785A59">
        <w:rPr>
          <w:sz w:val="24"/>
          <w:szCs w:val="24"/>
          <w:lang w:val="ru-RU"/>
        </w:rPr>
        <w:t xml:space="preserve"> природы. Выборочная работа с текстом. Описание картины.</w:t>
      </w:r>
    </w:p>
    <w:p w:rsidR="00785A59" w:rsidRPr="00785A59" w:rsidRDefault="00785A59" w:rsidP="00785A59">
      <w:pPr>
        <w:ind w:firstLine="540"/>
        <w:jc w:val="both"/>
        <w:rPr>
          <w:sz w:val="24"/>
          <w:szCs w:val="24"/>
          <w:lang w:val="ru-RU"/>
        </w:rPr>
      </w:pPr>
      <w:r w:rsidRPr="00785A59">
        <w:rPr>
          <w:rStyle w:val="af6"/>
          <w:sz w:val="24"/>
          <w:szCs w:val="24"/>
          <w:lang w:val="ru-RU"/>
        </w:rPr>
        <w:t xml:space="preserve">Обучающиеся должны знать: </w:t>
      </w:r>
      <w:r w:rsidRPr="00785A59">
        <w:rPr>
          <w:sz w:val="24"/>
          <w:szCs w:val="24"/>
          <w:lang w:val="ru-RU"/>
        </w:rPr>
        <w:t>морфологические признаки</w:t>
      </w:r>
      <w:r w:rsidRPr="00397D0B">
        <w:rPr>
          <w:sz w:val="24"/>
          <w:szCs w:val="24"/>
        </w:rPr>
        <w:t> </w:t>
      </w:r>
      <w:r w:rsidRPr="00785A59">
        <w:rPr>
          <w:sz w:val="24"/>
          <w:szCs w:val="24"/>
          <w:lang w:val="ru-RU"/>
        </w:rPr>
        <w:t xml:space="preserve"> прилагательного; способы образования</w:t>
      </w:r>
      <w:r w:rsidRPr="00397D0B">
        <w:rPr>
          <w:sz w:val="24"/>
          <w:szCs w:val="24"/>
        </w:rPr>
        <w:t> </w:t>
      </w:r>
      <w:r w:rsidRPr="00785A59">
        <w:rPr>
          <w:sz w:val="24"/>
          <w:szCs w:val="24"/>
          <w:lang w:val="ru-RU"/>
        </w:rPr>
        <w:t xml:space="preserve"> прилагательных; правописание не с</w:t>
      </w:r>
      <w:r w:rsidRPr="00397D0B">
        <w:rPr>
          <w:sz w:val="24"/>
          <w:szCs w:val="24"/>
        </w:rPr>
        <w:t> </w:t>
      </w:r>
      <w:r w:rsidRPr="00785A59">
        <w:rPr>
          <w:sz w:val="24"/>
          <w:szCs w:val="24"/>
          <w:lang w:val="ru-RU"/>
        </w:rPr>
        <w:t xml:space="preserve"> прилагательными и суффиксов прилагательных; правописание сложных прилагательных.</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proofErr w:type="gramStart"/>
      <w:r w:rsidRPr="00785A59">
        <w:rPr>
          <w:rStyle w:val="af6"/>
          <w:sz w:val="24"/>
          <w:szCs w:val="24"/>
          <w:lang w:val="ru-RU"/>
        </w:rPr>
        <w:t>:</w:t>
      </w:r>
      <w:r w:rsidRPr="00785A59">
        <w:rPr>
          <w:sz w:val="24"/>
          <w:szCs w:val="24"/>
          <w:lang w:val="ru-RU"/>
        </w:rPr>
        <w:t>р</w:t>
      </w:r>
      <w:proofErr w:type="gramEnd"/>
      <w:r w:rsidRPr="00785A59">
        <w:rPr>
          <w:sz w:val="24"/>
          <w:szCs w:val="24"/>
          <w:lang w:val="ru-RU"/>
        </w:rPr>
        <w:t>азличать</w:t>
      </w:r>
      <w:r w:rsidRPr="00397D0B">
        <w:rPr>
          <w:sz w:val="24"/>
          <w:szCs w:val="24"/>
        </w:rPr>
        <w:t> </w:t>
      </w:r>
      <w:r w:rsidRPr="00785A59">
        <w:rPr>
          <w:sz w:val="24"/>
          <w:szCs w:val="24"/>
          <w:lang w:val="ru-RU"/>
        </w:rPr>
        <w:t xml:space="preserve"> прилагательное среди других частей речи;</w:t>
      </w:r>
      <w:r w:rsidRPr="00397D0B">
        <w:rPr>
          <w:sz w:val="24"/>
          <w:szCs w:val="24"/>
        </w:rPr>
        <w:t> </w:t>
      </w:r>
      <w:r w:rsidRPr="00785A59">
        <w:rPr>
          <w:sz w:val="24"/>
          <w:szCs w:val="24"/>
          <w:lang w:val="ru-RU"/>
        </w:rPr>
        <w:t xml:space="preserve"> пользоваться орфографическими правилами при выборе написаний, основанных на морфологическом принципе; правильно употреблять изученную морфологическую единицу в речи; производить морфологический разбор прилагательного; создавать тексты типа описания.</w:t>
      </w:r>
    </w:p>
    <w:p w:rsidR="00785A59" w:rsidRPr="00785A59" w:rsidRDefault="00785A59" w:rsidP="00785A59">
      <w:pPr>
        <w:ind w:firstLine="540"/>
        <w:jc w:val="both"/>
        <w:rPr>
          <w:rStyle w:val="af7"/>
          <w:i w:val="0"/>
          <w:iCs w:val="0"/>
          <w:sz w:val="24"/>
          <w:szCs w:val="24"/>
          <w:lang w:val="ru-RU"/>
        </w:rPr>
      </w:pPr>
      <w:r w:rsidRPr="00397D0B">
        <w:rPr>
          <w:sz w:val="24"/>
          <w:szCs w:val="24"/>
        </w:rPr>
        <w:t> </w:t>
      </w:r>
      <w:r w:rsidRPr="00785A59">
        <w:rPr>
          <w:rStyle w:val="af6"/>
          <w:sz w:val="24"/>
          <w:szCs w:val="24"/>
          <w:lang w:val="ru-RU"/>
        </w:rPr>
        <w:t>Имя</w:t>
      </w:r>
      <w:r w:rsidRPr="00397D0B">
        <w:rPr>
          <w:rStyle w:val="af6"/>
          <w:sz w:val="24"/>
          <w:szCs w:val="24"/>
        </w:rPr>
        <w:t>  </w:t>
      </w:r>
      <w:r w:rsidRPr="00785A59">
        <w:rPr>
          <w:rStyle w:val="af6"/>
          <w:sz w:val="24"/>
          <w:szCs w:val="24"/>
          <w:lang w:val="ru-RU"/>
        </w:rPr>
        <w:t xml:space="preserve"> числительное. Культура речи</w:t>
      </w:r>
      <w:r w:rsidRPr="00785A59">
        <w:rPr>
          <w:rStyle w:val="af7"/>
          <w:sz w:val="24"/>
          <w:szCs w:val="24"/>
          <w:lang w:val="ru-RU"/>
        </w:rPr>
        <w:t>16 ч. (14+2)</w:t>
      </w:r>
    </w:p>
    <w:p w:rsidR="00785A59" w:rsidRPr="00785A59" w:rsidRDefault="00785A59" w:rsidP="00785A59">
      <w:pPr>
        <w:ind w:firstLine="540"/>
        <w:jc w:val="both"/>
        <w:rPr>
          <w:sz w:val="24"/>
          <w:szCs w:val="24"/>
          <w:lang w:val="ru-RU"/>
        </w:rPr>
      </w:pPr>
      <w:r w:rsidRPr="00785A59">
        <w:rPr>
          <w:sz w:val="24"/>
          <w:szCs w:val="24"/>
          <w:lang w:val="ru-RU"/>
        </w:rPr>
        <w:t>Имя числительное как часть речи. Морфологические признаки</w:t>
      </w:r>
      <w:r w:rsidRPr="00397D0B">
        <w:rPr>
          <w:sz w:val="24"/>
          <w:szCs w:val="24"/>
        </w:rPr>
        <w:t> </w:t>
      </w:r>
      <w:r w:rsidRPr="00785A59">
        <w:rPr>
          <w:sz w:val="24"/>
          <w:szCs w:val="24"/>
          <w:lang w:val="ru-RU"/>
        </w:rPr>
        <w:t xml:space="preserve"> числительного. Синтаксическая роль имен числительных в предложении. Числительные</w:t>
      </w:r>
      <w:r w:rsidRPr="00397D0B">
        <w:rPr>
          <w:sz w:val="24"/>
          <w:szCs w:val="24"/>
        </w:rPr>
        <w:t> </w:t>
      </w:r>
      <w:r w:rsidRPr="00785A59">
        <w:rPr>
          <w:sz w:val="24"/>
          <w:szCs w:val="24"/>
          <w:lang w:val="ru-RU"/>
        </w:rPr>
        <w:t xml:space="preserve"> количественные и порядковые. Числительные простые и составные.</w:t>
      </w:r>
    </w:p>
    <w:p w:rsidR="00785A59" w:rsidRPr="00785A59" w:rsidRDefault="00785A59" w:rsidP="00785A59">
      <w:pPr>
        <w:ind w:firstLine="540"/>
        <w:jc w:val="both"/>
        <w:rPr>
          <w:sz w:val="24"/>
          <w:szCs w:val="24"/>
          <w:lang w:val="ru-RU"/>
        </w:rPr>
      </w:pPr>
      <w:r w:rsidRPr="00785A59">
        <w:rPr>
          <w:sz w:val="24"/>
          <w:szCs w:val="24"/>
          <w:lang w:val="ru-RU"/>
        </w:rPr>
        <w:t>Склонение количественных числительных. Правописание гласных в падежных окончаниях. Буква Ь в середине и на конце числительных. Слитное и раздельное написание числительных.</w:t>
      </w:r>
    </w:p>
    <w:p w:rsidR="00785A59" w:rsidRPr="00785A59" w:rsidRDefault="00785A59" w:rsidP="00785A59">
      <w:pPr>
        <w:ind w:firstLine="540"/>
        <w:jc w:val="both"/>
        <w:rPr>
          <w:sz w:val="24"/>
          <w:szCs w:val="24"/>
          <w:lang w:val="ru-RU"/>
        </w:rPr>
      </w:pPr>
      <w:r w:rsidRPr="00785A59">
        <w:rPr>
          <w:sz w:val="24"/>
          <w:szCs w:val="24"/>
          <w:lang w:val="ru-RU"/>
        </w:rPr>
        <w:t>Склонение порядковых числительных. Правописание гласных в падежных окончаниях порядковых числительных.</w:t>
      </w:r>
    </w:p>
    <w:p w:rsidR="00785A59" w:rsidRPr="00785A59" w:rsidRDefault="00785A59" w:rsidP="00785A59">
      <w:pPr>
        <w:ind w:firstLine="540"/>
        <w:jc w:val="both"/>
        <w:rPr>
          <w:b/>
          <w:sz w:val="24"/>
          <w:szCs w:val="24"/>
          <w:lang w:val="ru-RU"/>
        </w:rPr>
      </w:pPr>
      <w:r w:rsidRPr="00785A59">
        <w:rPr>
          <w:b/>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Употребление в речи</w:t>
      </w:r>
      <w:r w:rsidRPr="00397D0B">
        <w:rPr>
          <w:sz w:val="24"/>
          <w:szCs w:val="24"/>
        </w:rPr>
        <w:t> </w:t>
      </w:r>
      <w:r w:rsidRPr="00785A59">
        <w:rPr>
          <w:sz w:val="24"/>
          <w:szCs w:val="24"/>
          <w:lang w:val="ru-RU"/>
        </w:rPr>
        <w:t xml:space="preserve"> прилагательных. Устное выступление.</w:t>
      </w:r>
      <w:r w:rsidRPr="00397D0B">
        <w:rPr>
          <w:sz w:val="24"/>
          <w:szCs w:val="24"/>
        </w:rPr>
        <w:t> </w:t>
      </w:r>
      <w:r w:rsidRPr="00785A59">
        <w:rPr>
          <w:sz w:val="24"/>
          <w:szCs w:val="24"/>
          <w:lang w:val="ru-RU"/>
        </w:rPr>
        <w:t xml:space="preserve"> Выборочное изложение.</w:t>
      </w:r>
    </w:p>
    <w:p w:rsidR="00785A59" w:rsidRPr="00785A59" w:rsidRDefault="00785A59" w:rsidP="00785A59">
      <w:pPr>
        <w:ind w:firstLine="540"/>
        <w:jc w:val="both"/>
        <w:rPr>
          <w:sz w:val="24"/>
          <w:szCs w:val="24"/>
          <w:lang w:val="ru-RU"/>
        </w:rPr>
      </w:pPr>
      <w:r w:rsidRPr="00785A59">
        <w:rPr>
          <w:rStyle w:val="af6"/>
          <w:sz w:val="24"/>
          <w:szCs w:val="24"/>
          <w:lang w:val="ru-RU"/>
        </w:rPr>
        <w:t xml:space="preserve">Обучающиеся должны знать: </w:t>
      </w:r>
      <w:r w:rsidRPr="00785A59">
        <w:rPr>
          <w:sz w:val="24"/>
          <w:szCs w:val="24"/>
          <w:lang w:val="ru-RU"/>
        </w:rPr>
        <w:t>морфологические признаки</w:t>
      </w:r>
      <w:r w:rsidRPr="00397D0B">
        <w:rPr>
          <w:sz w:val="24"/>
          <w:szCs w:val="24"/>
        </w:rPr>
        <w:t> </w:t>
      </w:r>
      <w:r w:rsidRPr="00785A59">
        <w:rPr>
          <w:sz w:val="24"/>
          <w:szCs w:val="24"/>
          <w:lang w:val="ru-RU"/>
        </w:rPr>
        <w:t xml:space="preserve"> числительного; способы образования числительных; правописание числительных.</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proofErr w:type="gramStart"/>
      <w:r w:rsidRPr="00785A59">
        <w:rPr>
          <w:rStyle w:val="af6"/>
          <w:sz w:val="24"/>
          <w:szCs w:val="24"/>
          <w:lang w:val="ru-RU"/>
        </w:rPr>
        <w:t>:</w:t>
      </w:r>
      <w:r w:rsidRPr="00785A59">
        <w:rPr>
          <w:sz w:val="24"/>
          <w:szCs w:val="24"/>
          <w:lang w:val="ru-RU"/>
        </w:rPr>
        <w:t>р</w:t>
      </w:r>
      <w:proofErr w:type="gramEnd"/>
      <w:r w:rsidRPr="00785A59">
        <w:rPr>
          <w:sz w:val="24"/>
          <w:szCs w:val="24"/>
          <w:lang w:val="ru-RU"/>
        </w:rPr>
        <w:t>азличать</w:t>
      </w:r>
      <w:r w:rsidRPr="00397D0B">
        <w:rPr>
          <w:sz w:val="24"/>
          <w:szCs w:val="24"/>
        </w:rPr>
        <w:t> </w:t>
      </w:r>
      <w:r w:rsidRPr="00785A59">
        <w:rPr>
          <w:sz w:val="24"/>
          <w:szCs w:val="24"/>
          <w:lang w:val="ru-RU"/>
        </w:rPr>
        <w:t xml:space="preserve"> числительное</w:t>
      </w:r>
      <w:r w:rsidRPr="00397D0B">
        <w:rPr>
          <w:sz w:val="24"/>
          <w:szCs w:val="24"/>
        </w:rPr>
        <w:t> </w:t>
      </w:r>
      <w:r w:rsidRPr="00785A59">
        <w:rPr>
          <w:sz w:val="24"/>
          <w:szCs w:val="24"/>
          <w:lang w:val="ru-RU"/>
        </w:rPr>
        <w:t xml:space="preserve"> среди других частей речи;</w:t>
      </w:r>
      <w:r w:rsidRPr="00397D0B">
        <w:rPr>
          <w:sz w:val="24"/>
          <w:szCs w:val="24"/>
        </w:rPr>
        <w:t> </w:t>
      </w:r>
      <w:r w:rsidRPr="00785A59">
        <w:rPr>
          <w:sz w:val="24"/>
          <w:szCs w:val="24"/>
          <w:lang w:val="ru-RU"/>
        </w:rPr>
        <w:t xml:space="preserve"> пользоваться орфографическими правилами при выборе написаний, основанных на морфологическом принципе; правильно употреблять изученную морфологическую единицу в речи; производить морфологический разбор прилагательного; писать выборочное изложение, публично выступать.</w:t>
      </w:r>
    </w:p>
    <w:p w:rsidR="00785A59" w:rsidRPr="00785A59" w:rsidRDefault="00785A59" w:rsidP="00785A59">
      <w:pPr>
        <w:ind w:firstLine="540"/>
        <w:jc w:val="both"/>
        <w:rPr>
          <w:rStyle w:val="af7"/>
          <w:b/>
          <w:bCs/>
          <w:sz w:val="24"/>
          <w:szCs w:val="24"/>
          <w:lang w:val="ru-RU"/>
        </w:rPr>
      </w:pPr>
      <w:r w:rsidRPr="00785A59">
        <w:rPr>
          <w:rStyle w:val="af6"/>
          <w:sz w:val="24"/>
          <w:szCs w:val="24"/>
          <w:lang w:val="ru-RU"/>
        </w:rPr>
        <w:t>Местоимение. Культура речи</w:t>
      </w:r>
      <w:r w:rsidRPr="00397D0B">
        <w:rPr>
          <w:rStyle w:val="af6"/>
          <w:sz w:val="24"/>
          <w:szCs w:val="24"/>
        </w:rPr>
        <w:t> </w:t>
      </w:r>
      <w:r w:rsidRPr="00785A59">
        <w:rPr>
          <w:rStyle w:val="af7"/>
          <w:sz w:val="24"/>
          <w:szCs w:val="24"/>
          <w:lang w:val="ru-RU"/>
        </w:rPr>
        <w:t>20 ч. (17+3)</w:t>
      </w:r>
    </w:p>
    <w:p w:rsidR="00785A59" w:rsidRPr="00785A59" w:rsidRDefault="00785A59" w:rsidP="00785A59">
      <w:pPr>
        <w:ind w:firstLine="540"/>
        <w:jc w:val="both"/>
        <w:rPr>
          <w:sz w:val="24"/>
          <w:szCs w:val="24"/>
          <w:lang w:val="ru-RU"/>
        </w:rPr>
      </w:pPr>
      <w:r w:rsidRPr="00785A59">
        <w:rPr>
          <w:sz w:val="24"/>
          <w:szCs w:val="24"/>
          <w:lang w:val="ru-RU"/>
        </w:rPr>
        <w:t>Местоимение как часть речи. Морфологические признаки</w:t>
      </w:r>
      <w:r w:rsidRPr="00397D0B">
        <w:rPr>
          <w:sz w:val="24"/>
          <w:szCs w:val="24"/>
        </w:rPr>
        <w:t> </w:t>
      </w:r>
      <w:r w:rsidRPr="00785A59">
        <w:rPr>
          <w:sz w:val="24"/>
          <w:szCs w:val="24"/>
          <w:lang w:val="ru-RU"/>
        </w:rPr>
        <w:t xml:space="preserve"> местоимения. Синтаксическая роль местоимений в предложении. Разряды местоимений. Склонение местоимений. Раздельное написание предлогов с местоимениями. Буква Н в личных местоиме</w:t>
      </w:r>
      <w:r w:rsidRPr="00785A59">
        <w:rPr>
          <w:sz w:val="24"/>
          <w:szCs w:val="24"/>
          <w:lang w:val="ru-RU"/>
        </w:rPr>
        <w:softHyphen/>
        <w:t xml:space="preserve">ниях 3-го </w:t>
      </w:r>
      <w:r w:rsidRPr="00785A59">
        <w:rPr>
          <w:sz w:val="24"/>
          <w:szCs w:val="24"/>
          <w:lang w:val="ru-RU"/>
        </w:rPr>
        <w:lastRenderedPageBreak/>
        <w:t>лица после предлогов. Образование неопределён</w:t>
      </w:r>
      <w:r w:rsidRPr="00785A59">
        <w:rPr>
          <w:sz w:val="24"/>
          <w:szCs w:val="24"/>
          <w:lang w:val="ru-RU"/>
        </w:rPr>
        <w:softHyphen/>
        <w:t>ных местоимений. Дефис в неопределенных местоимениях. НЕ в неопределенных местоимениях. Слитное и раздель</w:t>
      </w:r>
      <w:r w:rsidRPr="00785A59">
        <w:rPr>
          <w:sz w:val="24"/>
          <w:szCs w:val="24"/>
          <w:lang w:val="ru-RU"/>
        </w:rPr>
        <w:softHyphen/>
        <w:t>ное написание НЕ и НИ в отрицательных местоимениях.</w:t>
      </w:r>
    </w:p>
    <w:p w:rsidR="00785A59" w:rsidRPr="00785A59" w:rsidRDefault="00785A59" w:rsidP="00785A59">
      <w:pPr>
        <w:ind w:firstLine="540"/>
        <w:jc w:val="both"/>
        <w:rPr>
          <w:sz w:val="24"/>
          <w:szCs w:val="24"/>
          <w:lang w:val="ru-RU"/>
        </w:rPr>
      </w:pPr>
      <w:r w:rsidRPr="00785A59">
        <w:rPr>
          <w:rStyle w:val="af6"/>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Употребление в речи</w:t>
      </w:r>
      <w:r w:rsidRPr="00397D0B">
        <w:rPr>
          <w:sz w:val="24"/>
          <w:szCs w:val="24"/>
        </w:rPr>
        <w:t> </w:t>
      </w:r>
      <w:r w:rsidRPr="00785A59">
        <w:rPr>
          <w:sz w:val="24"/>
          <w:szCs w:val="24"/>
          <w:lang w:val="ru-RU"/>
        </w:rPr>
        <w:t xml:space="preserve"> местоимений. Рассказ по сюжетным рисункам. Изложение с элементами сочинения.</w:t>
      </w:r>
    </w:p>
    <w:p w:rsidR="00785A59" w:rsidRPr="00785A59" w:rsidRDefault="00785A59" w:rsidP="00785A59">
      <w:pPr>
        <w:ind w:firstLine="540"/>
        <w:jc w:val="both"/>
        <w:rPr>
          <w:sz w:val="24"/>
          <w:szCs w:val="24"/>
          <w:lang w:val="ru-RU"/>
        </w:rPr>
      </w:pPr>
      <w:r w:rsidRPr="00785A59">
        <w:rPr>
          <w:rStyle w:val="af6"/>
          <w:sz w:val="24"/>
          <w:szCs w:val="24"/>
          <w:lang w:val="ru-RU"/>
        </w:rPr>
        <w:t xml:space="preserve">Обучающиеся должны знать: </w:t>
      </w:r>
      <w:r w:rsidRPr="00785A59">
        <w:rPr>
          <w:sz w:val="24"/>
          <w:szCs w:val="24"/>
          <w:lang w:val="ru-RU"/>
        </w:rPr>
        <w:t>морфологические признаки</w:t>
      </w:r>
      <w:r w:rsidRPr="00397D0B">
        <w:rPr>
          <w:sz w:val="24"/>
          <w:szCs w:val="24"/>
        </w:rPr>
        <w:t>  </w:t>
      </w:r>
      <w:r w:rsidRPr="00785A59">
        <w:rPr>
          <w:sz w:val="24"/>
          <w:szCs w:val="24"/>
          <w:lang w:val="ru-RU"/>
        </w:rPr>
        <w:t xml:space="preserve"> местоимения; способы образования</w:t>
      </w:r>
      <w:r w:rsidRPr="00397D0B">
        <w:rPr>
          <w:sz w:val="24"/>
          <w:szCs w:val="24"/>
        </w:rPr>
        <w:t> </w:t>
      </w:r>
      <w:r w:rsidRPr="00785A59">
        <w:rPr>
          <w:sz w:val="24"/>
          <w:szCs w:val="24"/>
          <w:lang w:val="ru-RU"/>
        </w:rPr>
        <w:t xml:space="preserve"> местоимений; правописание</w:t>
      </w:r>
      <w:r w:rsidRPr="00397D0B">
        <w:rPr>
          <w:sz w:val="24"/>
          <w:szCs w:val="24"/>
        </w:rPr>
        <w:t> </w:t>
      </w:r>
      <w:r w:rsidRPr="00785A59">
        <w:rPr>
          <w:sz w:val="24"/>
          <w:szCs w:val="24"/>
          <w:lang w:val="ru-RU"/>
        </w:rPr>
        <w:t xml:space="preserve"> местоимений.</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r w:rsidRPr="00785A59">
        <w:rPr>
          <w:sz w:val="24"/>
          <w:szCs w:val="24"/>
          <w:lang w:val="ru-RU"/>
        </w:rPr>
        <w:t xml:space="preserve"> различать</w:t>
      </w:r>
      <w:r w:rsidRPr="00397D0B">
        <w:rPr>
          <w:sz w:val="24"/>
          <w:szCs w:val="24"/>
        </w:rPr>
        <w:t>  </w:t>
      </w:r>
      <w:r w:rsidRPr="00785A59">
        <w:rPr>
          <w:sz w:val="24"/>
          <w:szCs w:val="24"/>
          <w:lang w:val="ru-RU"/>
        </w:rPr>
        <w:t xml:space="preserve"> местоимение среди других частей речи; пользоваться орфографическими правилами при выборе написаний, основанных на морфологическом принципе; правильно употреблять изученную морфологическую единицу в речи; производить морфологический разбор</w:t>
      </w:r>
      <w:r w:rsidRPr="00397D0B">
        <w:rPr>
          <w:sz w:val="24"/>
          <w:szCs w:val="24"/>
        </w:rPr>
        <w:t> </w:t>
      </w:r>
      <w:r w:rsidRPr="00785A59">
        <w:rPr>
          <w:sz w:val="24"/>
          <w:szCs w:val="24"/>
          <w:lang w:val="ru-RU"/>
        </w:rPr>
        <w:t xml:space="preserve"> местоимения; писать</w:t>
      </w:r>
      <w:r w:rsidRPr="00397D0B">
        <w:rPr>
          <w:sz w:val="24"/>
          <w:szCs w:val="24"/>
        </w:rPr>
        <w:t> </w:t>
      </w:r>
      <w:r w:rsidRPr="00785A59">
        <w:rPr>
          <w:sz w:val="24"/>
          <w:szCs w:val="24"/>
          <w:lang w:val="ru-RU"/>
        </w:rPr>
        <w:t xml:space="preserve"> изложение с элементами сочинения,</w:t>
      </w:r>
      <w:r w:rsidRPr="00397D0B">
        <w:rPr>
          <w:sz w:val="24"/>
          <w:szCs w:val="24"/>
        </w:rPr>
        <w:t> </w:t>
      </w:r>
      <w:r w:rsidRPr="00785A59">
        <w:rPr>
          <w:sz w:val="24"/>
          <w:szCs w:val="24"/>
          <w:lang w:val="ru-RU"/>
        </w:rPr>
        <w:t xml:space="preserve"> составлять рассказ по сюжетным рисункам.</w:t>
      </w:r>
    </w:p>
    <w:p w:rsidR="00785A59" w:rsidRPr="00785A59" w:rsidRDefault="00785A59" w:rsidP="00785A59">
      <w:pPr>
        <w:ind w:firstLine="540"/>
        <w:jc w:val="both"/>
        <w:rPr>
          <w:rStyle w:val="af7"/>
          <w:i w:val="0"/>
          <w:iCs w:val="0"/>
          <w:sz w:val="24"/>
          <w:szCs w:val="24"/>
          <w:lang w:val="ru-RU"/>
        </w:rPr>
      </w:pPr>
      <w:r w:rsidRPr="00397D0B">
        <w:rPr>
          <w:sz w:val="24"/>
          <w:szCs w:val="24"/>
        </w:rPr>
        <w:t> </w:t>
      </w:r>
      <w:r w:rsidRPr="00785A59">
        <w:rPr>
          <w:rStyle w:val="af6"/>
          <w:sz w:val="24"/>
          <w:szCs w:val="24"/>
          <w:lang w:val="ru-RU"/>
        </w:rPr>
        <w:t>Глагол. Культура речи</w:t>
      </w:r>
      <w:r w:rsidRPr="00397D0B">
        <w:rPr>
          <w:rStyle w:val="af6"/>
          <w:sz w:val="24"/>
          <w:szCs w:val="24"/>
        </w:rPr>
        <w:t> </w:t>
      </w:r>
      <w:r w:rsidRPr="00785A59">
        <w:rPr>
          <w:rStyle w:val="af7"/>
          <w:sz w:val="24"/>
          <w:szCs w:val="24"/>
          <w:lang w:val="ru-RU"/>
        </w:rPr>
        <w:t>24 ч. (18+6)</w:t>
      </w:r>
    </w:p>
    <w:p w:rsidR="00785A59" w:rsidRPr="00785A59" w:rsidRDefault="00785A59" w:rsidP="00785A59">
      <w:pPr>
        <w:ind w:firstLine="540"/>
        <w:jc w:val="both"/>
        <w:rPr>
          <w:sz w:val="24"/>
          <w:szCs w:val="24"/>
          <w:lang w:val="ru-RU"/>
        </w:rPr>
      </w:pPr>
      <w:r w:rsidRPr="00785A59">
        <w:rPr>
          <w:sz w:val="24"/>
          <w:szCs w:val="24"/>
          <w:lang w:val="ru-RU"/>
        </w:rPr>
        <w:t xml:space="preserve">Повторение пройденного о глаголе в </w:t>
      </w:r>
      <w:r w:rsidRPr="00397D0B">
        <w:rPr>
          <w:sz w:val="24"/>
          <w:szCs w:val="24"/>
        </w:rPr>
        <w:t>V</w:t>
      </w:r>
      <w:r w:rsidRPr="00785A59">
        <w:rPr>
          <w:sz w:val="24"/>
          <w:szCs w:val="24"/>
          <w:lang w:val="ru-RU"/>
        </w:rPr>
        <w:t xml:space="preserve"> классе. Морфологические признаки</w:t>
      </w:r>
      <w:r w:rsidRPr="00397D0B">
        <w:rPr>
          <w:sz w:val="24"/>
          <w:szCs w:val="24"/>
        </w:rPr>
        <w:t> </w:t>
      </w:r>
      <w:r w:rsidRPr="00785A59">
        <w:rPr>
          <w:sz w:val="24"/>
          <w:szCs w:val="24"/>
          <w:lang w:val="ru-RU"/>
        </w:rPr>
        <w:t xml:space="preserve"> глагола. Пе</w:t>
      </w:r>
      <w:r w:rsidRPr="00785A59">
        <w:rPr>
          <w:sz w:val="24"/>
          <w:szCs w:val="24"/>
          <w:lang w:val="ru-RU"/>
        </w:rPr>
        <w:softHyphen/>
        <w:t>реходные и непереходные глаголы. Изъяви</w:t>
      </w:r>
      <w:r w:rsidRPr="00785A59">
        <w:rPr>
          <w:sz w:val="24"/>
          <w:szCs w:val="24"/>
          <w:lang w:val="ru-RU"/>
        </w:rPr>
        <w:softHyphen/>
        <w:t>тельное, условное и повелительное наклонение. Раздельное написание БЫ(Б) с глаголами в условном наклонении.</w:t>
      </w:r>
      <w:r w:rsidRPr="00397D0B">
        <w:rPr>
          <w:sz w:val="24"/>
          <w:szCs w:val="24"/>
        </w:rPr>
        <w:t> </w:t>
      </w:r>
      <w:r w:rsidRPr="00785A59">
        <w:rPr>
          <w:sz w:val="24"/>
          <w:szCs w:val="24"/>
          <w:lang w:val="ru-RU"/>
        </w:rPr>
        <w:t>Правописание</w:t>
      </w:r>
      <w:r w:rsidRPr="00397D0B">
        <w:rPr>
          <w:sz w:val="24"/>
          <w:szCs w:val="24"/>
        </w:rPr>
        <w:t> </w:t>
      </w:r>
      <w:r w:rsidRPr="00785A59">
        <w:rPr>
          <w:sz w:val="24"/>
          <w:szCs w:val="24"/>
          <w:lang w:val="ru-RU"/>
        </w:rPr>
        <w:t xml:space="preserve"> глаголов</w:t>
      </w:r>
      <w:r w:rsidRPr="00397D0B">
        <w:rPr>
          <w:sz w:val="24"/>
          <w:szCs w:val="24"/>
        </w:rPr>
        <w:t> </w:t>
      </w:r>
      <w:r w:rsidRPr="00785A59">
        <w:rPr>
          <w:sz w:val="24"/>
          <w:szCs w:val="24"/>
          <w:lang w:val="ru-RU"/>
        </w:rPr>
        <w:t xml:space="preserve"> повелительного наклонения. Разноспря</w:t>
      </w:r>
      <w:r w:rsidRPr="00785A59">
        <w:rPr>
          <w:sz w:val="24"/>
          <w:szCs w:val="24"/>
          <w:lang w:val="ru-RU"/>
        </w:rPr>
        <w:softHyphen/>
        <w:t>гаемые глаголы. Безличные глаголы. Образование глаголов. Правописание гласных в суффиксах глаголов.</w:t>
      </w:r>
    </w:p>
    <w:p w:rsidR="00785A59" w:rsidRPr="00785A59" w:rsidRDefault="00785A59" w:rsidP="00785A59">
      <w:pPr>
        <w:ind w:firstLine="540"/>
        <w:jc w:val="both"/>
        <w:rPr>
          <w:sz w:val="24"/>
          <w:szCs w:val="24"/>
          <w:lang w:val="ru-RU"/>
        </w:rPr>
      </w:pPr>
      <w:r w:rsidRPr="00785A59">
        <w:rPr>
          <w:rStyle w:val="af6"/>
          <w:sz w:val="24"/>
          <w:szCs w:val="24"/>
          <w:lang w:val="ru-RU"/>
        </w:rPr>
        <w:t>Развитие речи</w:t>
      </w:r>
    </w:p>
    <w:p w:rsidR="00785A59" w:rsidRPr="00785A59" w:rsidRDefault="00785A59" w:rsidP="00785A59">
      <w:pPr>
        <w:ind w:firstLine="540"/>
        <w:jc w:val="both"/>
        <w:rPr>
          <w:sz w:val="24"/>
          <w:szCs w:val="24"/>
          <w:lang w:val="ru-RU"/>
        </w:rPr>
      </w:pPr>
      <w:r w:rsidRPr="00785A59">
        <w:rPr>
          <w:sz w:val="24"/>
          <w:szCs w:val="24"/>
          <w:lang w:val="ru-RU"/>
        </w:rPr>
        <w:t>Употребление в речи</w:t>
      </w:r>
      <w:r w:rsidRPr="00397D0B">
        <w:rPr>
          <w:sz w:val="24"/>
          <w:szCs w:val="24"/>
        </w:rPr>
        <w:t>  </w:t>
      </w:r>
      <w:r w:rsidRPr="00785A59">
        <w:rPr>
          <w:sz w:val="24"/>
          <w:szCs w:val="24"/>
          <w:lang w:val="ru-RU"/>
        </w:rPr>
        <w:t xml:space="preserve"> глагола.</w:t>
      </w:r>
      <w:r w:rsidRPr="00397D0B">
        <w:rPr>
          <w:sz w:val="24"/>
          <w:szCs w:val="24"/>
        </w:rPr>
        <w:t> </w:t>
      </w:r>
      <w:r w:rsidRPr="00785A59">
        <w:rPr>
          <w:sz w:val="24"/>
          <w:szCs w:val="24"/>
          <w:lang w:val="ru-RU"/>
        </w:rPr>
        <w:t xml:space="preserve"> Употребление наклонений глагола. Рассказ. Рассказ по рисункам. Рассказ на основе услышанного.</w:t>
      </w:r>
    </w:p>
    <w:p w:rsidR="00785A59" w:rsidRPr="00785A59" w:rsidRDefault="00785A59" w:rsidP="00785A59">
      <w:pPr>
        <w:ind w:firstLine="540"/>
        <w:jc w:val="both"/>
        <w:rPr>
          <w:sz w:val="24"/>
          <w:szCs w:val="24"/>
          <w:lang w:val="ru-RU"/>
        </w:rPr>
      </w:pPr>
      <w:r w:rsidRPr="00785A59">
        <w:rPr>
          <w:rStyle w:val="af6"/>
          <w:sz w:val="24"/>
          <w:szCs w:val="24"/>
          <w:lang w:val="ru-RU"/>
        </w:rPr>
        <w:t xml:space="preserve">Обучающиеся должны знать: </w:t>
      </w:r>
      <w:r w:rsidRPr="00785A59">
        <w:rPr>
          <w:sz w:val="24"/>
          <w:szCs w:val="24"/>
          <w:lang w:val="ru-RU"/>
        </w:rPr>
        <w:t>морфологические признаки</w:t>
      </w:r>
      <w:r w:rsidRPr="00397D0B">
        <w:rPr>
          <w:sz w:val="24"/>
          <w:szCs w:val="24"/>
        </w:rPr>
        <w:t> </w:t>
      </w:r>
      <w:r w:rsidRPr="00785A59">
        <w:rPr>
          <w:sz w:val="24"/>
          <w:szCs w:val="24"/>
          <w:lang w:val="ru-RU"/>
        </w:rPr>
        <w:t xml:space="preserve"> глагола; способы образования</w:t>
      </w:r>
      <w:r w:rsidRPr="00397D0B">
        <w:rPr>
          <w:sz w:val="24"/>
          <w:szCs w:val="24"/>
        </w:rPr>
        <w:t> </w:t>
      </w:r>
      <w:r w:rsidRPr="00785A59">
        <w:rPr>
          <w:sz w:val="24"/>
          <w:szCs w:val="24"/>
          <w:lang w:val="ru-RU"/>
        </w:rPr>
        <w:t xml:space="preserve"> глагола</w:t>
      </w:r>
      <w:proofErr w:type="gramStart"/>
      <w:r w:rsidRPr="00785A59">
        <w:rPr>
          <w:sz w:val="24"/>
          <w:szCs w:val="24"/>
          <w:lang w:val="ru-RU"/>
        </w:rPr>
        <w:t xml:space="preserve"> ;</w:t>
      </w:r>
      <w:proofErr w:type="gramEnd"/>
      <w:r w:rsidRPr="00785A59">
        <w:rPr>
          <w:sz w:val="24"/>
          <w:szCs w:val="24"/>
          <w:lang w:val="ru-RU"/>
        </w:rPr>
        <w:t xml:space="preserve"> правописание</w:t>
      </w:r>
      <w:r w:rsidRPr="00397D0B">
        <w:rPr>
          <w:sz w:val="24"/>
          <w:szCs w:val="24"/>
        </w:rPr>
        <w:t> </w:t>
      </w:r>
      <w:r w:rsidRPr="00785A59">
        <w:rPr>
          <w:sz w:val="24"/>
          <w:szCs w:val="24"/>
          <w:lang w:val="ru-RU"/>
        </w:rPr>
        <w:t xml:space="preserve"> суффиксов глаголов.</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proofErr w:type="gramStart"/>
      <w:r w:rsidRPr="00785A59">
        <w:rPr>
          <w:rStyle w:val="af6"/>
          <w:sz w:val="24"/>
          <w:szCs w:val="24"/>
          <w:lang w:val="ru-RU"/>
        </w:rPr>
        <w:t>:</w:t>
      </w:r>
      <w:r w:rsidRPr="00785A59">
        <w:rPr>
          <w:sz w:val="24"/>
          <w:szCs w:val="24"/>
          <w:lang w:val="ru-RU"/>
        </w:rPr>
        <w:t>р</w:t>
      </w:r>
      <w:proofErr w:type="gramEnd"/>
      <w:r w:rsidRPr="00785A59">
        <w:rPr>
          <w:sz w:val="24"/>
          <w:szCs w:val="24"/>
          <w:lang w:val="ru-RU"/>
        </w:rPr>
        <w:t>азличать</w:t>
      </w:r>
      <w:r w:rsidRPr="00397D0B">
        <w:rPr>
          <w:sz w:val="24"/>
          <w:szCs w:val="24"/>
        </w:rPr>
        <w:t> </w:t>
      </w:r>
      <w:r w:rsidRPr="00785A59">
        <w:rPr>
          <w:sz w:val="24"/>
          <w:szCs w:val="24"/>
          <w:lang w:val="ru-RU"/>
        </w:rPr>
        <w:t xml:space="preserve"> глагол среди других частей речи;</w:t>
      </w:r>
      <w:r w:rsidRPr="00397D0B">
        <w:rPr>
          <w:sz w:val="24"/>
          <w:szCs w:val="24"/>
        </w:rPr>
        <w:t> </w:t>
      </w:r>
      <w:r w:rsidRPr="00785A59">
        <w:rPr>
          <w:sz w:val="24"/>
          <w:szCs w:val="24"/>
          <w:lang w:val="ru-RU"/>
        </w:rPr>
        <w:t xml:space="preserve"> пользоваться орфографическими правилами при выборе написаний, основанных на морфологическом принципе; правильно употреблять изученную морфологическую единицу в речи; производить морфологический разбор глагола; создавать тексты-рассказы.</w:t>
      </w:r>
    </w:p>
    <w:p w:rsidR="00785A59" w:rsidRPr="00785A59" w:rsidRDefault="00785A59" w:rsidP="00785A59">
      <w:pPr>
        <w:ind w:firstLine="540"/>
        <w:jc w:val="both"/>
        <w:rPr>
          <w:rStyle w:val="af7"/>
          <w:i w:val="0"/>
          <w:iCs w:val="0"/>
          <w:sz w:val="24"/>
          <w:szCs w:val="24"/>
          <w:lang w:val="ru-RU"/>
        </w:rPr>
      </w:pPr>
      <w:r w:rsidRPr="00785A59">
        <w:rPr>
          <w:rStyle w:val="af6"/>
          <w:sz w:val="24"/>
          <w:szCs w:val="24"/>
          <w:lang w:val="ru-RU"/>
        </w:rPr>
        <w:t xml:space="preserve">  Повторение изученного в</w:t>
      </w:r>
      <w:r w:rsidRPr="00397D0B">
        <w:rPr>
          <w:rStyle w:val="af6"/>
          <w:sz w:val="24"/>
          <w:szCs w:val="24"/>
        </w:rPr>
        <w:t> </w:t>
      </w:r>
      <w:r w:rsidRPr="00785A59">
        <w:rPr>
          <w:rStyle w:val="af6"/>
          <w:sz w:val="24"/>
          <w:szCs w:val="24"/>
          <w:lang w:val="ru-RU"/>
        </w:rPr>
        <w:t xml:space="preserve"> 6 классе</w:t>
      </w:r>
      <w:r w:rsidRPr="00397D0B">
        <w:rPr>
          <w:rStyle w:val="af6"/>
          <w:sz w:val="24"/>
          <w:szCs w:val="24"/>
        </w:rPr>
        <w:t> </w:t>
      </w:r>
      <w:r w:rsidRPr="00785A59">
        <w:rPr>
          <w:rStyle w:val="af6"/>
          <w:sz w:val="24"/>
          <w:szCs w:val="24"/>
          <w:lang w:val="ru-RU"/>
        </w:rPr>
        <w:t>22</w:t>
      </w:r>
      <w:r w:rsidRPr="00785A59">
        <w:rPr>
          <w:rStyle w:val="af7"/>
          <w:sz w:val="24"/>
          <w:szCs w:val="24"/>
          <w:lang w:val="ru-RU"/>
        </w:rPr>
        <w:t xml:space="preserve"> ч.</w:t>
      </w:r>
    </w:p>
    <w:p w:rsidR="00785A59" w:rsidRPr="00785A59" w:rsidRDefault="00785A59" w:rsidP="00785A59">
      <w:pPr>
        <w:ind w:firstLine="540"/>
        <w:jc w:val="both"/>
        <w:rPr>
          <w:sz w:val="24"/>
          <w:szCs w:val="24"/>
          <w:lang w:val="ru-RU"/>
        </w:rPr>
      </w:pPr>
      <w:r w:rsidRPr="00785A59">
        <w:rPr>
          <w:sz w:val="24"/>
          <w:szCs w:val="24"/>
          <w:lang w:val="ru-RU"/>
        </w:rPr>
        <w:t>Разделы науки о языке. Орфография. Орфографический разбор. Пунктуация. Пунктуационный разбор. Лексика и фразеология. Словообразование. Морфология. Синтаксис.</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знать:</w:t>
      </w:r>
      <w:r w:rsidRPr="00785A59">
        <w:rPr>
          <w:sz w:val="24"/>
          <w:szCs w:val="24"/>
          <w:lang w:val="ru-RU"/>
        </w:rPr>
        <w:t xml:space="preserve"> изученные в 5 классе теоретические сведения по лингвистике, орфограммы, </w:t>
      </w:r>
      <w:proofErr w:type="spellStart"/>
      <w:r w:rsidRPr="00785A59">
        <w:rPr>
          <w:sz w:val="24"/>
          <w:szCs w:val="24"/>
          <w:lang w:val="ru-RU"/>
        </w:rPr>
        <w:t>пунктограммы</w:t>
      </w:r>
      <w:proofErr w:type="spellEnd"/>
      <w:r w:rsidRPr="00785A59">
        <w:rPr>
          <w:sz w:val="24"/>
          <w:szCs w:val="24"/>
          <w:lang w:val="ru-RU"/>
        </w:rPr>
        <w:t>.</w:t>
      </w:r>
    </w:p>
    <w:p w:rsidR="00785A59" w:rsidRPr="00785A59" w:rsidRDefault="00785A59" w:rsidP="00785A59">
      <w:pPr>
        <w:ind w:firstLine="540"/>
        <w:jc w:val="both"/>
        <w:rPr>
          <w:sz w:val="24"/>
          <w:szCs w:val="24"/>
          <w:lang w:val="ru-RU"/>
        </w:rPr>
      </w:pPr>
      <w:r w:rsidRPr="00785A59">
        <w:rPr>
          <w:rStyle w:val="af6"/>
          <w:sz w:val="24"/>
          <w:szCs w:val="24"/>
          <w:lang w:val="ru-RU"/>
        </w:rPr>
        <w:t>Обучающиеся должны уметь:</w:t>
      </w:r>
      <w:r w:rsidRPr="00785A59">
        <w:rPr>
          <w:sz w:val="24"/>
          <w:szCs w:val="24"/>
          <w:lang w:val="ru-RU"/>
        </w:rPr>
        <w:t xml:space="preserve"> обосновывать выбор изученных орфограмм и </w:t>
      </w:r>
      <w:proofErr w:type="spellStart"/>
      <w:r w:rsidRPr="00785A59">
        <w:rPr>
          <w:sz w:val="24"/>
          <w:szCs w:val="24"/>
          <w:lang w:val="ru-RU"/>
        </w:rPr>
        <w:t>пунктограмм</w:t>
      </w:r>
      <w:proofErr w:type="spellEnd"/>
      <w:r w:rsidRPr="00785A59">
        <w:rPr>
          <w:sz w:val="24"/>
          <w:szCs w:val="24"/>
          <w:lang w:val="ru-RU"/>
        </w:rPr>
        <w:t>; определять тему и основную мысль текста, его стиль; писать изложения (выборочные, с элементами сочинения) и сочинения различных видов (по картине, рассказы, на основе услышанного).</w:t>
      </w:r>
    </w:p>
    <w:p w:rsidR="00785A59" w:rsidRPr="00785A59" w:rsidRDefault="00785A59" w:rsidP="00785A59">
      <w:pPr>
        <w:jc w:val="both"/>
        <w:rPr>
          <w:rStyle w:val="af6"/>
          <w:sz w:val="24"/>
          <w:szCs w:val="24"/>
          <w:lang w:val="ru-RU"/>
        </w:rPr>
      </w:pPr>
    </w:p>
    <w:p w:rsidR="00EC782F" w:rsidRPr="00EC782F" w:rsidRDefault="00EC782F" w:rsidP="00EC782F">
      <w:pPr>
        <w:rPr>
          <w:b/>
          <w:bCs/>
          <w:sz w:val="28"/>
          <w:szCs w:val="28"/>
        </w:rPr>
      </w:pPr>
      <w:proofErr w:type="spellStart"/>
      <w:r w:rsidRPr="00EC782F">
        <w:rPr>
          <w:b/>
          <w:bCs/>
          <w:sz w:val="28"/>
          <w:szCs w:val="28"/>
        </w:rPr>
        <w:t>Календарно-тематическоепланирование</w:t>
      </w:r>
      <w:proofErr w:type="spellEnd"/>
    </w:p>
    <w:p w:rsidR="00EC782F" w:rsidRPr="00EC782F" w:rsidRDefault="00EC782F" w:rsidP="00EC782F">
      <w:pPr>
        <w:rPr>
          <w:sz w:val="28"/>
          <w:szCs w:val="28"/>
        </w:rPr>
      </w:pPr>
    </w:p>
    <w:tbl>
      <w:tblPr>
        <w:tblW w:w="49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5"/>
        <w:gridCol w:w="2153"/>
        <w:gridCol w:w="2153"/>
        <w:gridCol w:w="1848"/>
        <w:gridCol w:w="5878"/>
        <w:gridCol w:w="780"/>
        <w:gridCol w:w="712"/>
      </w:tblGrid>
      <w:tr w:rsidR="00EC782F" w:rsidRPr="00E643E5" w:rsidTr="00EC782F">
        <w:trPr>
          <w:trHeight w:val="628"/>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jc w:val="center"/>
              <w:rPr>
                <w:rFonts w:eastAsia="Calibri"/>
                <w:b/>
                <w:bCs/>
              </w:rPr>
            </w:pPr>
          </w:p>
          <w:p w:rsidR="00EC782F" w:rsidRPr="00E643E5" w:rsidRDefault="00EC782F" w:rsidP="00EC782F">
            <w:pPr>
              <w:jc w:val="center"/>
              <w:rPr>
                <w:rFonts w:eastAsia="Calibri"/>
                <w:b/>
                <w:bCs/>
              </w:rPr>
            </w:pPr>
          </w:p>
          <w:p w:rsidR="00EC782F" w:rsidRPr="00E643E5" w:rsidRDefault="00EC782F" w:rsidP="00EC782F">
            <w:pPr>
              <w:jc w:val="center"/>
              <w:rPr>
                <w:rFonts w:eastAsia="Calibri"/>
                <w:b/>
                <w:bCs/>
              </w:rPr>
            </w:pPr>
            <w:r w:rsidRPr="00E643E5">
              <w:rPr>
                <w:rFonts w:eastAsia="Calibri"/>
                <w:b/>
                <w:bCs/>
              </w:rPr>
              <w:t>№</w:t>
            </w:r>
          </w:p>
        </w:tc>
        <w:tc>
          <w:tcPr>
            <w:tcW w:w="756" w:type="pct"/>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jc w:val="both"/>
              <w:rPr>
                <w:rFonts w:eastAsia="Calibri"/>
                <w:b/>
                <w:bCs/>
              </w:rPr>
            </w:pPr>
            <w:proofErr w:type="spellStart"/>
            <w:r w:rsidRPr="00E643E5">
              <w:rPr>
                <w:rFonts w:eastAsia="Calibri"/>
                <w:b/>
                <w:bCs/>
              </w:rPr>
              <w:t>Темаурока</w:t>
            </w:r>
            <w:proofErr w:type="spellEnd"/>
          </w:p>
        </w:tc>
        <w:tc>
          <w:tcPr>
            <w:tcW w:w="756" w:type="pct"/>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jc w:val="both"/>
              <w:rPr>
                <w:rFonts w:eastAsia="Calibri"/>
                <w:b/>
                <w:bCs/>
              </w:rPr>
            </w:pPr>
            <w:proofErr w:type="spellStart"/>
            <w:r>
              <w:rPr>
                <w:rFonts w:eastAsia="Calibri"/>
                <w:b/>
                <w:bCs/>
              </w:rPr>
              <w:t>С</w:t>
            </w:r>
            <w:r w:rsidRPr="00E643E5">
              <w:rPr>
                <w:rFonts w:eastAsia="Calibri"/>
                <w:b/>
                <w:bCs/>
              </w:rPr>
              <w:t>одержа</w:t>
            </w:r>
            <w:r>
              <w:rPr>
                <w:rFonts w:eastAsia="Calibri"/>
                <w:b/>
                <w:bCs/>
              </w:rPr>
              <w:t>ние</w:t>
            </w:r>
            <w:proofErr w:type="spellEnd"/>
          </w:p>
        </w:tc>
        <w:tc>
          <w:tcPr>
            <w:tcW w:w="649" w:type="pct"/>
            <w:tcBorders>
              <w:top w:val="single" w:sz="4" w:space="0" w:color="auto"/>
              <w:left w:val="single" w:sz="4" w:space="0" w:color="auto"/>
              <w:bottom w:val="single" w:sz="4" w:space="0" w:color="auto"/>
              <w:right w:val="single" w:sz="4" w:space="0" w:color="auto"/>
            </w:tcBorders>
            <w:vAlign w:val="center"/>
          </w:tcPr>
          <w:p w:rsidR="00EC782F" w:rsidRDefault="00EC782F" w:rsidP="00EC782F">
            <w:pPr>
              <w:jc w:val="both"/>
              <w:rPr>
                <w:rFonts w:eastAsia="Calibri"/>
                <w:b/>
                <w:bCs/>
              </w:rPr>
            </w:pPr>
            <w:proofErr w:type="spellStart"/>
            <w:r>
              <w:rPr>
                <w:rFonts w:eastAsia="Calibri"/>
                <w:b/>
                <w:bCs/>
              </w:rPr>
              <w:t>Контроль</w:t>
            </w:r>
            <w:proofErr w:type="spellEnd"/>
          </w:p>
          <w:p w:rsidR="00EC782F" w:rsidRPr="00E643E5" w:rsidRDefault="00EC782F" w:rsidP="00EC782F">
            <w:pPr>
              <w:jc w:val="both"/>
              <w:rPr>
                <w:rFonts w:eastAsia="Calibri"/>
                <w:b/>
                <w:bCs/>
              </w:rPr>
            </w:pPr>
          </w:p>
        </w:tc>
        <w:tc>
          <w:tcPr>
            <w:tcW w:w="2064" w:type="pct"/>
            <w:tcBorders>
              <w:top w:val="single" w:sz="4" w:space="0" w:color="auto"/>
              <w:left w:val="single" w:sz="4" w:space="0" w:color="auto"/>
              <w:bottom w:val="single" w:sz="4" w:space="0" w:color="auto"/>
              <w:right w:val="single" w:sz="4" w:space="0" w:color="auto"/>
            </w:tcBorders>
            <w:vAlign w:val="bottom"/>
          </w:tcPr>
          <w:p w:rsidR="00EC782F" w:rsidRPr="00E643E5" w:rsidRDefault="00EC782F" w:rsidP="00EC782F">
            <w:pPr>
              <w:jc w:val="both"/>
              <w:rPr>
                <w:rFonts w:eastAsia="Calibri"/>
                <w:b/>
                <w:bCs/>
              </w:rPr>
            </w:pPr>
            <w:proofErr w:type="spellStart"/>
            <w:r>
              <w:rPr>
                <w:rFonts w:eastAsia="Calibri"/>
                <w:b/>
                <w:bCs/>
              </w:rPr>
              <w:t>Планируемыерезультаты</w:t>
            </w:r>
            <w:proofErr w:type="spellEnd"/>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jc w:val="both"/>
              <w:rPr>
                <w:rFonts w:eastAsia="Calibri"/>
                <w:b/>
                <w:bCs/>
                <w:sz w:val="18"/>
              </w:rPr>
            </w:pPr>
          </w:p>
          <w:p w:rsidR="00EC782F" w:rsidRPr="001C3005" w:rsidRDefault="00EC782F" w:rsidP="00EC782F">
            <w:pPr>
              <w:jc w:val="both"/>
              <w:rPr>
                <w:rFonts w:eastAsia="Calibri"/>
                <w:b/>
                <w:bCs/>
                <w:sz w:val="18"/>
              </w:rPr>
            </w:pPr>
            <w:proofErr w:type="spellStart"/>
            <w:r w:rsidRPr="001C3005">
              <w:rPr>
                <w:rFonts w:eastAsia="Calibri"/>
                <w:b/>
                <w:bCs/>
                <w:sz w:val="18"/>
              </w:rPr>
              <w:t>Датаплан</w:t>
            </w:r>
            <w:proofErr w:type="spellEnd"/>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jc w:val="both"/>
              <w:rPr>
                <w:rFonts w:eastAsia="Calibri"/>
                <w:b/>
                <w:bCs/>
              </w:rPr>
            </w:pPr>
          </w:p>
          <w:p w:rsidR="00EC782F" w:rsidRPr="00E643E5" w:rsidRDefault="00EC782F" w:rsidP="00EC782F">
            <w:pPr>
              <w:jc w:val="both"/>
              <w:rPr>
                <w:rFonts w:eastAsia="Calibri"/>
                <w:b/>
                <w:bCs/>
              </w:rPr>
            </w:pPr>
          </w:p>
          <w:p w:rsidR="00EC782F" w:rsidRPr="00E643E5" w:rsidRDefault="00EC782F" w:rsidP="00EC782F">
            <w:pPr>
              <w:jc w:val="both"/>
              <w:rPr>
                <w:rFonts w:eastAsia="Calibri"/>
                <w:b/>
                <w:bCs/>
              </w:rPr>
            </w:pPr>
            <w:proofErr w:type="spellStart"/>
            <w:r w:rsidRPr="00E643E5">
              <w:rPr>
                <w:rFonts w:eastAsia="Calibri"/>
                <w:b/>
                <w:bCs/>
              </w:rPr>
              <w:t>Дата</w:t>
            </w:r>
            <w:proofErr w:type="spellEnd"/>
          </w:p>
          <w:p w:rsidR="00EC782F" w:rsidRPr="00E643E5" w:rsidRDefault="00EC782F" w:rsidP="00EC782F">
            <w:pPr>
              <w:jc w:val="both"/>
              <w:rPr>
                <w:rFonts w:eastAsia="Calibri"/>
                <w:b/>
                <w:bCs/>
              </w:rPr>
            </w:pPr>
            <w:proofErr w:type="spellStart"/>
            <w:r w:rsidRPr="00E643E5">
              <w:rPr>
                <w:rFonts w:eastAsia="Calibri"/>
                <w:b/>
                <w:bCs/>
              </w:rPr>
              <w:t>факт</w:t>
            </w:r>
            <w:proofErr w:type="spellEnd"/>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1</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Русский язык - один из развитых языков мира</w:t>
            </w:r>
          </w:p>
          <w:p w:rsidR="00EC782F" w:rsidRPr="00EC782F" w:rsidRDefault="00EC782F" w:rsidP="00EC782F">
            <w:pPr>
              <w:rPr>
                <w:rFonts w:eastAsia="Calibri"/>
                <w:color w:val="31849B"/>
                <w:lang w:val="ru-RU"/>
              </w:rPr>
            </w:pP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Роль языка в жизни общества. Богатство и выразительность русского языка.  </w:t>
            </w:r>
            <w:proofErr w:type="spellStart"/>
            <w:r w:rsidRPr="00E643E5">
              <w:rPr>
                <w:rFonts w:eastAsia="Calibri"/>
              </w:rPr>
              <w:t>Цельобщения</w:t>
            </w:r>
            <w:proofErr w:type="spellEnd"/>
            <w:r w:rsidRPr="00E643E5">
              <w:rPr>
                <w:rFonts w:eastAsia="Calibri"/>
              </w:rPr>
              <w:t xml:space="preserve">, </w:t>
            </w:r>
            <w:proofErr w:type="spellStart"/>
            <w:r w:rsidRPr="00E643E5">
              <w:rPr>
                <w:rFonts w:eastAsia="Calibri"/>
              </w:rPr>
              <w:t>ситуацияобщения</w:t>
            </w:r>
            <w:proofErr w:type="spellEnd"/>
            <w:r w:rsidRPr="00E643E5">
              <w:rPr>
                <w:rFonts w:eastAsia="Calibri"/>
              </w:rPr>
              <w:t xml:space="preserve">, </w:t>
            </w:r>
            <w:proofErr w:type="spellStart"/>
            <w:r w:rsidRPr="00E643E5">
              <w:rPr>
                <w:rFonts w:eastAsia="Calibri"/>
              </w:rPr>
              <w:t>правилаобщения</w:t>
            </w:r>
            <w:proofErr w:type="spellEnd"/>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Устное и письменное высказывание на лингвистическую тему</w:t>
            </w: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Выделяют количественные характеристики объектов.</w:t>
            </w:r>
          </w:p>
          <w:p w:rsidR="00EC782F" w:rsidRPr="00EC782F" w:rsidRDefault="00EC782F" w:rsidP="00EC782F">
            <w:pPr>
              <w:ind w:right="-183"/>
              <w:rPr>
                <w:rFonts w:eastAsia="Calibri"/>
                <w:lang w:val="ru-RU"/>
              </w:rPr>
            </w:pPr>
            <w:r w:rsidRPr="00EC782F">
              <w:rPr>
                <w:rFonts w:eastAsia="Calibri"/>
                <w:lang w:val="ru-RU"/>
              </w:rPr>
              <w:t xml:space="preserve">Восстанавливают предметную ситуацию путем пересказа. </w:t>
            </w:r>
          </w:p>
          <w:p w:rsidR="00EC782F" w:rsidRPr="00EC782F" w:rsidRDefault="00EC782F" w:rsidP="00EC782F">
            <w:pPr>
              <w:rPr>
                <w:rFonts w:eastAsia="Calibri"/>
                <w:lang w:val="ru-RU"/>
              </w:rPr>
            </w:pPr>
            <w:r w:rsidRPr="00EC782F">
              <w:rPr>
                <w:rFonts w:eastAsia="Calibri"/>
                <w:lang w:val="ru-RU"/>
              </w:rPr>
              <w:t>Ставят учебную задачу на основе соотнесения  известного и неизвестного</w:t>
            </w:r>
          </w:p>
          <w:p w:rsidR="00EC782F" w:rsidRPr="00EC782F" w:rsidRDefault="00EC782F" w:rsidP="00EC782F">
            <w:pPr>
              <w:rPr>
                <w:rFonts w:eastAsia="Calibri"/>
                <w:lang w:val="ru-RU"/>
              </w:rPr>
            </w:pPr>
            <w:r w:rsidRPr="00EC782F">
              <w:rPr>
                <w:rFonts w:eastAsia="Calibri"/>
                <w:lang w:val="ru-RU"/>
              </w:rPr>
              <w:t>Вступают в диалог, участвуют в коллективном обсуждении</w:t>
            </w:r>
          </w:p>
          <w:p w:rsidR="00EC782F" w:rsidRPr="00EC782F" w:rsidRDefault="00EC782F" w:rsidP="00EC782F">
            <w:pPr>
              <w:ind w:right="-52"/>
              <w:rPr>
                <w:rFonts w:eastAsia="Calibri"/>
                <w:lang w:val="ru-RU"/>
              </w:rPr>
            </w:pPr>
            <w:r w:rsidRPr="00EC782F">
              <w:rPr>
                <w:rFonts w:eastAsia="Calibri"/>
                <w:lang w:val="ru-RU"/>
              </w:rPr>
              <w:t>Освоение личностного смысла учения, желания учиться.</w:t>
            </w:r>
          </w:p>
          <w:p w:rsidR="00EC782F" w:rsidRPr="00EC782F" w:rsidRDefault="00EC782F" w:rsidP="00EC782F">
            <w:pPr>
              <w:ind w:right="-52"/>
              <w:rPr>
                <w:rFonts w:eastAsia="Calibri"/>
                <w:lang w:val="ru-RU"/>
              </w:rPr>
            </w:pPr>
          </w:p>
          <w:p w:rsidR="00EC782F" w:rsidRPr="00EC782F" w:rsidRDefault="00EC782F" w:rsidP="00EC782F">
            <w:pPr>
              <w:ind w:right="-52"/>
              <w:rPr>
                <w:rFonts w:eastAsia="Calibri"/>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01</w:t>
            </w:r>
            <w:r w:rsidR="00EC782F" w:rsidRPr="001C3005">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2</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Фонетика</w:t>
            </w:r>
            <w:proofErr w:type="spellEnd"/>
            <w:r w:rsidRPr="00E643E5">
              <w:rPr>
                <w:rFonts w:eastAsia="Calibri"/>
              </w:rPr>
              <w:t xml:space="preserve">. </w:t>
            </w:r>
            <w:proofErr w:type="spellStart"/>
            <w:r w:rsidRPr="00E643E5">
              <w:rPr>
                <w:rFonts w:eastAsia="Calibri"/>
              </w:rPr>
              <w:t>Орфоэпия</w:t>
            </w:r>
            <w:proofErr w:type="spellEnd"/>
            <w:r w:rsidRPr="00E643E5">
              <w:rPr>
                <w:rFonts w:eastAsia="Calibri"/>
              </w:rPr>
              <w:t xml:space="preserve">. </w:t>
            </w:r>
            <w:proofErr w:type="spellStart"/>
            <w:r w:rsidRPr="00E643E5">
              <w:rPr>
                <w:rFonts w:eastAsia="Calibri"/>
              </w:rPr>
              <w:t>Графика</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Систематизация изученного о звуковой системе языка. Звуки речи: гласные-согласные, сильные и слабые позиции</w:t>
            </w:r>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Анализ текста, фонетический разбор слова. </w:t>
            </w: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Выделяют и формулируют познавательную цель</w:t>
            </w:r>
          </w:p>
          <w:p w:rsidR="00EC782F" w:rsidRPr="00EC782F" w:rsidRDefault="00EC782F" w:rsidP="00EC782F">
            <w:pPr>
              <w:ind w:right="-126"/>
              <w:rPr>
                <w:rFonts w:eastAsia="Calibri"/>
                <w:lang w:val="ru-RU"/>
              </w:rPr>
            </w:pPr>
            <w:r w:rsidRPr="00EC782F">
              <w:rPr>
                <w:rFonts w:eastAsia="Calibri"/>
                <w:lang w:val="ru-RU"/>
              </w:rPr>
              <w:t xml:space="preserve"> Выделяют и осознают, что уже усвоено и что подлежит усвоению</w:t>
            </w:r>
          </w:p>
          <w:p w:rsidR="00EC782F" w:rsidRPr="00EC782F" w:rsidRDefault="00EC782F" w:rsidP="00EC782F">
            <w:pPr>
              <w:ind w:right="-114"/>
              <w:rPr>
                <w:rFonts w:eastAsia="Calibri"/>
                <w:lang w:val="ru-RU"/>
              </w:rPr>
            </w:pPr>
            <w:r w:rsidRPr="00EC782F">
              <w:rPr>
                <w:rFonts w:eastAsia="Calibri"/>
                <w:lang w:val="ru-RU"/>
              </w:rPr>
              <w:t>Устанавливают рабочие отношения, учатся эффективно сотрудничать</w:t>
            </w:r>
          </w:p>
          <w:p w:rsidR="00EC782F" w:rsidRPr="00EC782F" w:rsidRDefault="00EC782F" w:rsidP="00EC782F">
            <w:pPr>
              <w:ind w:right="-143"/>
              <w:rPr>
                <w:rFonts w:eastAsia="Calibri"/>
                <w:lang w:val="ru-RU"/>
              </w:rPr>
            </w:pPr>
            <w:r w:rsidRPr="00EC782F">
              <w:rPr>
                <w:rFonts w:eastAsia="Calibri"/>
                <w:lang w:val="ru-RU"/>
              </w:rPr>
              <w:t>Определение границы знания и незнания, коррекция собственных  задач</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01</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360"/>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3</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roofErr w:type="spellStart"/>
            <w:r w:rsidRPr="00EC782F">
              <w:rPr>
                <w:rFonts w:eastAsia="Calibri"/>
                <w:lang w:val="ru-RU"/>
              </w:rPr>
              <w:t>Морфемика</w:t>
            </w:r>
            <w:proofErr w:type="spellEnd"/>
            <w:r w:rsidRPr="00EC782F">
              <w:rPr>
                <w:rFonts w:eastAsia="Calibri"/>
                <w:lang w:val="ru-RU"/>
              </w:rPr>
              <w:t>. Орфограммы в корнях слов</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Систематизация изученного о морфемах. Правописание согласных и гласных в корнях слов</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Объяснительныйдиктант</w:t>
            </w:r>
            <w:proofErr w:type="spellEnd"/>
            <w:r w:rsidRPr="00E643E5">
              <w:rPr>
                <w:rFonts w:eastAsia="Calibri"/>
              </w:rPr>
              <w:t>.</w:t>
            </w: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Выбирают наиболее эффективные способы решения учебной задачи</w:t>
            </w:r>
          </w:p>
          <w:p w:rsidR="00EC782F" w:rsidRPr="00EC782F" w:rsidRDefault="00EC782F" w:rsidP="00EC782F">
            <w:pPr>
              <w:ind w:right="-77"/>
              <w:rPr>
                <w:rFonts w:eastAsia="Calibri"/>
                <w:lang w:val="ru-RU"/>
              </w:rPr>
            </w:pPr>
            <w:r w:rsidRPr="00EC782F">
              <w:rPr>
                <w:rFonts w:eastAsia="Calibri"/>
                <w:lang w:val="ru-RU"/>
              </w:rPr>
              <w:t>Предвосхищают временные характеристики достижения результат</w:t>
            </w:r>
          </w:p>
          <w:p w:rsidR="00EC782F" w:rsidRPr="00EC782F" w:rsidRDefault="00EC782F" w:rsidP="00EC782F">
            <w:pPr>
              <w:rPr>
                <w:rFonts w:eastAsia="Calibri"/>
                <w:lang w:val="ru-RU"/>
              </w:rPr>
            </w:pPr>
            <w:r w:rsidRPr="00EC782F">
              <w:rPr>
                <w:rFonts w:eastAsia="Calibri"/>
                <w:lang w:val="ru-RU"/>
              </w:rPr>
              <w:t>Умеют представлять конкретное содержание в форме устного высказывания</w:t>
            </w:r>
          </w:p>
          <w:p w:rsidR="00EC782F" w:rsidRPr="00EC782F" w:rsidRDefault="00EC782F" w:rsidP="00EC782F">
            <w:pPr>
              <w:ind w:right="-109"/>
              <w:rPr>
                <w:rFonts w:eastAsia="Calibri"/>
                <w:lang w:val="ru-RU"/>
              </w:rPr>
            </w:pPr>
            <w:r w:rsidRPr="00EC782F">
              <w:rPr>
                <w:rFonts w:eastAsia="Calibri"/>
                <w:lang w:val="ru-RU"/>
              </w:rPr>
              <w:t>Позитивная моральная самооценка. Доброжелательное отношение к окружающим</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02</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4</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roofErr w:type="spellStart"/>
            <w:r w:rsidRPr="00EC782F">
              <w:rPr>
                <w:rFonts w:eastAsia="Calibri"/>
                <w:lang w:val="ru-RU"/>
              </w:rPr>
              <w:t>Морфемика</w:t>
            </w:r>
            <w:proofErr w:type="spellEnd"/>
            <w:r w:rsidRPr="00EC782F">
              <w:rPr>
                <w:rFonts w:eastAsia="Calibri"/>
                <w:lang w:val="ru-RU"/>
              </w:rPr>
              <w:t xml:space="preserve">. Орфограммы в приставках. Морфемный разбор слов. </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Систематизация изученного о составе слова и морфемном разборе. </w:t>
            </w:r>
            <w:proofErr w:type="spellStart"/>
            <w:r w:rsidRPr="00E643E5">
              <w:rPr>
                <w:rFonts w:eastAsia="Calibri"/>
              </w:rPr>
              <w:t>Орфограммы</w:t>
            </w:r>
            <w:proofErr w:type="spellEnd"/>
            <w:r w:rsidRPr="00E643E5">
              <w:rPr>
                <w:rFonts w:eastAsia="Calibri"/>
              </w:rPr>
              <w:t xml:space="preserve"> в </w:t>
            </w:r>
            <w:proofErr w:type="spellStart"/>
            <w:r w:rsidRPr="00E643E5">
              <w:rPr>
                <w:rFonts w:eastAsia="Calibri"/>
              </w:rPr>
              <w:t>приставках</w:t>
            </w:r>
            <w:proofErr w:type="spellEnd"/>
            <w:proofErr w:type="gramStart"/>
            <w:r w:rsidRPr="00E643E5">
              <w:rPr>
                <w:rFonts w:eastAsia="Calibri"/>
              </w:rPr>
              <w:t xml:space="preserve">,  </w:t>
            </w:r>
            <w:proofErr w:type="spellStart"/>
            <w:r w:rsidRPr="00E643E5">
              <w:rPr>
                <w:rFonts w:eastAsia="Calibri"/>
              </w:rPr>
              <w:t>корнях</w:t>
            </w:r>
            <w:proofErr w:type="spellEnd"/>
            <w:proofErr w:type="gramEnd"/>
            <w:r w:rsidRPr="00E643E5">
              <w:rPr>
                <w:rFonts w:eastAsia="Calibri"/>
              </w:rPr>
              <w:t xml:space="preserve">.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Морфемныйразбор</w:t>
            </w:r>
            <w:proofErr w:type="spellEnd"/>
            <w:r w:rsidRPr="00E643E5">
              <w:rPr>
                <w:rFonts w:eastAsia="Calibri"/>
              </w:rPr>
              <w:t xml:space="preserve">, </w:t>
            </w:r>
            <w:proofErr w:type="spellStart"/>
            <w:r w:rsidRPr="00E643E5">
              <w:rPr>
                <w:rFonts w:eastAsia="Calibri"/>
              </w:rPr>
              <w:t>словарныйдиктант</w:t>
            </w:r>
            <w:proofErr w:type="spellEnd"/>
            <w:r w:rsidRPr="00E643E5">
              <w:rPr>
                <w:rFonts w:eastAsia="Calibri"/>
              </w:rPr>
              <w:t xml:space="preserve">. </w:t>
            </w: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lang w:val="ru-RU"/>
              </w:rPr>
            </w:pPr>
            <w:r w:rsidRPr="00EC782F">
              <w:rPr>
                <w:rFonts w:eastAsia="Calibri"/>
                <w:lang w:val="ru-RU"/>
              </w:rPr>
              <w:t>Знают теоретический материал по теме, умеют делать морфемный разбор</w:t>
            </w:r>
          </w:p>
          <w:p w:rsidR="00EC782F" w:rsidRPr="00EC782F" w:rsidRDefault="00EC782F" w:rsidP="00EC782F">
            <w:pPr>
              <w:ind w:right="-115"/>
              <w:rPr>
                <w:rFonts w:eastAsia="Calibri"/>
                <w:lang w:val="ru-RU"/>
              </w:rPr>
            </w:pPr>
            <w:r w:rsidRPr="00EC782F">
              <w:rPr>
                <w:rFonts w:eastAsia="Calibri"/>
                <w:lang w:val="ru-RU"/>
              </w:rPr>
              <w:t>Осознают качество и уровень усвоения, корректируют свою работу.</w:t>
            </w:r>
          </w:p>
          <w:p w:rsidR="00EC782F" w:rsidRPr="00EC782F" w:rsidRDefault="00EC782F" w:rsidP="00EC782F">
            <w:pPr>
              <w:rPr>
                <w:rFonts w:eastAsia="Calibri"/>
                <w:lang w:val="ru-RU"/>
              </w:rPr>
            </w:pPr>
            <w:r w:rsidRPr="00EC782F">
              <w:rPr>
                <w:rFonts w:eastAsia="Calibri"/>
                <w:lang w:val="ru-RU"/>
              </w:rPr>
              <w:t>С достаточной полнотой и точностью выражают свои мысли и чувства</w:t>
            </w:r>
          </w:p>
          <w:p w:rsidR="00EC782F" w:rsidRPr="00EC782F" w:rsidRDefault="00EC782F" w:rsidP="00EC782F">
            <w:pPr>
              <w:ind w:right="-143"/>
              <w:rPr>
                <w:rFonts w:eastAsia="Calibri"/>
                <w:lang w:val="ru-RU"/>
              </w:rPr>
            </w:pPr>
            <w:r w:rsidRPr="00EC782F">
              <w:rPr>
                <w:rFonts w:eastAsia="Calibri"/>
                <w:lang w:val="ru-RU"/>
              </w:rPr>
              <w:t xml:space="preserve">Становление </w:t>
            </w:r>
            <w:proofErr w:type="spellStart"/>
            <w:r w:rsidRPr="00EC782F">
              <w:rPr>
                <w:rFonts w:eastAsia="Calibri"/>
                <w:lang w:val="ru-RU"/>
              </w:rPr>
              <w:t>смыслообра-зующей</w:t>
            </w:r>
            <w:proofErr w:type="spellEnd"/>
            <w:r w:rsidRPr="00EC782F">
              <w:rPr>
                <w:rFonts w:eastAsia="Calibri"/>
                <w:lang w:val="ru-RU"/>
              </w:rPr>
              <w:t xml:space="preserve"> функции </w:t>
            </w:r>
            <w:proofErr w:type="spellStart"/>
            <w:proofErr w:type="gramStart"/>
            <w:r w:rsidRPr="00EC782F">
              <w:rPr>
                <w:rFonts w:eastAsia="Calibri"/>
                <w:lang w:val="ru-RU"/>
              </w:rPr>
              <w:t>познаватель-ного</w:t>
            </w:r>
            <w:proofErr w:type="spellEnd"/>
            <w:proofErr w:type="gramEnd"/>
            <w:r w:rsidRPr="00EC782F">
              <w:rPr>
                <w:rFonts w:eastAsia="Calibri"/>
                <w:lang w:val="ru-RU"/>
              </w:rPr>
              <w:t xml:space="preserve"> мотива</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03.</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52"/>
              <w:rPr>
                <w:rFonts w:eastAsia="Calibri"/>
              </w:rPr>
            </w:pPr>
            <w:r w:rsidRPr="00E643E5">
              <w:rPr>
                <w:rFonts w:eastAsia="Calibri"/>
              </w:rPr>
              <w:lastRenderedPageBreak/>
              <w:t>5</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52"/>
              <w:rPr>
                <w:rFonts w:eastAsia="Calibri"/>
                <w:lang w:val="ru-RU"/>
              </w:rPr>
            </w:pPr>
            <w:r w:rsidRPr="00EC782F">
              <w:rPr>
                <w:rFonts w:eastAsia="Calibri"/>
                <w:lang w:val="ru-RU"/>
              </w:rPr>
              <w:t xml:space="preserve">Части речи. Морфологический разбор слова. </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Части речи, орфограммы в окончаниях слов.</w:t>
            </w:r>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Морфологический разбор существительного, прилагательного, глагола.</w:t>
            </w: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Создают структуру взаимосвязей смысловых единиц.</w:t>
            </w:r>
          </w:p>
          <w:p w:rsidR="00EC782F" w:rsidRPr="00EC782F" w:rsidRDefault="00EC782F" w:rsidP="00EC782F">
            <w:pPr>
              <w:ind w:right="-297"/>
              <w:rPr>
                <w:rFonts w:eastAsia="Calibri"/>
                <w:lang w:val="ru-RU"/>
              </w:rPr>
            </w:pPr>
            <w:r w:rsidRPr="00EC782F">
              <w:rPr>
                <w:rFonts w:eastAsia="Calibri"/>
                <w:lang w:val="ru-RU"/>
              </w:rPr>
              <w:t>Выполняют операции с символами и знаками.</w:t>
            </w:r>
          </w:p>
          <w:p w:rsidR="00EC782F" w:rsidRPr="00EC782F" w:rsidRDefault="00EC782F" w:rsidP="00EC782F">
            <w:pPr>
              <w:ind w:right="-115"/>
              <w:rPr>
                <w:rFonts w:eastAsia="Calibri"/>
                <w:lang w:val="ru-RU"/>
              </w:rPr>
            </w:pPr>
            <w:r w:rsidRPr="00EC782F">
              <w:rPr>
                <w:rFonts w:eastAsia="Calibri"/>
                <w:lang w:val="ru-RU"/>
              </w:rPr>
              <w:t xml:space="preserve">Самостоятельно формулируют познавательную цель и строят действия в соответствии с ней </w:t>
            </w:r>
          </w:p>
          <w:p w:rsidR="00EC782F" w:rsidRPr="00EC782F" w:rsidRDefault="00EC782F" w:rsidP="00EC782F">
            <w:pPr>
              <w:rPr>
                <w:rFonts w:eastAsia="Calibri"/>
                <w:lang w:val="ru-RU"/>
              </w:rPr>
            </w:pPr>
            <w:r w:rsidRPr="00EC782F">
              <w:rPr>
                <w:rFonts w:eastAsia="Calibri"/>
                <w:lang w:val="ru-RU"/>
              </w:rPr>
              <w:t>Планируют общие способы работы</w:t>
            </w:r>
          </w:p>
          <w:p w:rsidR="00EC782F" w:rsidRPr="00EC782F" w:rsidRDefault="00EC782F" w:rsidP="00EC782F">
            <w:pPr>
              <w:rPr>
                <w:rFonts w:eastAsia="Calibri"/>
                <w:lang w:val="ru-RU"/>
              </w:rPr>
            </w:pPr>
            <w:r w:rsidRPr="00EC782F">
              <w:rPr>
                <w:rFonts w:eastAsia="Calibri"/>
                <w:lang w:val="ru-RU"/>
              </w:rPr>
              <w:t xml:space="preserve">Устойчивый </w:t>
            </w:r>
            <w:proofErr w:type="spellStart"/>
            <w:proofErr w:type="gramStart"/>
            <w:r w:rsidRPr="00EC782F">
              <w:rPr>
                <w:rFonts w:eastAsia="Calibri"/>
                <w:lang w:val="ru-RU"/>
              </w:rPr>
              <w:t>познаватель-ный</w:t>
            </w:r>
            <w:proofErr w:type="spellEnd"/>
            <w:proofErr w:type="gramEnd"/>
            <w:r w:rsidRPr="00EC782F">
              <w:rPr>
                <w:rFonts w:eastAsia="Calibri"/>
                <w:lang w:val="ru-RU"/>
              </w:rPr>
              <w:t xml:space="preserve"> интерес</w:t>
            </w:r>
          </w:p>
          <w:p w:rsidR="00EC782F" w:rsidRPr="00EC782F" w:rsidRDefault="00EC782F" w:rsidP="00EC782F">
            <w:pPr>
              <w:rPr>
                <w:rFonts w:eastAsia="Calibri"/>
                <w:lang w:val="ru-RU"/>
              </w:rPr>
            </w:pPr>
          </w:p>
          <w:p w:rsidR="00EC782F" w:rsidRPr="00EC782F" w:rsidRDefault="00EC782F" w:rsidP="00EC782F">
            <w:pPr>
              <w:rPr>
                <w:rFonts w:eastAsia="Calibri"/>
                <w:lang w:val="ru-RU"/>
              </w:rPr>
            </w:pPr>
          </w:p>
          <w:p w:rsidR="00EC782F" w:rsidRPr="00EC782F" w:rsidRDefault="00EC782F" w:rsidP="00EC782F">
            <w:pPr>
              <w:rPr>
                <w:rFonts w:eastAsia="Calibri"/>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04</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6</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Орфограммы</w:t>
            </w:r>
            <w:proofErr w:type="spellEnd"/>
            <w:r w:rsidRPr="00E643E5">
              <w:rPr>
                <w:rFonts w:eastAsia="Calibri"/>
              </w:rPr>
              <w:t xml:space="preserve"> в </w:t>
            </w:r>
            <w:proofErr w:type="spellStart"/>
            <w:r w:rsidRPr="00E643E5">
              <w:rPr>
                <w:rFonts w:eastAsia="Calibri"/>
              </w:rPr>
              <w:t>окончанияхслов</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Части речи, орфограммы в окончаниях слов.</w:t>
            </w:r>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текста, морфемный разбор, словарный диктант</w:t>
            </w: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83"/>
              <w:rPr>
                <w:rFonts w:eastAsia="Calibri"/>
                <w:lang w:val="ru-RU"/>
              </w:rPr>
            </w:pPr>
            <w:r w:rsidRPr="00EC782F">
              <w:rPr>
                <w:rFonts w:eastAsia="Calibri"/>
                <w:lang w:val="ru-RU"/>
              </w:rPr>
              <w:t>Умеют выбирать смысловые единицы текста и устанавливать отношения между ними</w:t>
            </w:r>
          </w:p>
          <w:p w:rsidR="00EC782F" w:rsidRPr="00EC782F" w:rsidRDefault="00EC782F" w:rsidP="00EC782F">
            <w:pPr>
              <w:ind w:right="-115"/>
              <w:rPr>
                <w:rFonts w:eastAsia="Calibri"/>
                <w:lang w:val="ru-RU"/>
              </w:rPr>
            </w:pPr>
            <w:r w:rsidRPr="00EC782F">
              <w:rPr>
                <w:rFonts w:eastAsia="Calibri"/>
                <w:lang w:val="ru-RU"/>
              </w:rPr>
              <w:t>Вносят коррективы и дополнения в способ действий в случае расхождения эталона</w:t>
            </w:r>
          </w:p>
          <w:p w:rsidR="00EC782F" w:rsidRPr="00EC782F" w:rsidRDefault="00EC782F" w:rsidP="00EC782F">
            <w:pPr>
              <w:rPr>
                <w:rFonts w:eastAsia="Calibri"/>
                <w:lang w:val="ru-RU"/>
              </w:rPr>
            </w:pPr>
            <w:r w:rsidRPr="00EC782F">
              <w:rPr>
                <w:rFonts w:eastAsia="Calibri"/>
                <w:lang w:val="ru-RU"/>
              </w:rPr>
              <w:t>Умеют работать в парах, эффективно сотрудничать</w:t>
            </w:r>
          </w:p>
          <w:p w:rsidR="00EC782F" w:rsidRPr="00EC782F" w:rsidRDefault="00EC782F" w:rsidP="00EC782F">
            <w:pPr>
              <w:ind w:right="-109"/>
              <w:rPr>
                <w:rFonts w:eastAsia="Calibri"/>
                <w:lang w:val="ru-RU"/>
              </w:rPr>
            </w:pPr>
            <w:r w:rsidRPr="00EC782F">
              <w:rPr>
                <w:rFonts w:eastAsia="Calibri"/>
                <w:lang w:val="ru-RU"/>
              </w:rPr>
              <w:t>Освоение личностного смысла учения, желания учиться.</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07</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r w:rsidRPr="00E643E5">
              <w:rPr>
                <w:rFonts w:eastAsia="Calibri"/>
                <w:b/>
                <w:color w:val="008000"/>
              </w:rPr>
              <w:t>7</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Урок развития речи</w:t>
            </w:r>
          </w:p>
          <w:p w:rsidR="00EC782F" w:rsidRPr="00EC782F" w:rsidRDefault="00EC782F" w:rsidP="00EC782F">
            <w:pPr>
              <w:rPr>
                <w:rFonts w:eastAsia="Calibri"/>
                <w:b/>
                <w:color w:val="008000"/>
                <w:lang w:val="ru-RU"/>
              </w:rPr>
            </w:pPr>
            <w:r w:rsidRPr="00EC782F">
              <w:rPr>
                <w:rFonts w:eastAsia="Calibri"/>
                <w:b/>
                <w:color w:val="008000"/>
                <w:lang w:val="ru-RU"/>
              </w:rPr>
              <w:t xml:space="preserve">Сочинение «Интересная встреча» </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Типыречи</w:t>
            </w:r>
            <w:proofErr w:type="spellEnd"/>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Pr>
                <w:rFonts w:eastAsia="Calibri"/>
                <w:b/>
                <w:color w:val="008000"/>
              </w:rPr>
              <w:t>Сочинение</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b/>
                <w:color w:val="008000"/>
                <w:lang w:val="ru-RU"/>
              </w:rPr>
            </w:pPr>
            <w:r w:rsidRPr="00EC782F">
              <w:rPr>
                <w:rFonts w:eastAsia="Calibri"/>
                <w:b/>
                <w:color w:val="008000"/>
                <w:lang w:val="ru-RU"/>
              </w:rPr>
              <w:t>Знают особенности типов речи, создают структуру взаимосвязей смысловых единиц текста.</w:t>
            </w:r>
          </w:p>
          <w:p w:rsidR="00EC782F" w:rsidRPr="00EC782F" w:rsidRDefault="00EC782F" w:rsidP="00EC782F">
            <w:pPr>
              <w:ind w:right="-115"/>
              <w:rPr>
                <w:rFonts w:eastAsia="Calibri"/>
                <w:b/>
                <w:color w:val="008000"/>
                <w:lang w:val="ru-RU"/>
              </w:rPr>
            </w:pPr>
            <w:r w:rsidRPr="00EC782F">
              <w:rPr>
                <w:rFonts w:eastAsia="Calibri"/>
                <w:b/>
                <w:color w:val="008000"/>
                <w:lang w:val="ru-RU"/>
              </w:rPr>
              <w:t>Вносят коррективы и дополнения в составленные планы.</w:t>
            </w:r>
          </w:p>
          <w:p w:rsidR="00EC782F" w:rsidRPr="00EC782F" w:rsidRDefault="00EC782F" w:rsidP="00EC782F">
            <w:pPr>
              <w:ind w:right="-115"/>
              <w:rPr>
                <w:rFonts w:eastAsia="Calibri"/>
                <w:b/>
                <w:color w:val="008000"/>
                <w:lang w:val="ru-RU"/>
              </w:rPr>
            </w:pPr>
          </w:p>
          <w:p w:rsidR="00EC782F" w:rsidRPr="00EC782F" w:rsidRDefault="00EC782F" w:rsidP="00EC782F">
            <w:pPr>
              <w:ind w:right="-171"/>
              <w:rPr>
                <w:rFonts w:eastAsia="Calibri"/>
                <w:b/>
                <w:color w:val="008000"/>
                <w:lang w:val="ru-RU"/>
              </w:rPr>
            </w:pPr>
            <w:r w:rsidRPr="00EC782F">
              <w:rPr>
                <w:rFonts w:eastAsia="Calibri"/>
                <w:b/>
                <w:color w:val="008000"/>
                <w:lang w:val="ru-RU"/>
              </w:rPr>
              <w:t>Используют языковые средства для отображения своих чувств, мыслей и побуждений.</w:t>
            </w:r>
          </w:p>
          <w:p w:rsidR="00EC782F" w:rsidRPr="00EC782F" w:rsidRDefault="00EC782F" w:rsidP="00EC782F">
            <w:pPr>
              <w:rPr>
                <w:rFonts w:eastAsia="Calibri"/>
                <w:b/>
                <w:color w:val="008000"/>
                <w:lang w:val="ru-RU"/>
              </w:rPr>
            </w:pPr>
            <w:r w:rsidRPr="00EC782F">
              <w:rPr>
                <w:rFonts w:eastAsia="Calibri"/>
                <w:b/>
                <w:color w:val="008000"/>
                <w:lang w:val="ru-RU"/>
              </w:rPr>
              <w:t>Высказывают свое мнение, свою позицию.</w:t>
            </w:r>
          </w:p>
          <w:p w:rsidR="00EC782F" w:rsidRPr="00EC782F" w:rsidRDefault="00EC782F" w:rsidP="00EC782F">
            <w:pPr>
              <w:rPr>
                <w:rFonts w:eastAsia="Calibri"/>
                <w:b/>
                <w:color w:val="008000"/>
                <w:lang w:val="ru-RU"/>
              </w:rPr>
            </w:pPr>
          </w:p>
          <w:p w:rsidR="00EC782F" w:rsidRPr="00EC782F" w:rsidRDefault="00EC782F" w:rsidP="00EC782F">
            <w:pPr>
              <w:rPr>
                <w:rFonts w:eastAsia="Calibri"/>
                <w:b/>
                <w:color w:val="008000"/>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08</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389"/>
          <w:tblHeader/>
          <w:jc w:val="center"/>
        </w:trPr>
        <w:tc>
          <w:tcPr>
            <w:tcW w:w="251" w:type="pct"/>
            <w:tcBorders>
              <w:top w:val="single" w:sz="4" w:space="0" w:color="auto"/>
              <w:left w:val="single" w:sz="4" w:space="0" w:color="auto"/>
              <w:right w:val="single" w:sz="4" w:space="0" w:color="auto"/>
            </w:tcBorders>
          </w:tcPr>
          <w:p w:rsidR="00EC782F" w:rsidRPr="00E643E5" w:rsidRDefault="00EC782F" w:rsidP="00EC782F">
            <w:pPr>
              <w:ind w:right="-128"/>
              <w:rPr>
                <w:rFonts w:eastAsia="Calibri"/>
              </w:rPr>
            </w:pPr>
            <w:r w:rsidRPr="00E643E5">
              <w:rPr>
                <w:rFonts w:eastAsia="Calibri"/>
              </w:rPr>
              <w:t>8</w:t>
            </w:r>
          </w:p>
        </w:tc>
        <w:tc>
          <w:tcPr>
            <w:tcW w:w="756" w:type="pct"/>
            <w:tcBorders>
              <w:top w:val="single" w:sz="4" w:space="0" w:color="auto"/>
              <w:left w:val="single" w:sz="4" w:space="0" w:color="auto"/>
              <w:right w:val="single" w:sz="4" w:space="0" w:color="auto"/>
            </w:tcBorders>
          </w:tcPr>
          <w:p w:rsidR="00EC782F" w:rsidRPr="00E643E5" w:rsidRDefault="00EC782F" w:rsidP="00EC782F">
            <w:pPr>
              <w:ind w:right="-128"/>
              <w:rPr>
                <w:rFonts w:eastAsia="Calibri"/>
              </w:rPr>
            </w:pPr>
            <w:proofErr w:type="spellStart"/>
            <w:r w:rsidRPr="00E643E5">
              <w:rPr>
                <w:rFonts w:eastAsia="Calibri"/>
              </w:rPr>
              <w:t>Синтаксис</w:t>
            </w:r>
            <w:proofErr w:type="spellEnd"/>
            <w:r w:rsidRPr="00E643E5">
              <w:rPr>
                <w:rFonts w:eastAsia="Calibri"/>
              </w:rPr>
              <w:t xml:space="preserve"> и </w:t>
            </w:r>
            <w:proofErr w:type="spellStart"/>
            <w:r w:rsidRPr="00E643E5">
              <w:rPr>
                <w:rFonts w:eastAsia="Calibri"/>
              </w:rPr>
              <w:t>пунктуация</w:t>
            </w:r>
            <w:proofErr w:type="spellEnd"/>
            <w:r w:rsidRPr="00E643E5">
              <w:rPr>
                <w:rFonts w:eastAsia="Calibri"/>
              </w:rPr>
              <w:t xml:space="preserve">. </w:t>
            </w:r>
            <w:proofErr w:type="spellStart"/>
            <w:r w:rsidRPr="00E643E5">
              <w:rPr>
                <w:rFonts w:eastAsia="Calibri"/>
              </w:rPr>
              <w:t>Словосочетание</w:t>
            </w:r>
            <w:proofErr w:type="spellEnd"/>
            <w:r w:rsidRPr="00E643E5">
              <w:rPr>
                <w:rFonts w:eastAsia="Calibri"/>
              </w:rPr>
              <w:t xml:space="preserve">. </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Словосочетание, типы словосочетаний: </w:t>
            </w:r>
            <w:proofErr w:type="spellStart"/>
            <w:r w:rsidRPr="00EC782F">
              <w:rPr>
                <w:rFonts w:eastAsia="Calibri"/>
                <w:lang w:val="ru-RU"/>
              </w:rPr>
              <w:t>управ-ление</w:t>
            </w:r>
            <w:proofErr w:type="spellEnd"/>
            <w:r w:rsidRPr="00EC782F">
              <w:rPr>
                <w:rFonts w:eastAsia="Calibri"/>
                <w:lang w:val="ru-RU"/>
              </w:rPr>
              <w:t>, согласование</w:t>
            </w:r>
            <w:proofErr w:type="gramStart"/>
            <w:r w:rsidRPr="00EC782F">
              <w:rPr>
                <w:rFonts w:eastAsia="Calibri"/>
                <w:lang w:val="ru-RU"/>
              </w:rPr>
              <w:t>.</w:t>
            </w:r>
            <w:proofErr w:type="gramEnd"/>
            <w:r w:rsidRPr="00EC782F">
              <w:rPr>
                <w:rFonts w:eastAsia="Calibri"/>
                <w:lang w:val="ru-RU"/>
              </w:rPr>
              <w:t xml:space="preserve"> </w:t>
            </w:r>
            <w:proofErr w:type="gramStart"/>
            <w:r w:rsidRPr="00EC782F">
              <w:rPr>
                <w:rFonts w:eastAsia="Calibri"/>
                <w:lang w:val="ru-RU"/>
              </w:rPr>
              <w:t>п</w:t>
            </w:r>
            <w:proofErr w:type="gramEnd"/>
            <w:r w:rsidRPr="00EC782F">
              <w:rPr>
                <w:rFonts w:eastAsia="Calibri"/>
                <w:lang w:val="ru-RU"/>
              </w:rPr>
              <w:t xml:space="preserve">римыкание. </w:t>
            </w:r>
            <w:proofErr w:type="spellStart"/>
            <w:r w:rsidRPr="00E643E5">
              <w:rPr>
                <w:rFonts w:eastAsia="Calibri"/>
              </w:rPr>
              <w:t>Именные</w:t>
            </w:r>
            <w:proofErr w:type="spellEnd"/>
            <w:r w:rsidRPr="00E643E5">
              <w:rPr>
                <w:rFonts w:eastAsia="Calibri"/>
              </w:rPr>
              <w:t xml:space="preserve"> и </w:t>
            </w:r>
            <w:proofErr w:type="spellStart"/>
            <w:r w:rsidRPr="00E643E5">
              <w:rPr>
                <w:rFonts w:eastAsia="Calibri"/>
              </w:rPr>
              <w:t>глагольныесловосо-четания</w:t>
            </w:r>
            <w:proofErr w:type="spellEnd"/>
            <w:r w:rsidRPr="00E643E5">
              <w:rPr>
                <w:rFonts w:eastAsia="Calibri"/>
              </w:rPr>
              <w:t xml:space="preserve">. </w:t>
            </w:r>
            <w:proofErr w:type="spellStart"/>
            <w:r w:rsidRPr="00E643E5">
              <w:rPr>
                <w:rFonts w:eastAsia="Calibri"/>
              </w:rPr>
              <w:t>Синонимия</w:t>
            </w:r>
            <w:proofErr w:type="spellEnd"/>
            <w:r w:rsidRPr="00E643E5">
              <w:rPr>
                <w:rFonts w:eastAsia="Calibri"/>
              </w:rPr>
              <w:t xml:space="preserve">.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Синтаксическийразборсловосочетания</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240"/>
              <w:rPr>
                <w:rFonts w:eastAsia="Calibri"/>
                <w:lang w:val="ru-RU"/>
              </w:rPr>
            </w:pPr>
            <w:r w:rsidRPr="00EC782F">
              <w:rPr>
                <w:rFonts w:eastAsia="Calibri"/>
                <w:lang w:val="ru-RU"/>
              </w:rPr>
              <w:t xml:space="preserve">Создают структуру взаимосвязей в словосочетании, знают о номинативной функции </w:t>
            </w:r>
            <w:proofErr w:type="spellStart"/>
            <w:proofErr w:type="gramStart"/>
            <w:r w:rsidRPr="00EC782F">
              <w:rPr>
                <w:rFonts w:eastAsia="Calibri"/>
                <w:lang w:val="ru-RU"/>
              </w:rPr>
              <w:t>словосоче-таний</w:t>
            </w:r>
            <w:proofErr w:type="spellEnd"/>
            <w:proofErr w:type="gramEnd"/>
            <w:r w:rsidRPr="00EC782F">
              <w:rPr>
                <w:rFonts w:eastAsia="Calibri"/>
                <w:lang w:val="ru-RU"/>
              </w:rPr>
              <w:t>,  их тип.</w:t>
            </w:r>
          </w:p>
          <w:p w:rsidR="00EC782F" w:rsidRPr="00EC782F" w:rsidRDefault="00EC782F" w:rsidP="00EC782F">
            <w:pPr>
              <w:ind w:right="-115"/>
              <w:rPr>
                <w:rFonts w:eastAsia="Calibri"/>
                <w:lang w:val="ru-RU"/>
              </w:rPr>
            </w:pPr>
            <w:r w:rsidRPr="00EC782F">
              <w:rPr>
                <w:rFonts w:eastAsia="Calibri"/>
                <w:lang w:val="ru-RU"/>
              </w:rPr>
              <w:t>Осознают качество и уровень усвоения, корректируют свою работу.</w:t>
            </w:r>
          </w:p>
          <w:p w:rsidR="00EC782F" w:rsidRPr="00EC782F" w:rsidRDefault="00EC782F" w:rsidP="00EC782F">
            <w:pPr>
              <w:rPr>
                <w:rFonts w:eastAsia="Calibri"/>
                <w:lang w:val="ru-RU"/>
              </w:rPr>
            </w:pPr>
            <w:r w:rsidRPr="00EC782F">
              <w:rPr>
                <w:rFonts w:eastAsia="Calibri"/>
                <w:lang w:val="ru-RU"/>
              </w:rPr>
              <w:t>С достаточной полнотой и точностью выражают свои мысли и чувства</w:t>
            </w:r>
          </w:p>
          <w:p w:rsidR="00EC782F" w:rsidRPr="00E643E5" w:rsidRDefault="00EC782F" w:rsidP="00EC782F">
            <w:pPr>
              <w:rPr>
                <w:rFonts w:eastAsia="Calibri"/>
              </w:rPr>
            </w:pPr>
            <w:proofErr w:type="spellStart"/>
            <w:r w:rsidRPr="00E643E5">
              <w:rPr>
                <w:rFonts w:eastAsia="Calibri"/>
              </w:rPr>
              <w:t>Оптимизм</w:t>
            </w:r>
            <w:proofErr w:type="spellEnd"/>
            <w:r w:rsidRPr="00E643E5">
              <w:rPr>
                <w:rFonts w:eastAsia="Calibri"/>
              </w:rPr>
              <w:t xml:space="preserve"> в </w:t>
            </w:r>
            <w:proofErr w:type="spellStart"/>
            <w:r w:rsidRPr="00E643E5">
              <w:rPr>
                <w:rFonts w:eastAsia="Calibri"/>
              </w:rPr>
              <w:t>восприятиимира</w:t>
            </w:r>
            <w:proofErr w:type="spellEnd"/>
          </w:p>
          <w:p w:rsidR="00EC782F" w:rsidRPr="00E643E5" w:rsidRDefault="00EC782F" w:rsidP="00EC782F">
            <w:pPr>
              <w:ind w:right="-109"/>
              <w:rPr>
                <w:rFonts w:eastAsia="Calibri"/>
              </w:rPr>
            </w:pPr>
          </w:p>
        </w:tc>
        <w:tc>
          <w:tcPr>
            <w:tcW w:w="274" w:type="pct"/>
            <w:tcBorders>
              <w:top w:val="single" w:sz="4" w:space="0" w:color="auto"/>
              <w:left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08</w:t>
            </w:r>
            <w:r w:rsidR="00EC782F">
              <w:rPr>
                <w:rFonts w:eastAsia="Calibri"/>
                <w:sz w:val="18"/>
              </w:rPr>
              <w:t>.09</w:t>
            </w:r>
          </w:p>
        </w:tc>
        <w:tc>
          <w:tcPr>
            <w:tcW w:w="250" w:type="pct"/>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18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lastRenderedPageBreak/>
              <w:t>9</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proofErr w:type="gramStart"/>
            <w:r w:rsidRPr="00E643E5">
              <w:rPr>
                <w:rFonts w:eastAsia="Calibri"/>
              </w:rPr>
              <w:t>Простое</w:t>
            </w:r>
            <w:proofErr w:type="spellEnd"/>
            <w:r w:rsidRPr="00E643E5">
              <w:rPr>
                <w:rFonts w:eastAsia="Calibri"/>
              </w:rPr>
              <w:t xml:space="preserve">  </w:t>
            </w:r>
            <w:proofErr w:type="spellStart"/>
            <w:r w:rsidRPr="00E643E5">
              <w:rPr>
                <w:rFonts w:eastAsia="Calibri"/>
              </w:rPr>
              <w:t>исложноепредложение</w:t>
            </w:r>
            <w:proofErr w:type="spellEnd"/>
            <w:proofErr w:type="gramEnd"/>
            <w:r w:rsidRPr="00E643E5">
              <w:rPr>
                <w:rFonts w:eastAsia="Calibri"/>
              </w:rPr>
              <w:t>.</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Простое  и сложное предложение, грамматическая основа предложения</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Синтаксическийразборпредложений</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411"/>
              <w:rPr>
                <w:rFonts w:eastAsia="Calibri"/>
                <w:lang w:val="ru-RU"/>
              </w:rPr>
            </w:pPr>
            <w:r w:rsidRPr="00EC782F">
              <w:rPr>
                <w:rFonts w:eastAsia="Calibri"/>
                <w:lang w:val="ru-RU"/>
              </w:rPr>
              <w:t>Умеют «видеть» и обозначать на письме границы предложений, умеют ставить знаки препинания.</w:t>
            </w:r>
          </w:p>
          <w:p w:rsidR="00EC782F" w:rsidRPr="00EC782F" w:rsidRDefault="00EC782F" w:rsidP="00EC782F">
            <w:pPr>
              <w:rPr>
                <w:rFonts w:eastAsia="Calibri"/>
                <w:lang w:val="ru-RU"/>
              </w:rPr>
            </w:pPr>
            <w:r w:rsidRPr="00EC782F">
              <w:rPr>
                <w:rFonts w:eastAsia="Calibri"/>
                <w:lang w:val="ru-RU"/>
              </w:rPr>
              <w:t xml:space="preserve">Составляют план и последовательность действий </w:t>
            </w:r>
          </w:p>
          <w:p w:rsidR="00EC782F" w:rsidRPr="00EC782F" w:rsidRDefault="00EC782F" w:rsidP="00EC782F">
            <w:pPr>
              <w:rPr>
                <w:rFonts w:eastAsia="Calibri"/>
                <w:lang w:val="ru-RU"/>
              </w:rPr>
            </w:pPr>
            <w:r w:rsidRPr="00EC782F">
              <w:rPr>
                <w:rFonts w:eastAsia="Calibri"/>
                <w:lang w:val="ru-RU"/>
              </w:rPr>
              <w:t>Проявляют готовность к обсуждению разных точек зрения</w:t>
            </w:r>
          </w:p>
          <w:p w:rsidR="00EC782F" w:rsidRPr="00E643E5" w:rsidRDefault="00EC782F" w:rsidP="00EC782F">
            <w:pPr>
              <w:ind w:right="-109"/>
              <w:rPr>
                <w:rFonts w:eastAsia="Calibri"/>
              </w:rPr>
            </w:pPr>
            <w:proofErr w:type="spellStart"/>
            <w:r w:rsidRPr="00E643E5">
              <w:rPr>
                <w:rFonts w:eastAsia="Calibri"/>
              </w:rPr>
              <w:t>Освоениеличностногосмыслаучения</w:t>
            </w:r>
            <w:proofErr w:type="spellEnd"/>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09</w:t>
            </w:r>
            <w:r w:rsidR="00EC782F">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368"/>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r w:rsidRPr="00E643E5">
              <w:rPr>
                <w:rFonts w:eastAsia="Calibri"/>
              </w:rPr>
              <w:t>10</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proofErr w:type="spellStart"/>
            <w:r w:rsidRPr="00E643E5">
              <w:rPr>
                <w:rFonts w:eastAsia="Calibri"/>
              </w:rPr>
              <w:t>Синтаксическийразборпредложений</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Характеристика </w:t>
            </w:r>
            <w:proofErr w:type="spellStart"/>
            <w:proofErr w:type="gramStart"/>
            <w:r w:rsidRPr="00EC782F">
              <w:rPr>
                <w:rFonts w:eastAsia="Calibri"/>
                <w:lang w:val="ru-RU"/>
              </w:rPr>
              <w:t>предло-жений</w:t>
            </w:r>
            <w:proofErr w:type="spellEnd"/>
            <w:proofErr w:type="gramEnd"/>
            <w:r w:rsidRPr="00EC782F">
              <w:rPr>
                <w:rFonts w:eastAsia="Calibri"/>
                <w:lang w:val="ru-RU"/>
              </w:rPr>
              <w:t xml:space="preserve">. Осложнение предложения </w:t>
            </w:r>
            <w:proofErr w:type="spellStart"/>
            <w:proofErr w:type="gramStart"/>
            <w:r w:rsidRPr="00EC782F">
              <w:rPr>
                <w:rFonts w:eastAsia="Calibri"/>
                <w:lang w:val="ru-RU"/>
              </w:rPr>
              <w:t>обраще-ниями</w:t>
            </w:r>
            <w:proofErr w:type="spellEnd"/>
            <w:proofErr w:type="gramEnd"/>
            <w:r w:rsidRPr="00EC782F">
              <w:rPr>
                <w:rFonts w:eastAsia="Calibri"/>
                <w:lang w:val="ru-RU"/>
              </w:rPr>
              <w:t xml:space="preserve">, вводными словами, однородными членами предложения.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Синтаксическийразборпредложений</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240"/>
              <w:rPr>
                <w:rFonts w:eastAsia="Calibri"/>
                <w:lang w:val="ru-RU"/>
              </w:rPr>
            </w:pPr>
            <w:r w:rsidRPr="00EC782F">
              <w:rPr>
                <w:rFonts w:eastAsia="Calibri"/>
                <w:lang w:val="ru-RU"/>
              </w:rPr>
              <w:t xml:space="preserve">Извлекают </w:t>
            </w:r>
            <w:proofErr w:type="spellStart"/>
            <w:proofErr w:type="gramStart"/>
            <w:r w:rsidRPr="00EC782F">
              <w:rPr>
                <w:rFonts w:eastAsia="Calibri"/>
                <w:lang w:val="ru-RU"/>
              </w:rPr>
              <w:t>необходи-мую</w:t>
            </w:r>
            <w:proofErr w:type="spellEnd"/>
            <w:proofErr w:type="gramEnd"/>
            <w:r w:rsidRPr="00EC782F">
              <w:rPr>
                <w:rFonts w:eastAsia="Calibri"/>
                <w:lang w:val="ru-RU"/>
              </w:rPr>
              <w:t xml:space="preserve"> информацию о порядке </w:t>
            </w:r>
            <w:proofErr w:type="spellStart"/>
            <w:r w:rsidRPr="00EC782F">
              <w:rPr>
                <w:rFonts w:eastAsia="Calibri"/>
                <w:lang w:val="ru-RU"/>
              </w:rPr>
              <w:t>синтакси-ческогоразбора</w:t>
            </w:r>
            <w:proofErr w:type="spellEnd"/>
            <w:r w:rsidRPr="00EC782F">
              <w:rPr>
                <w:rFonts w:eastAsia="Calibri"/>
                <w:lang w:val="ru-RU"/>
              </w:rPr>
              <w:t xml:space="preserve">  предложений.</w:t>
            </w:r>
          </w:p>
          <w:p w:rsidR="00EC782F" w:rsidRPr="00EC782F" w:rsidRDefault="00EC782F" w:rsidP="00EC782F">
            <w:pPr>
              <w:ind w:right="-115"/>
              <w:rPr>
                <w:rFonts w:eastAsia="Calibri"/>
                <w:lang w:val="ru-RU"/>
              </w:rPr>
            </w:pPr>
            <w:r w:rsidRPr="00EC782F">
              <w:rPr>
                <w:rFonts w:eastAsia="Calibri"/>
                <w:lang w:val="ru-RU"/>
              </w:rPr>
              <w:t xml:space="preserve">Определяют </w:t>
            </w:r>
            <w:proofErr w:type="spellStart"/>
            <w:proofErr w:type="gramStart"/>
            <w:r w:rsidRPr="00EC782F">
              <w:rPr>
                <w:rFonts w:eastAsia="Calibri"/>
                <w:lang w:val="ru-RU"/>
              </w:rPr>
              <w:t>по-следовательность</w:t>
            </w:r>
            <w:proofErr w:type="spellEnd"/>
            <w:proofErr w:type="gramEnd"/>
            <w:r w:rsidRPr="00EC782F">
              <w:rPr>
                <w:rFonts w:eastAsia="Calibri"/>
                <w:lang w:val="ru-RU"/>
              </w:rPr>
              <w:t xml:space="preserve"> промежуточных целей с учетом конечного результата</w:t>
            </w:r>
          </w:p>
          <w:p w:rsidR="00EC782F" w:rsidRPr="00EC782F" w:rsidRDefault="00EC782F" w:rsidP="00EC782F">
            <w:pPr>
              <w:rPr>
                <w:rFonts w:eastAsia="Calibri"/>
                <w:lang w:val="ru-RU"/>
              </w:rPr>
            </w:pPr>
            <w:r w:rsidRPr="00EC782F">
              <w:rPr>
                <w:rFonts w:eastAsia="Calibri"/>
                <w:lang w:val="ru-RU"/>
              </w:rPr>
              <w:t>Умеют представлять конкретное содержание в устной форме</w:t>
            </w:r>
          </w:p>
          <w:p w:rsidR="00EC782F" w:rsidRPr="00EC782F" w:rsidRDefault="00EC782F" w:rsidP="00EC782F">
            <w:pPr>
              <w:ind w:right="-109"/>
              <w:rPr>
                <w:rFonts w:eastAsia="Calibri"/>
                <w:lang w:val="ru-RU"/>
              </w:rPr>
            </w:pPr>
            <w:r w:rsidRPr="00EC782F">
              <w:rPr>
                <w:rFonts w:eastAsia="Calibri"/>
                <w:lang w:val="ru-RU"/>
              </w:rPr>
              <w:t>Потребность в самовыражении и самореализации, социальном признании</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0</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48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11</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Прямаяречь</w:t>
            </w:r>
            <w:proofErr w:type="spellEnd"/>
            <w:r w:rsidRPr="00E643E5">
              <w:rPr>
                <w:rFonts w:eastAsia="Calibri"/>
              </w:rPr>
              <w:t xml:space="preserve">. </w:t>
            </w:r>
            <w:proofErr w:type="spellStart"/>
            <w:r w:rsidRPr="00E643E5">
              <w:rPr>
                <w:rFonts w:eastAsia="Calibri"/>
              </w:rPr>
              <w:t>Диалог</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Прямая речь. Структура  предложений с прямой речью. Знаки препинания при прямой речи. </w:t>
            </w:r>
            <w:proofErr w:type="spellStart"/>
            <w:r w:rsidRPr="00E643E5">
              <w:rPr>
                <w:rFonts w:eastAsia="Calibri"/>
              </w:rPr>
              <w:t>Оформлениедиалога</w:t>
            </w:r>
            <w:proofErr w:type="spellEnd"/>
            <w:r w:rsidRPr="00E643E5">
              <w:rPr>
                <w:rFonts w:eastAsia="Calibri"/>
              </w:rPr>
              <w:t>.</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7"/>
              <w:rPr>
                <w:rFonts w:eastAsia="Calibri"/>
              </w:rPr>
            </w:pPr>
            <w:proofErr w:type="spellStart"/>
            <w:r w:rsidRPr="00E643E5">
              <w:rPr>
                <w:rFonts w:eastAsia="Calibri"/>
              </w:rPr>
              <w:t>Предупредительныйдиктант</w:t>
            </w:r>
            <w:proofErr w:type="spellEnd"/>
            <w:r w:rsidRPr="00E643E5">
              <w:rPr>
                <w:rFonts w:eastAsia="Calibri"/>
              </w:rPr>
              <w:t xml:space="preserve">, </w:t>
            </w:r>
            <w:proofErr w:type="spellStart"/>
            <w:r w:rsidRPr="00E643E5">
              <w:rPr>
                <w:rFonts w:eastAsia="Calibri"/>
              </w:rPr>
              <w:t>объяснительныйдиктант</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83"/>
              <w:rPr>
                <w:rFonts w:eastAsia="Calibri"/>
                <w:lang w:val="ru-RU"/>
              </w:rPr>
            </w:pPr>
            <w:r w:rsidRPr="00EC782F">
              <w:rPr>
                <w:rFonts w:eastAsia="Calibri"/>
                <w:lang w:val="ru-RU"/>
              </w:rPr>
              <w:t>Выполняют операции со знаками и символами.</w:t>
            </w:r>
          </w:p>
          <w:p w:rsidR="00EC782F" w:rsidRPr="00EC782F" w:rsidRDefault="00EC782F" w:rsidP="00EC782F">
            <w:pPr>
              <w:ind w:right="-115"/>
              <w:rPr>
                <w:rFonts w:eastAsia="Calibri"/>
                <w:lang w:val="ru-RU"/>
              </w:rPr>
            </w:pPr>
            <w:r w:rsidRPr="00EC782F">
              <w:rPr>
                <w:rFonts w:eastAsia="Calibri"/>
                <w:lang w:val="ru-RU"/>
              </w:rPr>
              <w:t>Выделяют и осознают, что уже усвоено и что подлежит усвоению</w:t>
            </w:r>
          </w:p>
          <w:p w:rsidR="00EC782F" w:rsidRPr="00EC782F" w:rsidRDefault="00EC782F" w:rsidP="00EC782F">
            <w:pPr>
              <w:rPr>
                <w:rFonts w:eastAsia="Calibri"/>
                <w:lang w:val="ru-RU"/>
              </w:rPr>
            </w:pPr>
            <w:r w:rsidRPr="00EC782F">
              <w:rPr>
                <w:rFonts w:eastAsia="Calibri"/>
                <w:lang w:val="ru-RU"/>
              </w:rPr>
              <w:t>Учатся аргументировать свою точку зрения, спорить и отстаивать свою позицию</w:t>
            </w:r>
          </w:p>
          <w:p w:rsidR="00EC782F" w:rsidRPr="00EC782F" w:rsidRDefault="00EC782F" w:rsidP="00EC782F">
            <w:pPr>
              <w:ind w:right="-109"/>
              <w:rPr>
                <w:rFonts w:eastAsia="Calibri"/>
                <w:lang w:val="ru-RU"/>
              </w:rPr>
            </w:pPr>
            <w:r w:rsidRPr="00EC782F">
              <w:rPr>
                <w:rFonts w:eastAsia="Calibri"/>
                <w:lang w:val="ru-RU"/>
              </w:rPr>
              <w:t>Освоение личностного смысла учения, желания учиться.</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1</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680"/>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800000"/>
              </w:rPr>
            </w:pPr>
            <w:r w:rsidRPr="00E643E5">
              <w:rPr>
                <w:rFonts w:eastAsia="Calibri"/>
                <w:b/>
                <w:color w:val="800000"/>
              </w:rPr>
              <w:t>12</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322F2" w:rsidP="00EC782F">
            <w:pPr>
              <w:rPr>
                <w:rFonts w:eastAsia="Calibri"/>
                <w:b/>
                <w:color w:val="800000"/>
              </w:rPr>
            </w:pPr>
            <w:proofErr w:type="spellStart"/>
            <w:r w:rsidRPr="00E643E5">
              <w:rPr>
                <w:rFonts w:eastAsia="Calibri"/>
              </w:rPr>
              <w:t>Прямаяречь</w:t>
            </w:r>
            <w:proofErr w:type="spellEnd"/>
            <w:r w:rsidRPr="00E643E5">
              <w:rPr>
                <w:rFonts w:eastAsia="Calibri"/>
              </w:rPr>
              <w:t xml:space="preserve">. </w:t>
            </w:r>
            <w:proofErr w:type="spellStart"/>
            <w:r w:rsidRPr="00E643E5">
              <w:rPr>
                <w:rFonts w:eastAsia="Calibri"/>
              </w:rPr>
              <w:t>Диалог</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800000"/>
                <w:lang w:val="ru-RU"/>
              </w:rPr>
            </w:pPr>
            <w:r w:rsidRPr="00EC782F">
              <w:rPr>
                <w:rFonts w:eastAsia="Calibri"/>
                <w:b/>
                <w:color w:val="800000"/>
                <w:lang w:val="ru-RU"/>
              </w:rPr>
              <w:t>Проверка знаний, умений и навыков по теме «Повторение»</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800000"/>
              </w:rPr>
            </w:pPr>
            <w:proofErr w:type="spellStart"/>
            <w:r>
              <w:rPr>
                <w:rFonts w:eastAsia="Calibri"/>
                <w:b/>
                <w:color w:val="800000"/>
              </w:rPr>
              <w:t>Диктант</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800000"/>
                <w:lang w:val="ru-RU"/>
              </w:rPr>
            </w:pPr>
            <w:r w:rsidRPr="00EC782F">
              <w:rPr>
                <w:rFonts w:eastAsia="Calibri"/>
                <w:b/>
                <w:color w:val="800000"/>
                <w:lang w:val="ru-RU"/>
              </w:rPr>
              <w:t xml:space="preserve">Контроль полученных знаний </w:t>
            </w:r>
          </w:p>
          <w:p w:rsidR="00EC782F" w:rsidRPr="00EC782F" w:rsidRDefault="00EC782F" w:rsidP="00EC782F">
            <w:pPr>
              <w:ind w:right="-115"/>
              <w:rPr>
                <w:rFonts w:eastAsia="Calibri"/>
                <w:b/>
                <w:color w:val="800000"/>
                <w:lang w:val="ru-RU"/>
              </w:rPr>
            </w:pPr>
            <w:r w:rsidRPr="00EC782F">
              <w:rPr>
                <w:rFonts w:eastAsia="Calibri"/>
                <w:b/>
                <w:color w:val="800000"/>
                <w:lang w:val="ru-RU"/>
              </w:rPr>
              <w:t xml:space="preserve">Оценка своего знания </w:t>
            </w:r>
          </w:p>
          <w:p w:rsidR="00EC782F" w:rsidRPr="00EC782F" w:rsidRDefault="00EC782F" w:rsidP="00EC782F">
            <w:pPr>
              <w:ind w:right="-160"/>
              <w:rPr>
                <w:rFonts w:eastAsia="Calibri"/>
                <w:b/>
                <w:color w:val="800000"/>
                <w:lang w:val="ru-RU"/>
              </w:rPr>
            </w:pPr>
            <w:r w:rsidRPr="00EC782F">
              <w:rPr>
                <w:rFonts w:eastAsia="Calibri"/>
                <w:b/>
                <w:color w:val="800000"/>
                <w:lang w:val="ru-RU"/>
              </w:rPr>
              <w:t>Критично относиться к своему мнению</w:t>
            </w:r>
          </w:p>
          <w:p w:rsidR="00EC782F" w:rsidRPr="00EC782F" w:rsidRDefault="00EC782F" w:rsidP="00EC782F">
            <w:pPr>
              <w:ind w:right="-166"/>
              <w:rPr>
                <w:rFonts w:eastAsia="Calibri"/>
                <w:b/>
                <w:color w:val="800000"/>
                <w:lang w:val="ru-RU"/>
              </w:rPr>
            </w:pPr>
            <w:r w:rsidRPr="00EC782F">
              <w:rPr>
                <w:rFonts w:eastAsia="Calibri"/>
                <w:b/>
                <w:color w:val="800000"/>
                <w:lang w:val="ru-RU"/>
              </w:rPr>
              <w:t xml:space="preserve">Освоение </w:t>
            </w:r>
            <w:proofErr w:type="spellStart"/>
            <w:proofErr w:type="gramStart"/>
            <w:r w:rsidRPr="00EC782F">
              <w:rPr>
                <w:rFonts w:eastAsia="Calibri"/>
                <w:b/>
                <w:color w:val="800000"/>
                <w:lang w:val="ru-RU"/>
              </w:rPr>
              <w:t>результатив-ности</w:t>
            </w:r>
            <w:proofErr w:type="spellEnd"/>
            <w:proofErr w:type="gramEnd"/>
            <w:r w:rsidRPr="00EC782F">
              <w:rPr>
                <w:rFonts w:eastAsia="Calibri"/>
                <w:b/>
                <w:color w:val="800000"/>
                <w:lang w:val="ru-RU"/>
              </w:rPr>
              <w:t xml:space="preserve"> обучения</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4</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160"/>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13</w:t>
            </w:r>
          </w:p>
        </w:tc>
        <w:tc>
          <w:tcPr>
            <w:tcW w:w="756" w:type="pct"/>
            <w:tcBorders>
              <w:top w:val="single" w:sz="4" w:space="0" w:color="auto"/>
              <w:left w:val="single" w:sz="4" w:space="0" w:color="auto"/>
              <w:bottom w:val="single" w:sz="4" w:space="0" w:color="auto"/>
              <w:right w:val="single" w:sz="4" w:space="0" w:color="auto"/>
            </w:tcBorders>
          </w:tcPr>
          <w:p w:rsidR="00EC782F" w:rsidRPr="00E322F2" w:rsidRDefault="00E322F2" w:rsidP="00EC782F">
            <w:pPr>
              <w:rPr>
                <w:rFonts w:eastAsia="Calibri"/>
                <w:lang w:val="ru-RU"/>
              </w:rPr>
            </w:pPr>
            <w:r>
              <w:rPr>
                <w:rFonts w:eastAsia="Calibri"/>
                <w:lang w:val="ru-RU"/>
              </w:rPr>
              <w:t>Монолог - повествование</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Уметь выполнять работу над ошибками, объяснять тип ошибки </w:t>
            </w:r>
          </w:p>
          <w:p w:rsidR="00EC782F" w:rsidRPr="00EC782F" w:rsidRDefault="00EC782F" w:rsidP="00EC782F">
            <w:pPr>
              <w:ind w:right="-115"/>
              <w:rPr>
                <w:rFonts w:eastAsia="Calibri"/>
                <w:lang w:val="ru-RU"/>
              </w:rPr>
            </w:pPr>
            <w:r w:rsidRPr="00EC782F">
              <w:rPr>
                <w:rFonts w:eastAsia="Calibri"/>
                <w:lang w:val="ru-RU"/>
              </w:rPr>
              <w:t>Осознают качество и уровень знаний, корректируют свою работу.</w:t>
            </w:r>
          </w:p>
          <w:p w:rsidR="00EC782F" w:rsidRPr="00EC782F" w:rsidRDefault="00EC782F" w:rsidP="00EC782F">
            <w:pPr>
              <w:rPr>
                <w:rFonts w:eastAsia="Calibri"/>
                <w:lang w:val="ru-RU"/>
              </w:rPr>
            </w:pPr>
            <w:r w:rsidRPr="00EC782F">
              <w:rPr>
                <w:rFonts w:eastAsia="Calibri"/>
                <w:lang w:val="ru-RU"/>
              </w:rPr>
              <w:t>Участвовать в диалоге на уроке</w:t>
            </w:r>
          </w:p>
          <w:p w:rsidR="00EC782F" w:rsidRPr="00EC782F" w:rsidRDefault="00EC782F" w:rsidP="00EC782F">
            <w:pPr>
              <w:rPr>
                <w:rFonts w:eastAsia="Calibri"/>
                <w:lang w:val="ru-RU"/>
              </w:rPr>
            </w:pPr>
          </w:p>
          <w:p w:rsidR="00EC782F" w:rsidRPr="00EC782F" w:rsidRDefault="00EC782F" w:rsidP="00EC782F">
            <w:pPr>
              <w:rPr>
                <w:rFonts w:eastAsia="Calibri"/>
                <w:lang w:val="ru-RU"/>
              </w:rPr>
            </w:pPr>
            <w:r w:rsidRPr="00EC782F">
              <w:rPr>
                <w:rFonts w:eastAsia="Calibri"/>
                <w:lang w:val="ru-RU"/>
              </w:rPr>
              <w:t>Выбор дальнейшего образовательного маршрута.</w:t>
            </w:r>
          </w:p>
          <w:p w:rsidR="00EC782F" w:rsidRPr="00EC782F" w:rsidRDefault="00EC782F" w:rsidP="00EC782F">
            <w:pPr>
              <w:rPr>
                <w:rFonts w:eastAsia="Calibri"/>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5</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1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lastRenderedPageBreak/>
              <w:t>14</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Текст</w:t>
            </w:r>
            <w:proofErr w:type="spellEnd"/>
            <w:r w:rsidRPr="00E643E5">
              <w:rPr>
                <w:rFonts w:eastAsia="Calibri"/>
              </w:rPr>
              <w:t xml:space="preserve">, </w:t>
            </w:r>
            <w:proofErr w:type="spellStart"/>
            <w:r w:rsidRPr="00E643E5">
              <w:rPr>
                <w:rFonts w:eastAsia="Calibri"/>
              </w:rPr>
              <w:t>егоособенности</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Особенности текста по форме, виду речи, по типу речи</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Анализтекста</w:t>
            </w:r>
            <w:proofErr w:type="spellEnd"/>
          </w:p>
        </w:tc>
        <w:tc>
          <w:tcPr>
            <w:tcW w:w="2064" w:type="pct"/>
            <w:tcBorders>
              <w:top w:val="single" w:sz="4" w:space="0" w:color="auto"/>
              <w:left w:val="single" w:sz="4" w:space="0" w:color="auto"/>
              <w:right w:val="single" w:sz="4" w:space="0" w:color="auto"/>
            </w:tcBorders>
          </w:tcPr>
          <w:p w:rsidR="00EC782F" w:rsidRPr="00EC782F" w:rsidRDefault="00EC782F" w:rsidP="00EC782F">
            <w:pPr>
              <w:ind w:right="-126"/>
              <w:rPr>
                <w:rFonts w:eastAsia="Calibri"/>
                <w:lang w:val="ru-RU"/>
              </w:rPr>
            </w:pPr>
            <w:r w:rsidRPr="00EC782F">
              <w:rPr>
                <w:rFonts w:eastAsia="Calibri"/>
                <w:lang w:val="ru-RU"/>
              </w:rPr>
              <w:t>Умеют выбирать смысловые единицы текста и устанавливать отношения между ними</w:t>
            </w:r>
          </w:p>
          <w:p w:rsidR="00EC782F" w:rsidRPr="00EC782F" w:rsidRDefault="00EC782F" w:rsidP="00EC782F">
            <w:pPr>
              <w:ind w:right="-172"/>
              <w:rPr>
                <w:rFonts w:eastAsia="Calibri"/>
                <w:lang w:val="ru-RU"/>
              </w:rPr>
            </w:pPr>
            <w:r w:rsidRPr="00EC782F">
              <w:rPr>
                <w:rFonts w:eastAsia="Calibri"/>
                <w:lang w:val="ru-RU"/>
              </w:rPr>
              <w:t>Определяют последовательность промежуточных целей с учетом конечного результата</w:t>
            </w:r>
          </w:p>
          <w:p w:rsidR="00EC782F" w:rsidRPr="00EC782F" w:rsidRDefault="00EC782F" w:rsidP="00EC782F">
            <w:pPr>
              <w:rPr>
                <w:rFonts w:eastAsia="Calibri"/>
                <w:lang w:val="ru-RU"/>
              </w:rPr>
            </w:pPr>
            <w:r w:rsidRPr="00EC782F">
              <w:rPr>
                <w:rFonts w:eastAsia="Calibri"/>
                <w:lang w:val="ru-RU"/>
              </w:rPr>
              <w:t>Выбирают наиболее эффективные способы решения учебной задачи</w:t>
            </w:r>
          </w:p>
          <w:p w:rsidR="00EC782F" w:rsidRPr="00EC782F" w:rsidRDefault="00EC782F" w:rsidP="00EC782F">
            <w:pPr>
              <w:ind w:right="-109"/>
              <w:rPr>
                <w:rFonts w:eastAsia="Calibri"/>
                <w:lang w:val="ru-RU"/>
              </w:rPr>
            </w:pPr>
            <w:r w:rsidRPr="00EC782F">
              <w:rPr>
                <w:rFonts w:eastAsia="Calibri"/>
                <w:lang w:val="ru-RU"/>
              </w:rPr>
              <w:t>Проявляют интерес к новому учебному материалу.</w:t>
            </w:r>
          </w:p>
          <w:p w:rsidR="00EC782F" w:rsidRPr="00EC782F" w:rsidRDefault="00EC782F" w:rsidP="00EC782F">
            <w:pPr>
              <w:rPr>
                <w:rFonts w:eastAsia="Calibri"/>
                <w:lang w:val="ru-RU"/>
              </w:rPr>
            </w:pPr>
          </w:p>
        </w:tc>
        <w:tc>
          <w:tcPr>
            <w:tcW w:w="274" w:type="pct"/>
            <w:tcBorders>
              <w:top w:val="single" w:sz="4" w:space="0" w:color="auto"/>
              <w:left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5</w:t>
            </w:r>
            <w:r>
              <w:rPr>
                <w:rFonts w:eastAsia="Calibri"/>
                <w:sz w:val="18"/>
              </w:rPr>
              <w:t>.09</w:t>
            </w:r>
          </w:p>
        </w:tc>
        <w:tc>
          <w:tcPr>
            <w:tcW w:w="250" w:type="pct"/>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391"/>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15</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Тема и основная мысль текста. </w:t>
            </w:r>
            <w:proofErr w:type="spellStart"/>
            <w:r w:rsidRPr="00E643E5">
              <w:rPr>
                <w:rFonts w:eastAsia="Calibri"/>
              </w:rPr>
              <w:t>Средствасвязичастейтекста</w:t>
            </w:r>
            <w:proofErr w:type="spellEnd"/>
            <w:r w:rsidRPr="00E643E5">
              <w:rPr>
                <w:rFonts w:eastAsia="Calibri"/>
              </w:rPr>
              <w:t>.</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3"/>
              <w:rPr>
                <w:rFonts w:eastAsia="Calibri"/>
              </w:rPr>
            </w:pPr>
            <w:r w:rsidRPr="00EC782F">
              <w:rPr>
                <w:rFonts w:eastAsia="Calibri"/>
                <w:lang w:val="ru-RU"/>
              </w:rPr>
              <w:t xml:space="preserve">Заглавие текста. Тип и стиль речи. стилистические признаки в тексте. </w:t>
            </w:r>
            <w:proofErr w:type="spellStart"/>
            <w:r w:rsidRPr="00E643E5">
              <w:rPr>
                <w:rFonts w:eastAsia="Calibri"/>
              </w:rPr>
              <w:t>Принципделенияначасти</w:t>
            </w:r>
            <w:proofErr w:type="spellEnd"/>
            <w:r w:rsidRPr="00E643E5">
              <w:rPr>
                <w:rFonts w:eastAsia="Calibri"/>
              </w:rPr>
              <w:t xml:space="preserve">.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Анализтекста</w:t>
            </w:r>
            <w:proofErr w:type="spellEnd"/>
          </w:p>
        </w:tc>
        <w:tc>
          <w:tcPr>
            <w:tcW w:w="2064" w:type="pct"/>
            <w:tcBorders>
              <w:left w:val="single" w:sz="4" w:space="0" w:color="auto"/>
              <w:bottom w:val="single" w:sz="4" w:space="0" w:color="auto"/>
              <w:right w:val="single" w:sz="4" w:space="0" w:color="auto"/>
            </w:tcBorders>
          </w:tcPr>
          <w:p w:rsidR="00EC782F" w:rsidRPr="00EC782F" w:rsidRDefault="00EC782F" w:rsidP="00EC782F">
            <w:pPr>
              <w:ind w:right="-183"/>
              <w:rPr>
                <w:rFonts w:eastAsia="Calibri"/>
                <w:lang w:val="ru-RU"/>
              </w:rPr>
            </w:pPr>
            <w:r w:rsidRPr="00EC782F">
              <w:rPr>
                <w:rFonts w:eastAsia="Calibri"/>
                <w:lang w:val="ru-RU"/>
              </w:rPr>
              <w:t xml:space="preserve">Умеют выразительно читать текст, </w:t>
            </w:r>
            <w:proofErr w:type="spellStart"/>
            <w:proofErr w:type="gramStart"/>
            <w:r w:rsidRPr="00EC782F">
              <w:rPr>
                <w:rFonts w:eastAsia="Calibri"/>
                <w:lang w:val="ru-RU"/>
              </w:rPr>
              <w:t>опреде-лять</w:t>
            </w:r>
            <w:proofErr w:type="spellEnd"/>
            <w:proofErr w:type="gramEnd"/>
            <w:r w:rsidRPr="00EC782F">
              <w:rPr>
                <w:rFonts w:eastAsia="Calibri"/>
                <w:lang w:val="ru-RU"/>
              </w:rPr>
              <w:t xml:space="preserve"> его тему, </w:t>
            </w:r>
            <w:proofErr w:type="spellStart"/>
            <w:r w:rsidRPr="00EC782F">
              <w:rPr>
                <w:rFonts w:eastAsia="Calibri"/>
                <w:lang w:val="ru-RU"/>
              </w:rPr>
              <w:t>основ-ную</w:t>
            </w:r>
            <w:proofErr w:type="spellEnd"/>
            <w:r w:rsidRPr="00EC782F">
              <w:rPr>
                <w:rFonts w:eastAsia="Calibri"/>
                <w:lang w:val="ru-RU"/>
              </w:rPr>
              <w:t xml:space="preserve"> мысль, стиль и тип речи, средства связи, составлять план текст</w:t>
            </w:r>
          </w:p>
          <w:p w:rsidR="00EC782F" w:rsidRPr="00EC782F" w:rsidRDefault="00EC782F" w:rsidP="00EC782F">
            <w:pPr>
              <w:ind w:right="-115"/>
              <w:rPr>
                <w:rFonts w:eastAsia="Calibri"/>
                <w:lang w:val="ru-RU"/>
              </w:rPr>
            </w:pPr>
            <w:r w:rsidRPr="00EC782F">
              <w:rPr>
                <w:rFonts w:eastAsia="Calibri"/>
                <w:lang w:val="ru-RU"/>
              </w:rPr>
              <w:t>Осознают качество и уровень усвоения, корректируют свою работу.</w:t>
            </w:r>
          </w:p>
          <w:p w:rsidR="00EC782F" w:rsidRPr="00EC782F" w:rsidRDefault="00EC782F" w:rsidP="00EC782F">
            <w:pPr>
              <w:rPr>
                <w:rFonts w:eastAsia="Calibri"/>
                <w:lang w:val="ru-RU"/>
              </w:rPr>
            </w:pPr>
            <w:r w:rsidRPr="00EC782F">
              <w:rPr>
                <w:rFonts w:eastAsia="Calibri"/>
                <w:lang w:val="ru-RU"/>
              </w:rPr>
              <w:t>Учатся аргументировать свою точку зрения, спорить и отстаивать свою позицию</w:t>
            </w:r>
          </w:p>
          <w:p w:rsidR="00EC782F" w:rsidRPr="00EC782F" w:rsidRDefault="00EC782F" w:rsidP="00EC782F">
            <w:pPr>
              <w:rPr>
                <w:rFonts w:eastAsia="Calibri"/>
                <w:lang w:val="ru-RU"/>
              </w:rPr>
            </w:pPr>
            <w:r w:rsidRPr="00EC782F">
              <w:rPr>
                <w:rFonts w:eastAsia="Calibri"/>
                <w:lang w:val="ru-RU"/>
              </w:rPr>
              <w:t>Проявляют интерес к новому учебному материалу.</w:t>
            </w:r>
          </w:p>
          <w:p w:rsidR="00EC782F" w:rsidRPr="00EC782F" w:rsidRDefault="00EC782F" w:rsidP="00EC782F">
            <w:pPr>
              <w:rPr>
                <w:rFonts w:eastAsia="Calibri"/>
                <w:lang w:val="ru-RU"/>
              </w:rPr>
            </w:pPr>
          </w:p>
          <w:p w:rsidR="00EC782F" w:rsidRPr="00EC782F" w:rsidRDefault="00EC782F" w:rsidP="00EC782F">
            <w:pPr>
              <w:rPr>
                <w:rFonts w:eastAsia="Calibri"/>
                <w:lang w:val="ru-RU"/>
              </w:rPr>
            </w:pPr>
          </w:p>
        </w:tc>
        <w:tc>
          <w:tcPr>
            <w:tcW w:w="274" w:type="pct"/>
            <w:tcBorders>
              <w:top w:val="single" w:sz="4" w:space="0" w:color="auto"/>
              <w:left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6</w:t>
            </w:r>
            <w:r>
              <w:rPr>
                <w:rFonts w:eastAsia="Calibri"/>
                <w:sz w:val="18"/>
              </w:rPr>
              <w:t>.09</w:t>
            </w:r>
          </w:p>
        </w:tc>
        <w:tc>
          <w:tcPr>
            <w:tcW w:w="250" w:type="pct"/>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0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16</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Официально</w:t>
            </w:r>
            <w:proofErr w:type="spellEnd"/>
            <w:r w:rsidRPr="00E643E5">
              <w:rPr>
                <w:rFonts w:eastAsia="Calibri"/>
              </w:rPr>
              <w:t xml:space="preserve">- </w:t>
            </w:r>
            <w:proofErr w:type="spellStart"/>
            <w:r w:rsidRPr="00E643E5">
              <w:rPr>
                <w:rFonts w:eastAsia="Calibri"/>
              </w:rPr>
              <w:t>деловойстильречи</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Стили речи. Признаки официально-делового стиля. </w:t>
            </w:r>
            <w:proofErr w:type="spellStart"/>
            <w:r w:rsidRPr="00E643E5">
              <w:rPr>
                <w:rFonts w:eastAsia="Calibri"/>
              </w:rPr>
              <w:t>Сфераиспользования</w:t>
            </w:r>
            <w:proofErr w:type="spellEnd"/>
            <w:r w:rsidRPr="00E643E5">
              <w:rPr>
                <w:rFonts w:eastAsia="Calibri"/>
              </w:rPr>
              <w:t xml:space="preserve">. </w:t>
            </w:r>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Анализ текста и его языковых особенностей. </w:t>
            </w:r>
          </w:p>
        </w:tc>
        <w:tc>
          <w:tcPr>
            <w:tcW w:w="2064" w:type="pct"/>
            <w:tcBorders>
              <w:left w:val="single" w:sz="4" w:space="0" w:color="auto"/>
              <w:bottom w:val="single" w:sz="4" w:space="0" w:color="auto"/>
              <w:right w:val="single" w:sz="4" w:space="0" w:color="auto"/>
            </w:tcBorders>
          </w:tcPr>
          <w:p w:rsidR="00EC782F" w:rsidRPr="00EC782F" w:rsidRDefault="00EC782F" w:rsidP="00EC782F">
            <w:pPr>
              <w:ind w:right="-126"/>
              <w:rPr>
                <w:rFonts w:eastAsia="Calibri"/>
                <w:lang w:val="ru-RU"/>
              </w:rPr>
            </w:pPr>
            <w:r w:rsidRPr="00EC782F">
              <w:rPr>
                <w:rFonts w:eastAsia="Calibri"/>
                <w:lang w:val="ru-RU"/>
              </w:rPr>
              <w:t xml:space="preserve">Извлекают необходимую информацию из прослушанных текстов различных жанров </w:t>
            </w:r>
          </w:p>
          <w:p w:rsidR="00EC782F" w:rsidRPr="00EC782F" w:rsidRDefault="00EC782F" w:rsidP="00EC782F">
            <w:pPr>
              <w:rPr>
                <w:rFonts w:eastAsia="Calibri"/>
                <w:lang w:val="ru-RU"/>
              </w:rPr>
            </w:pPr>
            <w:r w:rsidRPr="00EC782F">
              <w:rPr>
                <w:rFonts w:eastAsia="Calibri"/>
                <w:lang w:val="ru-RU"/>
              </w:rPr>
              <w:t>Определять цель выполнения заданий на уроке</w:t>
            </w:r>
          </w:p>
          <w:p w:rsidR="00EC782F" w:rsidRPr="00EC782F" w:rsidRDefault="00EC782F" w:rsidP="00EC782F">
            <w:pPr>
              <w:rPr>
                <w:rFonts w:eastAsia="Calibri"/>
                <w:lang w:val="ru-RU"/>
              </w:rPr>
            </w:pPr>
            <w:r w:rsidRPr="00EC782F">
              <w:rPr>
                <w:rFonts w:eastAsia="Calibri"/>
                <w:lang w:val="ru-RU"/>
              </w:rPr>
              <w:t>С достаточной полнотой и точностью выражают свои мысли и чувства</w:t>
            </w:r>
          </w:p>
          <w:p w:rsidR="00EC782F" w:rsidRPr="00E643E5" w:rsidRDefault="00EC782F" w:rsidP="00EC782F">
            <w:pPr>
              <w:ind w:right="-109"/>
              <w:rPr>
                <w:rFonts w:eastAsia="Calibri"/>
              </w:rPr>
            </w:pPr>
            <w:proofErr w:type="spellStart"/>
            <w:r w:rsidRPr="00E643E5">
              <w:rPr>
                <w:rFonts w:eastAsia="Calibri"/>
              </w:rPr>
              <w:t>Формулируютсобственноемнение</w:t>
            </w:r>
            <w:proofErr w:type="spellEnd"/>
            <w:r w:rsidRPr="00E643E5">
              <w:rPr>
                <w:rFonts w:eastAsia="Calibri"/>
              </w:rPr>
              <w:t xml:space="preserve"> и </w:t>
            </w:r>
            <w:proofErr w:type="spellStart"/>
            <w:r w:rsidRPr="00E643E5">
              <w:rPr>
                <w:rFonts w:eastAsia="Calibri"/>
              </w:rPr>
              <w:t>позицию</w:t>
            </w:r>
            <w:proofErr w:type="spellEnd"/>
          </w:p>
          <w:p w:rsidR="00EC782F" w:rsidRPr="00E643E5" w:rsidRDefault="00EC782F" w:rsidP="00EC782F">
            <w:pPr>
              <w:ind w:right="-166"/>
              <w:rPr>
                <w:rFonts w:eastAsia="Calibri"/>
              </w:rPr>
            </w:pPr>
          </w:p>
          <w:p w:rsidR="00EC782F" w:rsidRPr="00E643E5" w:rsidRDefault="00EC782F" w:rsidP="00EC782F">
            <w:pPr>
              <w:ind w:right="-166"/>
              <w:rPr>
                <w:rFonts w:eastAsia="Calibri"/>
              </w:rPr>
            </w:pPr>
          </w:p>
        </w:tc>
        <w:tc>
          <w:tcPr>
            <w:tcW w:w="274" w:type="pct"/>
            <w:tcBorders>
              <w:top w:val="single" w:sz="4" w:space="0" w:color="auto"/>
              <w:left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7</w:t>
            </w:r>
            <w:r>
              <w:rPr>
                <w:rFonts w:eastAsia="Calibri"/>
                <w:sz w:val="18"/>
              </w:rPr>
              <w:t>.09</w:t>
            </w:r>
          </w:p>
        </w:tc>
        <w:tc>
          <w:tcPr>
            <w:tcW w:w="250" w:type="pct"/>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204"/>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17</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Повторение изученного в 5 классе.             Слово и его лексическое значение </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Теоретические сведения о лексике. Лексическое значение слова. Одно- и многозначные слова. Антонимы, синонимы, омонимы. </w:t>
            </w:r>
          </w:p>
        </w:tc>
        <w:tc>
          <w:tcPr>
            <w:tcW w:w="649"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Выражают смысл ситуации различными графическими средствами </w:t>
            </w:r>
          </w:p>
          <w:p w:rsidR="00EC782F" w:rsidRPr="00EC782F" w:rsidRDefault="00EC782F" w:rsidP="00EC782F">
            <w:pPr>
              <w:ind w:right="-115"/>
              <w:rPr>
                <w:rFonts w:eastAsia="Calibri"/>
                <w:lang w:val="ru-RU"/>
              </w:rPr>
            </w:pPr>
            <w:r w:rsidRPr="00EC782F">
              <w:rPr>
                <w:rFonts w:eastAsia="Calibri"/>
                <w:lang w:val="ru-RU"/>
              </w:rPr>
              <w:t>Вносят коррективы и дополнения в способ действий в случае расхождения эталона</w:t>
            </w:r>
          </w:p>
          <w:p w:rsidR="00EC782F" w:rsidRPr="00EC782F" w:rsidRDefault="00EC782F" w:rsidP="00EC782F">
            <w:pPr>
              <w:rPr>
                <w:rFonts w:eastAsia="Calibri"/>
                <w:lang w:val="ru-RU"/>
              </w:rPr>
            </w:pPr>
            <w:r w:rsidRPr="00EC782F">
              <w:rPr>
                <w:rFonts w:eastAsia="Calibri"/>
                <w:lang w:val="ru-RU"/>
              </w:rPr>
              <w:t>Планируют общие способы работы</w:t>
            </w:r>
          </w:p>
          <w:p w:rsidR="00EC782F" w:rsidRPr="00EC782F" w:rsidRDefault="00EC782F" w:rsidP="00EC782F">
            <w:pPr>
              <w:ind w:right="-109"/>
              <w:rPr>
                <w:rFonts w:eastAsia="Calibri"/>
                <w:lang w:val="ru-RU"/>
              </w:rPr>
            </w:pPr>
            <w:r w:rsidRPr="00EC782F">
              <w:rPr>
                <w:rFonts w:eastAsia="Calibri"/>
                <w:lang w:val="ru-RU"/>
              </w:rPr>
              <w:t xml:space="preserve">Освоение личностного смысла учения, желания учиться. </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1</w:t>
            </w:r>
            <w:r w:rsidR="004F36F8">
              <w:rPr>
                <w:rFonts w:eastAsia="Calibri"/>
                <w:sz w:val="18"/>
                <w:lang w:val="ru-RU"/>
              </w:rPr>
              <w:t>8</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5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r w:rsidRPr="00E643E5">
              <w:rPr>
                <w:rFonts w:eastAsia="Calibri"/>
                <w:b/>
                <w:color w:val="008000"/>
              </w:rPr>
              <w:lastRenderedPageBreak/>
              <w:t>18</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Собираниематериалов</w:t>
            </w:r>
            <w:proofErr w:type="spellEnd"/>
            <w:r w:rsidRPr="00E643E5">
              <w:rPr>
                <w:rFonts w:eastAsia="Calibri"/>
                <w:b/>
                <w:color w:val="008000"/>
              </w:rPr>
              <w:t xml:space="preserve"> к </w:t>
            </w:r>
            <w:proofErr w:type="spellStart"/>
            <w:r w:rsidRPr="00E643E5">
              <w:rPr>
                <w:rFonts w:eastAsia="Calibri"/>
                <w:b/>
                <w:color w:val="008000"/>
              </w:rPr>
              <w:t>сочинению</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p w:rsidR="00EC782F" w:rsidRPr="00E643E5" w:rsidRDefault="00EC782F" w:rsidP="00EC782F">
            <w:pPr>
              <w:rPr>
                <w:rFonts w:eastAsia="Calibri"/>
                <w:b/>
                <w:color w:val="008000"/>
              </w:rPr>
            </w:pP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Pr>
                <w:rFonts w:eastAsia="Calibri"/>
                <w:b/>
                <w:color w:val="008000"/>
              </w:rPr>
              <w:t>Плансочинения</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Знают о творчестве художника А.М.Герасимова,  уметь отбирать материал для сочинения.</w:t>
            </w:r>
          </w:p>
          <w:p w:rsidR="00EC782F" w:rsidRPr="00EC782F" w:rsidRDefault="00EC782F" w:rsidP="00EC782F">
            <w:pPr>
              <w:ind w:right="-115"/>
              <w:rPr>
                <w:rFonts w:eastAsia="Calibri"/>
                <w:b/>
                <w:color w:val="008000"/>
                <w:lang w:val="ru-RU"/>
              </w:rPr>
            </w:pPr>
            <w:r w:rsidRPr="00EC782F">
              <w:rPr>
                <w:rFonts w:eastAsia="Calibri"/>
                <w:b/>
                <w:color w:val="008000"/>
                <w:lang w:val="ru-RU"/>
              </w:rPr>
              <w:t>Вносят коррективы и дополнения в составленные планы.</w:t>
            </w:r>
          </w:p>
          <w:p w:rsidR="00EC782F" w:rsidRPr="00EC782F" w:rsidRDefault="00EC782F" w:rsidP="00EC782F">
            <w:pPr>
              <w:ind w:right="-115"/>
              <w:rPr>
                <w:rFonts w:eastAsia="Calibri"/>
                <w:b/>
                <w:color w:val="008000"/>
                <w:lang w:val="ru-RU"/>
              </w:rPr>
            </w:pPr>
          </w:p>
          <w:p w:rsidR="00EC782F" w:rsidRPr="00EC782F" w:rsidRDefault="00EC782F" w:rsidP="00EC782F">
            <w:pPr>
              <w:rPr>
                <w:rFonts w:eastAsia="Calibri"/>
                <w:b/>
                <w:color w:val="008000"/>
                <w:lang w:val="ru-RU"/>
              </w:rPr>
            </w:pPr>
            <w:r w:rsidRPr="00EC782F">
              <w:rPr>
                <w:rFonts w:eastAsia="Calibri"/>
                <w:b/>
                <w:color w:val="008000"/>
                <w:lang w:val="ru-RU"/>
              </w:rPr>
              <w:t>Используют адекватные языковые средства для отображения своих чувств и мыслей.</w:t>
            </w:r>
          </w:p>
          <w:p w:rsidR="00EC782F" w:rsidRPr="00EC782F" w:rsidRDefault="00EC782F" w:rsidP="00EC782F">
            <w:pPr>
              <w:ind w:right="-110"/>
              <w:rPr>
                <w:rFonts w:eastAsia="Calibri"/>
                <w:b/>
                <w:color w:val="008000"/>
                <w:lang w:val="ru-RU"/>
              </w:rPr>
            </w:pPr>
            <w:r w:rsidRPr="00EC782F">
              <w:rPr>
                <w:rFonts w:eastAsia="Calibri"/>
                <w:b/>
                <w:color w:val="008000"/>
                <w:lang w:val="ru-RU"/>
              </w:rPr>
              <w:t>Высказывают свое мнение, свою позицию.</w:t>
            </w:r>
          </w:p>
          <w:p w:rsidR="00EC782F" w:rsidRPr="00EC782F" w:rsidRDefault="00EC782F" w:rsidP="00EC782F">
            <w:pPr>
              <w:ind w:right="-52"/>
              <w:rPr>
                <w:rFonts w:eastAsia="Calibri"/>
                <w:b/>
                <w:color w:val="008000"/>
                <w:lang w:val="ru-RU"/>
              </w:rPr>
            </w:pPr>
          </w:p>
          <w:p w:rsidR="00EC782F" w:rsidRPr="00EC782F" w:rsidRDefault="00EC782F" w:rsidP="00EC782F">
            <w:pPr>
              <w:ind w:right="-52"/>
              <w:rPr>
                <w:rFonts w:eastAsia="Calibri"/>
                <w:b/>
                <w:color w:val="008000"/>
                <w:lang w:val="ru-RU"/>
              </w:rPr>
            </w:pPr>
          </w:p>
          <w:p w:rsidR="00EC782F" w:rsidRPr="00EC782F" w:rsidRDefault="00EC782F" w:rsidP="00EC782F">
            <w:pPr>
              <w:rPr>
                <w:rFonts w:eastAsia="Calibri"/>
                <w:b/>
                <w:color w:val="008000"/>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1</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5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85"/>
              <w:rPr>
                <w:rFonts w:eastAsia="Calibri"/>
                <w:b/>
                <w:color w:val="008000"/>
              </w:rPr>
            </w:pPr>
            <w:r w:rsidRPr="00E643E5">
              <w:rPr>
                <w:rFonts w:eastAsia="Calibri"/>
                <w:b/>
                <w:color w:val="008000"/>
              </w:rPr>
              <w:t>19</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85"/>
              <w:rPr>
                <w:rFonts w:eastAsia="Calibri"/>
                <w:b/>
                <w:color w:val="008000"/>
                <w:lang w:val="ru-RU"/>
              </w:rPr>
            </w:pPr>
            <w:r w:rsidRPr="00EC782F">
              <w:rPr>
                <w:rFonts w:eastAsia="Calibri"/>
                <w:b/>
                <w:color w:val="008000"/>
                <w:lang w:val="ru-RU"/>
              </w:rPr>
              <w:t xml:space="preserve"> Сочинение по картине А.М.Герасимова «После дождя»</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Контрольноесочинение</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10"/>
              <w:rPr>
                <w:rFonts w:eastAsia="Calibri"/>
                <w:b/>
                <w:color w:val="008000"/>
                <w:lang w:val="ru-RU"/>
              </w:rPr>
            </w:pPr>
            <w:r w:rsidRPr="00EC782F">
              <w:rPr>
                <w:rFonts w:eastAsia="Calibri"/>
                <w:b/>
                <w:color w:val="008000"/>
                <w:lang w:val="ru-RU"/>
              </w:rPr>
              <w:t xml:space="preserve">Умеют писать сочинение на заданную тему, связно и </w:t>
            </w:r>
            <w:proofErr w:type="spellStart"/>
            <w:proofErr w:type="gramStart"/>
            <w:r w:rsidRPr="00EC782F">
              <w:rPr>
                <w:rFonts w:eastAsia="Calibri"/>
                <w:b/>
                <w:color w:val="008000"/>
                <w:lang w:val="ru-RU"/>
              </w:rPr>
              <w:t>последова-тельно</w:t>
            </w:r>
            <w:proofErr w:type="spellEnd"/>
            <w:proofErr w:type="gramEnd"/>
            <w:r w:rsidRPr="00EC782F">
              <w:rPr>
                <w:rFonts w:eastAsia="Calibri"/>
                <w:b/>
                <w:color w:val="008000"/>
                <w:lang w:val="ru-RU"/>
              </w:rPr>
              <w:t xml:space="preserve"> излагать свои мысли </w:t>
            </w:r>
          </w:p>
          <w:p w:rsidR="00EC782F" w:rsidRPr="00EC782F" w:rsidRDefault="00EC782F" w:rsidP="00EC782F">
            <w:pPr>
              <w:rPr>
                <w:rFonts w:eastAsia="Calibri"/>
                <w:b/>
                <w:color w:val="008000"/>
                <w:lang w:val="ru-RU"/>
              </w:rPr>
            </w:pPr>
            <w:r w:rsidRPr="00EC782F">
              <w:rPr>
                <w:rFonts w:eastAsia="Calibri"/>
                <w:b/>
                <w:color w:val="008000"/>
                <w:lang w:val="ru-RU"/>
              </w:rPr>
              <w:t>Выполняют правку текста.</w:t>
            </w:r>
          </w:p>
          <w:p w:rsidR="00EC782F" w:rsidRPr="00EC782F" w:rsidRDefault="00EC782F" w:rsidP="00EC782F">
            <w:pPr>
              <w:rPr>
                <w:rFonts w:eastAsia="Calibri"/>
                <w:b/>
                <w:color w:val="008000"/>
                <w:lang w:val="ru-RU"/>
              </w:rPr>
            </w:pPr>
          </w:p>
          <w:p w:rsidR="00EC782F" w:rsidRPr="00EC782F" w:rsidRDefault="00EC782F" w:rsidP="00EC782F">
            <w:pPr>
              <w:rPr>
                <w:rFonts w:eastAsia="Calibri"/>
                <w:b/>
                <w:color w:val="008000"/>
                <w:lang w:val="ru-RU"/>
              </w:rPr>
            </w:pPr>
          </w:p>
          <w:p w:rsidR="00EC782F" w:rsidRPr="00EC782F" w:rsidRDefault="00EC782F" w:rsidP="00EC782F">
            <w:pPr>
              <w:rPr>
                <w:rFonts w:eastAsia="Calibri"/>
                <w:b/>
                <w:color w:val="008000"/>
                <w:lang w:val="ru-RU"/>
              </w:rPr>
            </w:pPr>
          </w:p>
          <w:p w:rsidR="00EC782F" w:rsidRPr="00EC782F" w:rsidRDefault="00EC782F" w:rsidP="00EC782F">
            <w:pPr>
              <w:rPr>
                <w:rFonts w:eastAsia="Calibri"/>
                <w:b/>
                <w:color w:val="008000"/>
                <w:lang w:val="ru-RU"/>
              </w:rPr>
            </w:pPr>
            <w:r w:rsidRPr="00EC782F">
              <w:rPr>
                <w:rFonts w:eastAsia="Calibri"/>
                <w:b/>
                <w:color w:val="008000"/>
                <w:lang w:val="ru-RU"/>
              </w:rPr>
              <w:t>Используют всевозможные приемы для создания связного текста.</w:t>
            </w:r>
          </w:p>
          <w:p w:rsidR="00EC782F" w:rsidRPr="00EC782F" w:rsidRDefault="00EC782F" w:rsidP="00EC782F">
            <w:pPr>
              <w:rPr>
                <w:rFonts w:eastAsia="Calibri"/>
                <w:b/>
                <w:color w:val="008000"/>
                <w:lang w:val="ru-RU"/>
              </w:rPr>
            </w:pPr>
            <w:r w:rsidRPr="00EC782F">
              <w:rPr>
                <w:rFonts w:eastAsia="Calibri"/>
                <w:b/>
                <w:color w:val="008000"/>
                <w:lang w:val="ru-RU"/>
              </w:rPr>
              <w:t>Высказывают свое мнение, свою позицию.</w:t>
            </w:r>
          </w:p>
          <w:p w:rsidR="00EC782F" w:rsidRPr="00EC782F" w:rsidRDefault="00EC782F" w:rsidP="00EC782F">
            <w:pPr>
              <w:rPr>
                <w:rFonts w:eastAsia="Calibri"/>
                <w:b/>
                <w:color w:val="008000"/>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2</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5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20</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Общеупотреби</w:t>
            </w:r>
            <w:r w:rsidRPr="00E643E5">
              <w:rPr>
                <w:rFonts w:eastAsia="Calibri"/>
              </w:rPr>
              <w:t>тельныеслова</w:t>
            </w:r>
            <w:proofErr w:type="spellEnd"/>
            <w:r w:rsidRPr="00E643E5">
              <w:rPr>
                <w:rFonts w:eastAsia="Calibri"/>
              </w:rPr>
              <w:t xml:space="preserve">.  </w:t>
            </w:r>
            <w:proofErr w:type="spellStart"/>
            <w:r w:rsidRPr="00E643E5">
              <w:rPr>
                <w:rFonts w:eastAsia="Calibri"/>
              </w:rPr>
              <w:t>Профес</w:t>
            </w:r>
            <w:r>
              <w:rPr>
                <w:rFonts w:eastAsia="Calibri"/>
              </w:rPr>
              <w:t>сиона</w:t>
            </w:r>
            <w:r w:rsidRPr="00E643E5">
              <w:rPr>
                <w:rFonts w:eastAsia="Calibri"/>
              </w:rPr>
              <w:t>лизмы</w:t>
            </w:r>
            <w:proofErr w:type="spellEnd"/>
            <w:r w:rsidRPr="00E643E5">
              <w:rPr>
                <w:rFonts w:eastAsia="Calibri"/>
              </w:rPr>
              <w:t>.</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Разные слова лексики, работа со словарем. Пометы в толковых словарях. Роль профессионализмов в художественных произведениях.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Лексическийразбор</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Выделяют объекты и процессы с точки зрения целого и частей </w:t>
            </w:r>
          </w:p>
          <w:p w:rsidR="00EC782F" w:rsidRPr="00EC782F" w:rsidRDefault="00EC782F" w:rsidP="00EC782F">
            <w:pPr>
              <w:rPr>
                <w:rFonts w:eastAsia="Calibri"/>
                <w:lang w:val="ru-RU"/>
              </w:rPr>
            </w:pPr>
            <w:r w:rsidRPr="00EC782F">
              <w:rPr>
                <w:rFonts w:eastAsia="Calibri"/>
                <w:lang w:val="ru-RU"/>
              </w:rPr>
              <w:t xml:space="preserve">Самостоятельно формулируют познавательную цель и строят действия </w:t>
            </w:r>
          </w:p>
          <w:p w:rsidR="00EC782F" w:rsidRPr="00EC782F" w:rsidRDefault="00EC782F" w:rsidP="00EC782F">
            <w:pPr>
              <w:rPr>
                <w:rFonts w:eastAsia="Calibri"/>
                <w:lang w:val="ru-RU"/>
              </w:rPr>
            </w:pPr>
          </w:p>
          <w:p w:rsidR="00EC782F" w:rsidRPr="00EC782F" w:rsidRDefault="00EC782F" w:rsidP="00EC782F">
            <w:pPr>
              <w:ind w:right="-114"/>
              <w:rPr>
                <w:rFonts w:eastAsia="Calibri"/>
                <w:lang w:val="ru-RU"/>
              </w:rPr>
            </w:pPr>
            <w:r w:rsidRPr="00EC782F">
              <w:rPr>
                <w:rFonts w:eastAsia="Calibri"/>
                <w:lang w:val="ru-RU"/>
              </w:rPr>
              <w:t>Описывают содержание совершаемых действий с целью ориентировки учебно-практической деятельности</w:t>
            </w:r>
          </w:p>
          <w:p w:rsidR="00EC782F" w:rsidRPr="00EC782F" w:rsidRDefault="00EC782F" w:rsidP="00EC782F">
            <w:pPr>
              <w:rPr>
                <w:rFonts w:eastAsia="Calibri"/>
                <w:lang w:val="ru-RU"/>
              </w:rPr>
            </w:pPr>
            <w:r w:rsidRPr="00EC782F">
              <w:rPr>
                <w:rFonts w:eastAsia="Calibri"/>
                <w:lang w:val="ru-RU"/>
              </w:rPr>
              <w:t xml:space="preserve">Становление </w:t>
            </w:r>
            <w:proofErr w:type="spellStart"/>
            <w:r w:rsidRPr="00EC782F">
              <w:rPr>
                <w:rFonts w:eastAsia="Calibri"/>
                <w:lang w:val="ru-RU"/>
              </w:rPr>
              <w:t>смыслообразующей</w:t>
            </w:r>
            <w:proofErr w:type="spellEnd"/>
            <w:r w:rsidRPr="00EC782F">
              <w:rPr>
                <w:rFonts w:eastAsia="Calibri"/>
                <w:lang w:val="ru-RU"/>
              </w:rPr>
              <w:t xml:space="preserve"> функции познавательного мотива</w:t>
            </w:r>
          </w:p>
          <w:p w:rsidR="00EC782F" w:rsidRPr="00EC782F" w:rsidRDefault="00EC782F" w:rsidP="00EC782F">
            <w:pPr>
              <w:rPr>
                <w:rFonts w:eastAsia="Calibri"/>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2</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35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lastRenderedPageBreak/>
              <w:t>21</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Диалектизмы</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Диалектизмы. Нормы употребления диалектизмов. Пометы в толковых словарях. </w:t>
            </w:r>
            <w:proofErr w:type="spellStart"/>
            <w:r w:rsidRPr="00E643E5">
              <w:rPr>
                <w:rFonts w:eastAsia="Calibri"/>
              </w:rPr>
              <w:t>Рольдиалектизмов</w:t>
            </w:r>
            <w:proofErr w:type="spellEnd"/>
            <w:r w:rsidRPr="00E643E5">
              <w:rPr>
                <w:rFonts w:eastAsia="Calibri"/>
              </w:rPr>
              <w:t xml:space="preserve"> в </w:t>
            </w:r>
            <w:proofErr w:type="spellStart"/>
            <w:r w:rsidRPr="00E643E5">
              <w:rPr>
                <w:rFonts w:eastAsia="Calibri"/>
              </w:rPr>
              <w:t>художественнойречи</w:t>
            </w:r>
            <w:proofErr w:type="spellEnd"/>
            <w:r w:rsidRPr="00E643E5">
              <w:rPr>
                <w:rFonts w:eastAsia="Calibri"/>
              </w:rPr>
              <w:t xml:space="preserve">.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Анализхудожественноготекста</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Знают различные пласты лексики, </w:t>
            </w:r>
          </w:p>
          <w:p w:rsidR="00EC782F" w:rsidRPr="00EC782F" w:rsidRDefault="00EC782F" w:rsidP="00EC782F">
            <w:pPr>
              <w:rPr>
                <w:rFonts w:eastAsia="Calibri"/>
                <w:lang w:val="ru-RU"/>
              </w:rPr>
            </w:pPr>
            <w:r w:rsidRPr="00EC782F">
              <w:rPr>
                <w:rFonts w:eastAsia="Calibri"/>
                <w:lang w:val="ru-RU"/>
              </w:rPr>
              <w:t>умеют отличать диалектизмы от общеупотребительных.</w:t>
            </w:r>
          </w:p>
          <w:p w:rsidR="00EC782F" w:rsidRPr="00EC782F" w:rsidRDefault="00EC782F" w:rsidP="00EC782F">
            <w:pPr>
              <w:ind w:right="-134"/>
              <w:rPr>
                <w:rFonts w:eastAsia="Calibri"/>
                <w:lang w:val="ru-RU"/>
              </w:rPr>
            </w:pPr>
            <w:r w:rsidRPr="00EC782F">
              <w:rPr>
                <w:rFonts w:eastAsia="Calibri"/>
                <w:lang w:val="ru-RU"/>
              </w:rPr>
              <w:t xml:space="preserve">Составляют план </w:t>
            </w:r>
            <w:proofErr w:type="spellStart"/>
            <w:r w:rsidRPr="00EC782F">
              <w:rPr>
                <w:rFonts w:eastAsia="Calibri"/>
                <w:lang w:val="ru-RU"/>
              </w:rPr>
              <w:t>последователь-ность</w:t>
            </w:r>
            <w:proofErr w:type="spellEnd"/>
            <w:r w:rsidRPr="00EC782F">
              <w:rPr>
                <w:rFonts w:eastAsia="Calibri"/>
                <w:lang w:val="ru-RU"/>
              </w:rPr>
              <w:t xml:space="preserve"> действий</w:t>
            </w:r>
            <w:proofErr w:type="gramStart"/>
            <w:r w:rsidRPr="00EC782F">
              <w:rPr>
                <w:rFonts w:eastAsia="Calibri"/>
                <w:lang w:val="ru-RU"/>
              </w:rPr>
              <w:t xml:space="preserve"> О</w:t>
            </w:r>
            <w:proofErr w:type="gramEnd"/>
            <w:r w:rsidRPr="00EC782F">
              <w:rPr>
                <w:rFonts w:eastAsia="Calibri"/>
                <w:lang w:val="ru-RU"/>
              </w:rPr>
              <w:t>пределяют цель выполнения заданий на уроке</w:t>
            </w:r>
          </w:p>
          <w:p w:rsidR="00EC782F" w:rsidRPr="00EC782F" w:rsidRDefault="00EC782F" w:rsidP="00EC782F">
            <w:pPr>
              <w:ind w:right="-114"/>
              <w:rPr>
                <w:rFonts w:eastAsia="Calibri"/>
                <w:lang w:val="ru-RU"/>
              </w:rPr>
            </w:pPr>
            <w:r w:rsidRPr="00EC782F">
              <w:rPr>
                <w:rFonts w:eastAsia="Calibri"/>
                <w:lang w:val="ru-RU"/>
              </w:rPr>
              <w:t>Выбирают наиболее эффективные способы решения учебной задачи</w:t>
            </w:r>
          </w:p>
          <w:p w:rsidR="00EC782F" w:rsidRPr="00EC782F" w:rsidRDefault="00EC782F" w:rsidP="00EC782F">
            <w:pPr>
              <w:rPr>
                <w:rFonts w:eastAsia="Calibri"/>
                <w:lang w:val="ru-RU"/>
              </w:rPr>
            </w:pPr>
            <w:r w:rsidRPr="00EC782F">
              <w:rPr>
                <w:rFonts w:eastAsia="Calibri"/>
                <w:lang w:val="ru-RU"/>
              </w:rPr>
              <w:t>Оформляют свои мысли с учетом речевых ситуаций.</w:t>
            </w: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3</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13"/>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r w:rsidRPr="00E643E5">
              <w:rPr>
                <w:rFonts w:eastAsia="Calibri"/>
              </w:rPr>
              <w:t>22</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r w:rsidRPr="00EC782F">
              <w:rPr>
                <w:rFonts w:eastAsia="Calibri"/>
                <w:lang w:val="ru-RU"/>
              </w:rPr>
              <w:t xml:space="preserve">Исконно  русские и заимствованные слова.  </w:t>
            </w:r>
            <w:proofErr w:type="spellStart"/>
            <w:r w:rsidRPr="00E643E5">
              <w:rPr>
                <w:rFonts w:eastAsia="Calibri"/>
              </w:rPr>
              <w:t>Этимология</w:t>
            </w:r>
            <w:proofErr w:type="spellEnd"/>
            <w:r w:rsidRPr="00E643E5">
              <w:rPr>
                <w:rFonts w:eastAsia="Calibri"/>
              </w:rPr>
              <w:t>.</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Способы пополнения словарного запаса русского языка. Употребление исконно русских и заимствованных слов.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Проект</w:t>
            </w:r>
            <w:proofErr w:type="spellEnd"/>
            <w:r>
              <w:rPr>
                <w:rFonts w:eastAsia="Calibri"/>
              </w:rPr>
              <w:t xml:space="preserve">, </w:t>
            </w:r>
            <w:proofErr w:type="spellStart"/>
            <w:r>
              <w:rPr>
                <w:rFonts w:eastAsia="Calibri"/>
              </w:rPr>
              <w:t>планпрезентации</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38"/>
              <w:rPr>
                <w:rFonts w:eastAsia="Calibri"/>
                <w:lang w:val="ru-RU"/>
              </w:rPr>
            </w:pPr>
            <w:r w:rsidRPr="00EC782F">
              <w:rPr>
                <w:rFonts w:eastAsia="Calibri"/>
                <w:lang w:val="ru-RU"/>
              </w:rPr>
              <w:t>Определяют основную и дополнительную информацию</w:t>
            </w:r>
          </w:p>
          <w:p w:rsidR="00EC782F" w:rsidRPr="00EC782F" w:rsidRDefault="00EC782F" w:rsidP="00EC782F">
            <w:pPr>
              <w:rPr>
                <w:rFonts w:eastAsia="Calibri"/>
                <w:lang w:val="ru-RU"/>
              </w:rPr>
            </w:pPr>
            <w:r w:rsidRPr="00EC782F">
              <w:rPr>
                <w:rFonts w:eastAsia="Calibri"/>
                <w:lang w:val="ru-RU"/>
              </w:rPr>
              <w:t>Ставят учебную задачу на основе соотнесения  известного и неизвестного</w:t>
            </w:r>
          </w:p>
          <w:p w:rsidR="00EC782F" w:rsidRPr="00EC782F" w:rsidRDefault="00EC782F" w:rsidP="00EC782F">
            <w:pPr>
              <w:rPr>
                <w:rFonts w:eastAsia="Calibri"/>
                <w:lang w:val="ru-RU"/>
              </w:rPr>
            </w:pPr>
            <w:r w:rsidRPr="00EC782F">
              <w:rPr>
                <w:rFonts w:eastAsia="Calibri"/>
                <w:lang w:val="ru-RU"/>
              </w:rPr>
              <w:t>Умеют представлять конкретное содержание в виде проекта</w:t>
            </w:r>
          </w:p>
          <w:p w:rsidR="00EC782F" w:rsidRPr="00EC782F" w:rsidRDefault="00EC782F" w:rsidP="00EC782F">
            <w:pPr>
              <w:ind w:right="-109"/>
              <w:rPr>
                <w:rFonts w:eastAsia="Calibri"/>
                <w:lang w:val="ru-RU"/>
              </w:rPr>
            </w:pPr>
            <w:r w:rsidRPr="00EC782F">
              <w:rPr>
                <w:rFonts w:eastAsia="Calibri"/>
                <w:lang w:val="ru-RU"/>
              </w:rPr>
              <w:t xml:space="preserve">Проявляют интерес к </w:t>
            </w:r>
            <w:proofErr w:type="spellStart"/>
            <w:proofErr w:type="gramStart"/>
            <w:r w:rsidRPr="00EC782F">
              <w:rPr>
                <w:rFonts w:eastAsia="Calibri"/>
                <w:lang w:val="ru-RU"/>
              </w:rPr>
              <w:t>исследовате-льской</w:t>
            </w:r>
            <w:proofErr w:type="spellEnd"/>
            <w:proofErr w:type="gramEnd"/>
            <w:r w:rsidRPr="00EC782F">
              <w:rPr>
                <w:rFonts w:eastAsia="Calibri"/>
                <w:lang w:val="ru-RU"/>
              </w:rPr>
              <w:t xml:space="preserve"> деятельности</w:t>
            </w:r>
          </w:p>
          <w:p w:rsidR="00EC782F" w:rsidRPr="00EC782F" w:rsidRDefault="00EC782F" w:rsidP="00EC782F">
            <w:pPr>
              <w:ind w:right="-109"/>
              <w:rPr>
                <w:rFonts w:eastAsia="Calibri"/>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4</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97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r w:rsidRPr="00E643E5">
              <w:rPr>
                <w:rFonts w:eastAsia="Calibri"/>
              </w:rPr>
              <w:t>23</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proofErr w:type="spellStart"/>
            <w:r>
              <w:rPr>
                <w:rFonts w:eastAsia="Calibri"/>
              </w:rPr>
              <w:t>Неологизмы</w:t>
            </w:r>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proofErr w:type="gramStart"/>
            <w:r w:rsidRPr="00E643E5">
              <w:rPr>
                <w:rFonts w:eastAsia="Calibri"/>
              </w:rPr>
              <w:t>Общеупотребительныеи</w:t>
            </w:r>
            <w:proofErr w:type="spellEnd"/>
            <w:r w:rsidRPr="00E643E5">
              <w:rPr>
                <w:rFonts w:eastAsia="Calibri"/>
              </w:rPr>
              <w:t xml:space="preserve">  </w:t>
            </w:r>
            <w:proofErr w:type="spellStart"/>
            <w:r w:rsidRPr="00E643E5">
              <w:rPr>
                <w:rFonts w:eastAsia="Calibri"/>
              </w:rPr>
              <w:t>авторскиенеологизмы</w:t>
            </w:r>
            <w:proofErr w:type="spellEnd"/>
            <w:proofErr w:type="gramEnd"/>
            <w:r w:rsidRPr="00E643E5">
              <w:rPr>
                <w:rFonts w:eastAsia="Calibri"/>
              </w:rPr>
              <w:t>.</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Проект</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240"/>
              <w:rPr>
                <w:rFonts w:eastAsia="Calibri"/>
                <w:lang w:val="ru-RU"/>
              </w:rPr>
            </w:pPr>
            <w:r w:rsidRPr="00EC782F">
              <w:rPr>
                <w:rFonts w:eastAsia="Calibri"/>
                <w:lang w:val="ru-RU"/>
              </w:rPr>
              <w:t>Знают об изменениях языка, умеют находить данные слова в словарях и текстах</w:t>
            </w:r>
          </w:p>
          <w:p w:rsidR="00EC782F" w:rsidRPr="00EC782F" w:rsidRDefault="00EC782F" w:rsidP="00EC782F">
            <w:pPr>
              <w:ind w:right="-115"/>
              <w:rPr>
                <w:rFonts w:eastAsia="Calibri"/>
                <w:lang w:val="ru-RU"/>
              </w:rPr>
            </w:pPr>
            <w:r w:rsidRPr="00EC782F">
              <w:rPr>
                <w:rFonts w:eastAsia="Calibri"/>
                <w:lang w:val="ru-RU"/>
              </w:rPr>
              <w:t xml:space="preserve">Отбирают необходимые  источники информации среди словарей </w:t>
            </w:r>
          </w:p>
          <w:p w:rsidR="00EC782F" w:rsidRPr="00EC782F" w:rsidRDefault="00EC782F" w:rsidP="00EC782F">
            <w:pPr>
              <w:rPr>
                <w:rFonts w:eastAsia="Calibri"/>
                <w:lang w:val="ru-RU"/>
              </w:rPr>
            </w:pPr>
            <w:r w:rsidRPr="00EC782F">
              <w:rPr>
                <w:rFonts w:eastAsia="Calibri"/>
                <w:lang w:val="ru-RU"/>
              </w:rPr>
              <w:t>Проявляют готовность к адекватному реагированию</w:t>
            </w:r>
          </w:p>
          <w:p w:rsidR="00EC782F" w:rsidRPr="00EC782F" w:rsidRDefault="00EC782F" w:rsidP="00EC782F">
            <w:pPr>
              <w:rPr>
                <w:rFonts w:eastAsia="Calibri"/>
                <w:lang w:val="ru-RU"/>
              </w:rPr>
            </w:pPr>
            <w:r w:rsidRPr="00EC782F">
              <w:rPr>
                <w:rFonts w:eastAsia="Calibri"/>
                <w:lang w:val="ru-RU"/>
              </w:rPr>
              <w:t>Проявляют устойчивый познавательный интерес</w:t>
            </w:r>
          </w:p>
          <w:p w:rsidR="00EC782F" w:rsidRPr="00EC782F" w:rsidRDefault="00EC782F" w:rsidP="00EC782F">
            <w:pPr>
              <w:ind w:right="-224"/>
              <w:rPr>
                <w:rFonts w:eastAsia="Calibri"/>
                <w:lang w:val="ru-RU"/>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5</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455"/>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24</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bookmarkStart w:id="2" w:name="_GoBack"/>
            <w:proofErr w:type="spellStart"/>
            <w:r w:rsidRPr="00E643E5">
              <w:rPr>
                <w:rFonts w:eastAsia="Calibri"/>
              </w:rPr>
              <w:t>Устаревшиеслова</w:t>
            </w:r>
            <w:bookmarkEnd w:id="2"/>
            <w:proofErr w:type="spellEnd"/>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Устаревшиеслова</w:t>
            </w:r>
            <w:proofErr w:type="spellEnd"/>
            <w:r w:rsidRPr="00E643E5">
              <w:rPr>
                <w:rFonts w:eastAsia="Calibri"/>
              </w:rPr>
              <w:t xml:space="preserve">: </w:t>
            </w:r>
            <w:proofErr w:type="spellStart"/>
            <w:r w:rsidRPr="00E643E5">
              <w:rPr>
                <w:rFonts w:eastAsia="Calibri"/>
              </w:rPr>
              <w:t>архаизмы</w:t>
            </w:r>
            <w:proofErr w:type="spellEnd"/>
            <w:r w:rsidRPr="00E643E5">
              <w:rPr>
                <w:rFonts w:eastAsia="Calibri"/>
              </w:rPr>
              <w:t xml:space="preserve">, </w:t>
            </w:r>
            <w:proofErr w:type="spellStart"/>
            <w:r w:rsidRPr="00E643E5">
              <w:rPr>
                <w:rFonts w:eastAsia="Calibri"/>
              </w:rPr>
              <w:t>историзмы</w:t>
            </w:r>
            <w:proofErr w:type="spellEnd"/>
            <w:r w:rsidRPr="00E643E5">
              <w:rPr>
                <w:rFonts w:eastAsia="Calibri"/>
              </w:rPr>
              <w:t xml:space="preserve">.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Проект</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240"/>
              <w:rPr>
                <w:rFonts w:eastAsia="Calibri"/>
                <w:lang w:val="ru-RU"/>
              </w:rPr>
            </w:pPr>
            <w:r w:rsidRPr="00EC782F">
              <w:rPr>
                <w:rFonts w:eastAsia="Calibri"/>
                <w:lang w:val="ru-RU"/>
              </w:rPr>
              <w:t>Выделяют и формулируют проблему. Извлекают необходимую информацию</w:t>
            </w:r>
          </w:p>
          <w:p w:rsidR="00EC782F" w:rsidRPr="00EC782F" w:rsidRDefault="00EC782F" w:rsidP="00EC782F">
            <w:pPr>
              <w:ind w:right="-115"/>
              <w:rPr>
                <w:rFonts w:eastAsia="Calibri"/>
                <w:lang w:val="ru-RU"/>
              </w:rPr>
            </w:pPr>
            <w:r w:rsidRPr="00EC782F">
              <w:rPr>
                <w:rFonts w:eastAsia="Calibri"/>
                <w:lang w:val="ru-RU"/>
              </w:rPr>
              <w:t xml:space="preserve">Самостоятельно формулируют познавательную цель и строят действия в </w:t>
            </w:r>
            <w:proofErr w:type="spellStart"/>
            <w:proofErr w:type="gramStart"/>
            <w:r w:rsidRPr="00EC782F">
              <w:rPr>
                <w:rFonts w:eastAsia="Calibri"/>
                <w:lang w:val="ru-RU"/>
              </w:rPr>
              <w:t>соот-ветствии</w:t>
            </w:r>
            <w:proofErr w:type="spellEnd"/>
            <w:proofErr w:type="gramEnd"/>
            <w:r w:rsidRPr="00EC782F">
              <w:rPr>
                <w:rFonts w:eastAsia="Calibri"/>
                <w:lang w:val="ru-RU"/>
              </w:rPr>
              <w:t xml:space="preserve"> с ней</w:t>
            </w:r>
          </w:p>
          <w:p w:rsidR="00EC782F" w:rsidRPr="00EC782F" w:rsidRDefault="00EC782F" w:rsidP="00EC782F">
            <w:pPr>
              <w:rPr>
                <w:rFonts w:eastAsia="Calibri"/>
                <w:lang w:val="ru-RU"/>
              </w:rPr>
            </w:pPr>
            <w:r w:rsidRPr="00EC782F">
              <w:rPr>
                <w:rFonts w:eastAsia="Calibri"/>
                <w:lang w:val="ru-RU"/>
              </w:rPr>
              <w:t>Определять самостоятельно критерии оценивания, давать самооценку</w:t>
            </w:r>
          </w:p>
          <w:p w:rsidR="00EC782F" w:rsidRPr="00E643E5" w:rsidRDefault="00EC782F" w:rsidP="00EC782F">
            <w:pPr>
              <w:rPr>
                <w:rFonts w:eastAsia="Calibri"/>
              </w:rPr>
            </w:pPr>
            <w:proofErr w:type="spellStart"/>
            <w:r w:rsidRPr="00E643E5">
              <w:rPr>
                <w:rFonts w:eastAsia="Calibri"/>
              </w:rPr>
              <w:t>Участвуют</w:t>
            </w:r>
            <w:proofErr w:type="spellEnd"/>
            <w:r w:rsidRPr="00E643E5">
              <w:rPr>
                <w:rFonts w:eastAsia="Calibri"/>
              </w:rPr>
              <w:t xml:space="preserve"> в </w:t>
            </w:r>
            <w:proofErr w:type="spellStart"/>
            <w:r w:rsidRPr="00E643E5">
              <w:rPr>
                <w:rFonts w:eastAsia="Calibri"/>
              </w:rPr>
              <w:t>работегруппы</w:t>
            </w:r>
            <w:proofErr w:type="spellEnd"/>
          </w:p>
          <w:p w:rsidR="00EC782F" w:rsidRPr="00E643E5" w:rsidRDefault="00EC782F" w:rsidP="00EC782F">
            <w:pPr>
              <w:rPr>
                <w:rFonts w:eastAsia="Calibri"/>
              </w:rPr>
            </w:pPr>
          </w:p>
          <w:p w:rsidR="00EC782F" w:rsidRPr="00E643E5" w:rsidRDefault="00EC782F" w:rsidP="00EC782F">
            <w:pPr>
              <w:rPr>
                <w:rFonts w:eastAsia="Calibri"/>
              </w:rPr>
            </w:pPr>
          </w:p>
          <w:p w:rsidR="00EC782F" w:rsidRPr="00E643E5" w:rsidRDefault="00EC782F" w:rsidP="00EC782F">
            <w:pPr>
              <w:rPr>
                <w:rFonts w:eastAsia="Calibri"/>
              </w:rPr>
            </w:pPr>
          </w:p>
        </w:tc>
        <w:tc>
          <w:tcPr>
            <w:tcW w:w="274" w:type="pct"/>
            <w:tcBorders>
              <w:top w:val="single" w:sz="4" w:space="0" w:color="auto"/>
              <w:left w:val="single" w:sz="4" w:space="0" w:color="auto"/>
              <w:bottom w:val="single" w:sz="4" w:space="0" w:color="auto"/>
              <w:right w:val="single" w:sz="4" w:space="0" w:color="auto"/>
            </w:tcBorders>
            <w:vAlign w:val="center"/>
          </w:tcPr>
          <w:p w:rsidR="00EC782F" w:rsidRPr="001C3005" w:rsidRDefault="00EC782F" w:rsidP="00EC782F">
            <w:pPr>
              <w:rPr>
                <w:rFonts w:eastAsia="Calibri"/>
                <w:sz w:val="18"/>
              </w:rPr>
            </w:pPr>
            <w:r>
              <w:rPr>
                <w:rFonts w:eastAsia="Calibri"/>
                <w:sz w:val="18"/>
              </w:rPr>
              <w:t>2</w:t>
            </w:r>
            <w:r w:rsidR="004F36F8">
              <w:rPr>
                <w:rFonts w:eastAsia="Calibri"/>
                <w:sz w:val="18"/>
                <w:lang w:val="ru-RU"/>
              </w:rPr>
              <w:t>8</w:t>
            </w:r>
            <w:r>
              <w:rPr>
                <w:rFonts w:eastAsia="Calibri"/>
                <w:sz w:val="18"/>
              </w:rPr>
              <w:t>.09</w:t>
            </w:r>
          </w:p>
        </w:tc>
        <w:tc>
          <w:tcPr>
            <w:tcW w:w="250"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EC782F">
        <w:trPr>
          <w:trHeight w:val="1362"/>
          <w:tblHeader/>
          <w:jc w:val="center"/>
        </w:trPr>
        <w:tc>
          <w:tcPr>
            <w:tcW w:w="251"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r w:rsidRPr="00E643E5">
              <w:rPr>
                <w:rFonts w:eastAsia="Calibri"/>
              </w:rPr>
              <w:lastRenderedPageBreak/>
              <w:t>25</w:t>
            </w:r>
          </w:p>
        </w:tc>
        <w:tc>
          <w:tcPr>
            <w:tcW w:w="756"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proofErr w:type="spellStart"/>
            <w:r w:rsidRPr="00E643E5">
              <w:rPr>
                <w:rFonts w:eastAsia="Calibri"/>
              </w:rPr>
              <w:t>Словари</w:t>
            </w:r>
            <w:proofErr w:type="spellEnd"/>
            <w:r w:rsidRPr="00E643E5">
              <w:rPr>
                <w:rFonts w:eastAsia="Calibri"/>
              </w:rPr>
              <w:t xml:space="preserve">. </w:t>
            </w:r>
            <w:proofErr w:type="spellStart"/>
            <w:r w:rsidRPr="00E643E5">
              <w:rPr>
                <w:rFonts w:eastAsia="Calibri"/>
              </w:rPr>
              <w:t>Лексикография</w:t>
            </w:r>
            <w:proofErr w:type="spellEnd"/>
            <w:r w:rsidRPr="00E643E5">
              <w:rPr>
                <w:rFonts w:eastAsia="Calibri"/>
              </w:rPr>
              <w:t xml:space="preserve">. </w:t>
            </w:r>
          </w:p>
        </w:tc>
        <w:tc>
          <w:tcPr>
            <w:tcW w:w="756"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Принцип составления словарей. Известные собиратели слов. </w:t>
            </w:r>
          </w:p>
        </w:tc>
        <w:tc>
          <w:tcPr>
            <w:tcW w:w="649" w:type="pct"/>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Проект</w:t>
            </w:r>
            <w:proofErr w:type="spellEnd"/>
          </w:p>
        </w:tc>
        <w:tc>
          <w:tcPr>
            <w:tcW w:w="2064"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38"/>
              <w:rPr>
                <w:rFonts w:eastAsia="Calibri"/>
                <w:lang w:val="ru-RU"/>
              </w:rPr>
            </w:pPr>
            <w:r w:rsidRPr="00EC782F">
              <w:rPr>
                <w:rFonts w:eastAsia="Calibri"/>
                <w:lang w:val="ru-RU"/>
              </w:rPr>
              <w:t>Умеют выбирать смысловые единицы текста и устанавливать отношения между ними</w:t>
            </w:r>
          </w:p>
          <w:p w:rsidR="00EC782F" w:rsidRPr="00EC782F" w:rsidRDefault="00EC782F" w:rsidP="00EC782F">
            <w:pPr>
              <w:rPr>
                <w:rFonts w:eastAsia="Calibri"/>
                <w:lang w:val="ru-RU"/>
              </w:rPr>
            </w:pPr>
            <w:r w:rsidRPr="00EC782F">
              <w:rPr>
                <w:rFonts w:eastAsia="Calibri"/>
                <w:lang w:val="ru-RU"/>
              </w:rPr>
              <w:t>Выделяют и осознают, что уже усвоено и что подлежит усвоению</w:t>
            </w:r>
          </w:p>
          <w:p w:rsidR="00EC782F" w:rsidRPr="00EC782F" w:rsidRDefault="00EC782F" w:rsidP="00EC782F">
            <w:pPr>
              <w:rPr>
                <w:rFonts w:eastAsia="Calibri"/>
                <w:lang w:val="ru-RU"/>
              </w:rPr>
            </w:pPr>
            <w:r w:rsidRPr="00EC782F">
              <w:rPr>
                <w:rFonts w:eastAsia="Calibri"/>
                <w:lang w:val="ru-RU"/>
              </w:rPr>
              <w:t>Выбирают наиболее эффективные способы решения учебной задачи</w:t>
            </w:r>
          </w:p>
          <w:p w:rsidR="00EC782F" w:rsidRPr="00E643E5" w:rsidRDefault="00EC782F" w:rsidP="00EC782F">
            <w:pPr>
              <w:ind w:right="-109"/>
              <w:rPr>
                <w:rFonts w:eastAsia="Calibri"/>
              </w:rPr>
            </w:pPr>
            <w:proofErr w:type="spellStart"/>
            <w:r w:rsidRPr="00E643E5">
              <w:rPr>
                <w:rFonts w:eastAsia="Calibri"/>
              </w:rPr>
              <w:t>Позитивнаяморальнаясамооценка</w:t>
            </w:r>
            <w:proofErr w:type="spellEnd"/>
          </w:p>
        </w:tc>
        <w:tc>
          <w:tcPr>
            <w:tcW w:w="274" w:type="pct"/>
            <w:tcBorders>
              <w:top w:val="single" w:sz="4" w:space="0" w:color="auto"/>
              <w:left w:val="single" w:sz="4" w:space="0" w:color="auto"/>
              <w:right w:val="single" w:sz="4" w:space="0" w:color="auto"/>
            </w:tcBorders>
            <w:vAlign w:val="center"/>
          </w:tcPr>
          <w:p w:rsidR="00EC782F" w:rsidRPr="001C3005" w:rsidRDefault="004F36F8" w:rsidP="00EC782F">
            <w:pPr>
              <w:rPr>
                <w:rFonts w:eastAsia="Calibri"/>
                <w:sz w:val="18"/>
              </w:rPr>
            </w:pPr>
            <w:r>
              <w:rPr>
                <w:rFonts w:eastAsia="Calibri"/>
                <w:sz w:val="18"/>
                <w:lang w:val="ru-RU"/>
              </w:rPr>
              <w:t>29</w:t>
            </w:r>
            <w:r w:rsidR="00EC782F">
              <w:rPr>
                <w:rFonts w:eastAsia="Calibri"/>
                <w:sz w:val="18"/>
              </w:rPr>
              <w:t>.10</w:t>
            </w:r>
          </w:p>
        </w:tc>
        <w:tc>
          <w:tcPr>
            <w:tcW w:w="250" w:type="pct"/>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bl>
    <w:p w:rsidR="00EC782F" w:rsidRPr="00E643E5" w:rsidRDefault="00EC782F" w:rsidP="00EC782F">
      <w:pPr>
        <w:rPr>
          <w:rFonts w:eastAsia="Calibri"/>
        </w:rPr>
      </w:pPr>
    </w:p>
    <w:tbl>
      <w:tblPr>
        <w:tblW w:w="499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
        <w:gridCol w:w="629"/>
        <w:gridCol w:w="159"/>
        <w:gridCol w:w="2115"/>
        <w:gridCol w:w="159"/>
        <w:gridCol w:w="1849"/>
        <w:gridCol w:w="156"/>
        <w:gridCol w:w="1719"/>
        <w:gridCol w:w="153"/>
        <w:gridCol w:w="5735"/>
        <w:gridCol w:w="38"/>
        <w:gridCol w:w="904"/>
        <w:gridCol w:w="64"/>
        <w:gridCol w:w="584"/>
        <w:gridCol w:w="153"/>
      </w:tblGrid>
      <w:tr w:rsidR="00EC782F" w:rsidRPr="00E643E5" w:rsidTr="004F36F8">
        <w:trPr>
          <w:gridAfter w:val="1"/>
          <w:wAfter w:w="53" w:type="pct"/>
          <w:trHeight w:val="484"/>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26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Фразеологизмы</w:t>
            </w:r>
            <w:proofErr w:type="spellEnd"/>
          </w:p>
          <w:p w:rsidR="00EC782F" w:rsidRPr="00E643E5" w:rsidRDefault="00EC782F" w:rsidP="00EC782F">
            <w:pPr>
              <w:rPr>
                <w:rFonts w:eastAsia="Calibri"/>
                <w:b/>
                <w:color w:val="17365D"/>
              </w:rPr>
            </w:pPr>
          </w:p>
        </w:tc>
        <w:tc>
          <w:tcPr>
            <w:tcW w:w="695"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Источники  происхожденияфразеологизмов. Пометы в толковых и фразеологических словарях.</w:t>
            </w:r>
          </w:p>
        </w:tc>
        <w:tc>
          <w:tcPr>
            <w:tcW w:w="649"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Проект</w:t>
            </w:r>
            <w:proofErr w:type="spellEnd"/>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83"/>
              <w:rPr>
                <w:rFonts w:eastAsia="Calibri"/>
                <w:lang w:val="ru-RU"/>
              </w:rPr>
            </w:pPr>
            <w:r w:rsidRPr="00EC782F">
              <w:rPr>
                <w:rFonts w:eastAsia="Calibri"/>
                <w:lang w:val="ru-RU"/>
              </w:rPr>
              <w:t>Знают о фразеологии русского языка,  умеют различать фразеологизмы и  свободные сочетания слов.</w:t>
            </w:r>
          </w:p>
          <w:p w:rsidR="00EC782F" w:rsidRPr="00EC782F" w:rsidRDefault="00EC782F" w:rsidP="00EC782F">
            <w:pPr>
              <w:ind w:right="-115"/>
              <w:rPr>
                <w:rFonts w:eastAsia="Calibri"/>
                <w:lang w:val="ru-RU"/>
              </w:rPr>
            </w:pPr>
            <w:r w:rsidRPr="00EC782F">
              <w:rPr>
                <w:rFonts w:eastAsia="Calibri"/>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lang w:val="ru-RU"/>
              </w:rPr>
            </w:pPr>
            <w:r w:rsidRPr="00EC782F">
              <w:rPr>
                <w:rFonts w:eastAsia="Calibri"/>
                <w:lang w:val="ru-RU"/>
              </w:rPr>
              <w:t>Используют адекватные языковые средства для отображения своих эмоций и мыслей.</w:t>
            </w:r>
          </w:p>
          <w:p w:rsidR="00EC782F" w:rsidRPr="00EC782F" w:rsidRDefault="00EC782F" w:rsidP="00EC782F">
            <w:pPr>
              <w:ind w:right="-109"/>
              <w:rPr>
                <w:rFonts w:eastAsia="Calibri"/>
                <w:lang w:val="ru-RU"/>
              </w:rPr>
            </w:pPr>
            <w:r w:rsidRPr="00EC782F">
              <w:rPr>
                <w:rFonts w:eastAsia="Calibri"/>
                <w:lang w:val="ru-RU"/>
              </w:rPr>
              <w:t>Формулируют собственное мнение и позицию.</w:t>
            </w:r>
          </w:p>
          <w:p w:rsidR="00EC782F" w:rsidRPr="00EC782F" w:rsidRDefault="00EC782F" w:rsidP="00EC782F">
            <w:pPr>
              <w:ind w:right="-109"/>
              <w:rPr>
                <w:rFonts w:eastAsia="Calibri"/>
                <w:lang w:val="ru-RU"/>
              </w:rPr>
            </w:pPr>
          </w:p>
          <w:p w:rsidR="00EC782F" w:rsidRPr="00EC782F" w:rsidRDefault="00EC782F" w:rsidP="00EC782F">
            <w:pPr>
              <w:ind w:right="-109"/>
              <w:rPr>
                <w:rFonts w:eastAsia="Calibri"/>
                <w:lang w:val="ru-RU"/>
              </w:rPr>
            </w:pPr>
          </w:p>
          <w:p w:rsidR="00EC782F" w:rsidRPr="00EC782F" w:rsidRDefault="00EC782F" w:rsidP="00EC782F">
            <w:pPr>
              <w:ind w:right="-109"/>
              <w:rPr>
                <w:rFonts w:eastAsia="Calibri"/>
                <w:lang w:val="ru-RU"/>
              </w:rPr>
            </w:pPr>
          </w:p>
        </w:tc>
        <w:tc>
          <w:tcPr>
            <w:tcW w:w="313" w:type="pct"/>
            <w:tcBorders>
              <w:top w:val="single" w:sz="4" w:space="0" w:color="auto"/>
              <w:left w:val="single" w:sz="4" w:space="0" w:color="auto"/>
              <w:bottom w:val="single" w:sz="4" w:space="0" w:color="auto"/>
              <w:right w:val="single" w:sz="4" w:space="0" w:color="auto"/>
            </w:tcBorders>
          </w:tcPr>
          <w:p w:rsidR="00EC782F" w:rsidRPr="000F064F" w:rsidRDefault="004F36F8" w:rsidP="00EC782F">
            <w:pPr>
              <w:rPr>
                <w:rFonts w:eastAsia="Calibri"/>
                <w:sz w:val="18"/>
                <w:szCs w:val="18"/>
              </w:rPr>
            </w:pPr>
            <w:r>
              <w:rPr>
                <w:rFonts w:eastAsia="Calibri"/>
                <w:sz w:val="18"/>
                <w:szCs w:val="18"/>
                <w:lang w:val="ru-RU"/>
              </w:rPr>
              <w:t>29</w:t>
            </w:r>
            <w:r w:rsidR="00EC782F" w:rsidRPr="000F064F">
              <w:rPr>
                <w:rFonts w:eastAsia="Calibri"/>
                <w:sz w:val="18"/>
                <w:szCs w:val="18"/>
              </w:rPr>
              <w:t>.10</w:t>
            </w:r>
          </w:p>
        </w:tc>
        <w:tc>
          <w:tcPr>
            <w:tcW w:w="22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484"/>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27</w:t>
            </w:r>
          </w:p>
          <w:p w:rsidR="00EC782F" w:rsidRPr="00E643E5" w:rsidRDefault="00EC782F" w:rsidP="00EC782F">
            <w:pPr>
              <w:ind w:right="-74"/>
              <w:rPr>
                <w:rFonts w:eastAsia="Calibri"/>
              </w:rPr>
            </w:pP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Рольфразеологизмов</w:t>
            </w:r>
            <w:proofErr w:type="spellEnd"/>
            <w:r w:rsidRPr="00E643E5">
              <w:rPr>
                <w:rFonts w:eastAsia="Calibri"/>
              </w:rPr>
              <w:t xml:space="preserve"> в </w:t>
            </w:r>
            <w:proofErr w:type="spellStart"/>
            <w:r w:rsidRPr="00E643E5">
              <w:rPr>
                <w:rFonts w:eastAsia="Calibri"/>
              </w:rPr>
              <w:t>речи</w:t>
            </w:r>
            <w:proofErr w:type="spellEnd"/>
          </w:p>
        </w:tc>
        <w:tc>
          <w:tcPr>
            <w:tcW w:w="695"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Фразеологизмы в устной и письменной речи. Стилистическая особенность употребления фразеологизмов и речевых клише.</w:t>
            </w:r>
          </w:p>
        </w:tc>
        <w:tc>
          <w:tcPr>
            <w:tcW w:w="649"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Работа с текстом и словарем.</w:t>
            </w:r>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lang w:val="ru-RU"/>
              </w:rPr>
            </w:pPr>
            <w:r w:rsidRPr="00EC782F">
              <w:rPr>
                <w:rFonts w:eastAsia="Calibri"/>
                <w:lang w:val="ru-RU"/>
              </w:rPr>
              <w:t>Знают теоретический материал по теме, умеют применять полученные знания на практике.</w:t>
            </w:r>
          </w:p>
          <w:p w:rsidR="00EC782F" w:rsidRPr="00EC782F" w:rsidRDefault="00EC782F" w:rsidP="00EC782F">
            <w:pPr>
              <w:ind w:right="-172"/>
              <w:rPr>
                <w:rFonts w:eastAsia="Calibri"/>
                <w:lang w:val="ru-RU"/>
              </w:rPr>
            </w:pPr>
            <w:r w:rsidRPr="00EC782F">
              <w:rPr>
                <w:rFonts w:eastAsia="Calibri"/>
                <w:lang w:val="ru-RU"/>
              </w:rPr>
              <w:t xml:space="preserve">Принимают познавательную цель, сохраняют ее при выполнении учебных действий </w:t>
            </w:r>
          </w:p>
          <w:p w:rsidR="00EC782F" w:rsidRPr="00EC782F" w:rsidRDefault="00EC782F" w:rsidP="00EC782F">
            <w:pPr>
              <w:rPr>
                <w:rFonts w:eastAsia="Calibri"/>
                <w:lang w:val="ru-RU"/>
              </w:rPr>
            </w:pPr>
            <w:r w:rsidRPr="00EC782F">
              <w:rPr>
                <w:rFonts w:eastAsia="Calibri"/>
                <w:lang w:val="ru-RU"/>
              </w:rPr>
              <w:t>Описывают содержание действий с целью ориентировки учебно-практической деятельности</w:t>
            </w:r>
          </w:p>
          <w:p w:rsidR="00EC782F" w:rsidRPr="00EC782F" w:rsidRDefault="00EC782F" w:rsidP="00EC782F">
            <w:pPr>
              <w:rPr>
                <w:rFonts w:eastAsia="Calibri"/>
                <w:lang w:val="ru-RU"/>
              </w:rPr>
            </w:pPr>
            <w:r w:rsidRPr="00EC782F">
              <w:rPr>
                <w:rFonts w:eastAsia="Calibri"/>
                <w:lang w:val="ru-RU"/>
              </w:rPr>
              <w:t>Проявляют интерес к новому учебному материалу.</w:t>
            </w:r>
          </w:p>
          <w:p w:rsidR="00EC782F" w:rsidRPr="00EC782F" w:rsidRDefault="00EC782F" w:rsidP="00EC782F">
            <w:pPr>
              <w:rPr>
                <w:rFonts w:eastAsia="Calibri"/>
                <w:lang w:val="ru-RU"/>
              </w:rPr>
            </w:pPr>
          </w:p>
          <w:p w:rsidR="00EC782F" w:rsidRPr="00EC782F" w:rsidRDefault="00EC782F" w:rsidP="00EC782F">
            <w:pPr>
              <w:rPr>
                <w:rFonts w:eastAsia="Calibri"/>
                <w:lang w:val="ru-RU"/>
              </w:rPr>
            </w:pPr>
          </w:p>
        </w:tc>
        <w:tc>
          <w:tcPr>
            <w:tcW w:w="313" w:type="pct"/>
            <w:tcBorders>
              <w:top w:val="single" w:sz="4" w:space="0" w:color="auto"/>
              <w:left w:val="single" w:sz="4" w:space="0" w:color="auto"/>
              <w:bottom w:val="single" w:sz="4" w:space="0" w:color="auto"/>
              <w:right w:val="single" w:sz="4" w:space="0" w:color="auto"/>
            </w:tcBorders>
          </w:tcPr>
          <w:p w:rsidR="00EC782F" w:rsidRPr="004F36F8" w:rsidRDefault="004F36F8" w:rsidP="00EC782F">
            <w:pPr>
              <w:rPr>
                <w:rFonts w:eastAsia="Calibri"/>
                <w:sz w:val="18"/>
                <w:szCs w:val="18"/>
                <w:lang w:val="ru-RU"/>
              </w:rPr>
            </w:pPr>
            <w:r>
              <w:rPr>
                <w:rFonts w:eastAsia="Calibri"/>
                <w:sz w:val="18"/>
                <w:szCs w:val="18"/>
                <w:lang w:val="ru-RU"/>
              </w:rPr>
              <w:t>30.09</w:t>
            </w:r>
          </w:p>
        </w:tc>
        <w:tc>
          <w:tcPr>
            <w:tcW w:w="22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1545"/>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rPr>
            </w:pPr>
            <w:r w:rsidRPr="00E643E5">
              <w:rPr>
                <w:rFonts w:eastAsia="Calibri"/>
                <w:b/>
              </w:rPr>
              <w:t>28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b/>
              </w:rPr>
            </w:pPr>
            <w:r w:rsidRPr="00EC782F">
              <w:rPr>
                <w:rFonts w:eastAsia="Calibri"/>
                <w:b/>
                <w:lang w:val="ru-RU"/>
              </w:rPr>
              <w:t xml:space="preserve">Повторение и обобщение по теме «Лексика. </w:t>
            </w:r>
            <w:proofErr w:type="spellStart"/>
            <w:r w:rsidRPr="00E643E5">
              <w:rPr>
                <w:rFonts w:eastAsia="Calibri"/>
                <w:b/>
              </w:rPr>
              <w:t>Фразеология</w:t>
            </w:r>
            <w:proofErr w:type="spellEnd"/>
            <w:r w:rsidRPr="00E643E5">
              <w:rPr>
                <w:rFonts w:eastAsia="Calibri"/>
                <w:b/>
              </w:rPr>
              <w:t>»</w:t>
            </w:r>
          </w:p>
        </w:tc>
        <w:tc>
          <w:tcPr>
            <w:tcW w:w="695"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Лексические словари. Виды слов по происхождению, по употреблению</w:t>
            </w:r>
          </w:p>
        </w:tc>
        <w:tc>
          <w:tcPr>
            <w:tcW w:w="649"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proofErr w:type="spellStart"/>
            <w:r>
              <w:rPr>
                <w:rFonts w:eastAsia="Calibri"/>
                <w:b/>
              </w:rPr>
              <w:t>Проект</w:t>
            </w:r>
            <w:proofErr w:type="spellEnd"/>
            <w:r w:rsidRPr="00E643E5">
              <w:rPr>
                <w:rFonts w:eastAsia="Calibri"/>
                <w:b/>
              </w:rPr>
              <w:t xml:space="preserve"> «</w:t>
            </w:r>
            <w:proofErr w:type="spellStart"/>
            <w:r w:rsidRPr="00E643E5">
              <w:rPr>
                <w:rFonts w:eastAsia="Calibri"/>
                <w:b/>
              </w:rPr>
              <w:t>Паспортслова</w:t>
            </w:r>
            <w:proofErr w:type="spellEnd"/>
            <w:r w:rsidRPr="00E643E5">
              <w:rPr>
                <w:rFonts w:eastAsia="Calibri"/>
                <w:b/>
              </w:rPr>
              <w:t>»</w:t>
            </w:r>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Знают виды  слов и словарей, умеют пользоваться словарем</w:t>
            </w:r>
          </w:p>
          <w:p w:rsidR="00EC782F" w:rsidRPr="00EC782F" w:rsidRDefault="00EC782F" w:rsidP="00EC782F">
            <w:pPr>
              <w:rPr>
                <w:rFonts w:eastAsia="Calibri"/>
                <w:b/>
                <w:lang w:val="ru-RU"/>
              </w:rPr>
            </w:pPr>
            <w:r w:rsidRPr="00EC782F">
              <w:rPr>
                <w:rFonts w:eastAsia="Calibri"/>
                <w:b/>
                <w:lang w:val="ru-RU"/>
              </w:rPr>
              <w:t>Осознают качество и уровень усвоения, корректируют свою работу.</w:t>
            </w:r>
          </w:p>
          <w:p w:rsidR="00EC782F" w:rsidRPr="00EC782F" w:rsidRDefault="00EC782F" w:rsidP="00EC782F">
            <w:pPr>
              <w:ind w:right="-123"/>
              <w:rPr>
                <w:rFonts w:eastAsia="Calibri"/>
                <w:b/>
                <w:lang w:val="ru-RU"/>
              </w:rPr>
            </w:pPr>
            <w:r w:rsidRPr="00EC782F">
              <w:rPr>
                <w:rFonts w:eastAsia="Calibri"/>
                <w:b/>
                <w:lang w:val="ru-RU"/>
              </w:rPr>
              <w:t xml:space="preserve">Аргументируют свою точку зрения с помощью фактов и </w:t>
            </w:r>
            <w:proofErr w:type="spellStart"/>
            <w:r w:rsidRPr="00EC782F">
              <w:rPr>
                <w:rFonts w:eastAsia="Calibri"/>
                <w:b/>
                <w:lang w:val="ru-RU"/>
              </w:rPr>
              <w:t>дополнитель</w:t>
            </w:r>
            <w:proofErr w:type="spellEnd"/>
          </w:p>
          <w:p w:rsidR="00EC782F" w:rsidRPr="00EC782F" w:rsidRDefault="00EC782F" w:rsidP="00EC782F">
            <w:pPr>
              <w:ind w:right="-123"/>
              <w:rPr>
                <w:rFonts w:eastAsia="Calibri"/>
                <w:b/>
                <w:lang w:val="ru-RU"/>
              </w:rPr>
            </w:pPr>
            <w:proofErr w:type="spellStart"/>
            <w:r w:rsidRPr="00EC782F">
              <w:rPr>
                <w:rFonts w:eastAsia="Calibri"/>
                <w:b/>
                <w:lang w:val="ru-RU"/>
              </w:rPr>
              <w:t>ных</w:t>
            </w:r>
            <w:proofErr w:type="spellEnd"/>
            <w:r w:rsidRPr="00EC782F">
              <w:rPr>
                <w:rFonts w:eastAsia="Calibri"/>
                <w:b/>
                <w:lang w:val="ru-RU"/>
              </w:rPr>
              <w:t xml:space="preserve"> сведений</w:t>
            </w:r>
            <w:r w:rsidRPr="00EC782F">
              <w:rPr>
                <w:rFonts w:eastAsia="Calibri"/>
                <w:lang w:val="ru-RU"/>
              </w:rPr>
              <w:t>.</w:t>
            </w:r>
          </w:p>
          <w:p w:rsidR="00EC782F" w:rsidRPr="00EC782F" w:rsidRDefault="00EC782F" w:rsidP="00EC782F">
            <w:pPr>
              <w:ind w:right="-109"/>
              <w:rPr>
                <w:rFonts w:eastAsia="Calibri"/>
                <w:b/>
                <w:lang w:val="ru-RU"/>
              </w:rPr>
            </w:pPr>
            <w:r w:rsidRPr="00EC782F">
              <w:rPr>
                <w:rFonts w:eastAsia="Calibri"/>
                <w:b/>
                <w:lang w:val="ru-RU"/>
              </w:rPr>
              <w:t>Формулируют собственное мнение и позицию.</w:t>
            </w:r>
          </w:p>
          <w:p w:rsidR="00EC782F" w:rsidRPr="00EC782F" w:rsidRDefault="00EC782F" w:rsidP="00EC782F">
            <w:pPr>
              <w:ind w:right="-109"/>
              <w:rPr>
                <w:rFonts w:eastAsia="Calibri"/>
                <w:b/>
                <w:lang w:val="ru-RU"/>
              </w:rPr>
            </w:pPr>
          </w:p>
          <w:p w:rsidR="00EC782F" w:rsidRPr="00EC782F" w:rsidRDefault="00EC782F" w:rsidP="00EC782F">
            <w:pPr>
              <w:rPr>
                <w:rFonts w:eastAsia="Calibri"/>
                <w:b/>
                <w:lang w:val="ru-RU"/>
              </w:rPr>
            </w:pPr>
          </w:p>
          <w:p w:rsidR="00EC782F" w:rsidRPr="00EC782F" w:rsidRDefault="00EC782F" w:rsidP="00EC782F">
            <w:pPr>
              <w:rPr>
                <w:rFonts w:eastAsia="Calibri"/>
                <w:b/>
                <w:lang w:val="ru-RU"/>
              </w:rPr>
            </w:pPr>
          </w:p>
        </w:tc>
        <w:tc>
          <w:tcPr>
            <w:tcW w:w="313" w:type="pct"/>
            <w:tcBorders>
              <w:top w:val="single" w:sz="4" w:space="0" w:color="auto"/>
              <w:left w:val="single" w:sz="4" w:space="0" w:color="auto"/>
              <w:bottom w:val="single" w:sz="4" w:space="0" w:color="auto"/>
              <w:right w:val="single" w:sz="4" w:space="0" w:color="auto"/>
            </w:tcBorders>
          </w:tcPr>
          <w:p w:rsidR="00EC782F" w:rsidRPr="000F064F" w:rsidRDefault="004F36F8" w:rsidP="00EC782F">
            <w:pPr>
              <w:rPr>
                <w:rFonts w:eastAsia="Calibri"/>
                <w:sz w:val="18"/>
                <w:szCs w:val="18"/>
              </w:rPr>
            </w:pPr>
            <w:r>
              <w:rPr>
                <w:rFonts w:eastAsia="Calibri"/>
                <w:sz w:val="18"/>
                <w:szCs w:val="18"/>
                <w:lang w:val="ru-RU"/>
              </w:rPr>
              <w:lastRenderedPageBreak/>
              <w:t>01.</w:t>
            </w:r>
            <w:r w:rsidR="00EC782F">
              <w:rPr>
                <w:rFonts w:eastAsia="Calibri"/>
                <w:sz w:val="18"/>
                <w:szCs w:val="18"/>
              </w:rPr>
              <w:t>10</w:t>
            </w:r>
          </w:p>
        </w:tc>
        <w:tc>
          <w:tcPr>
            <w:tcW w:w="224"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1362"/>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6600"/>
              </w:rPr>
            </w:pPr>
            <w:r w:rsidRPr="00E643E5">
              <w:rPr>
                <w:rFonts w:eastAsia="Calibri"/>
                <w:b/>
                <w:color w:val="006600"/>
              </w:rPr>
              <w:lastRenderedPageBreak/>
              <w:t>29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Контрольноеизложение</w:t>
            </w:r>
            <w:proofErr w:type="spellEnd"/>
          </w:p>
        </w:tc>
        <w:tc>
          <w:tcPr>
            <w:tcW w:w="695"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p>
        </w:tc>
        <w:tc>
          <w:tcPr>
            <w:tcW w:w="649"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Изложение</w:t>
            </w:r>
            <w:proofErr w:type="spellEnd"/>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b/>
                <w:color w:val="006600"/>
                <w:lang w:val="ru-RU"/>
              </w:rPr>
            </w:pPr>
            <w:r w:rsidRPr="00EC782F">
              <w:rPr>
                <w:rFonts w:eastAsia="Calibri"/>
                <w:b/>
                <w:color w:val="006600"/>
                <w:lang w:val="ru-RU"/>
              </w:rPr>
              <w:t>Умеют определять тему и основную мысль теста, составлять план, писать изложение.</w:t>
            </w:r>
          </w:p>
          <w:p w:rsidR="00EC782F" w:rsidRPr="00EC782F" w:rsidRDefault="00EC782F" w:rsidP="00EC782F">
            <w:pPr>
              <w:ind w:right="-115"/>
              <w:rPr>
                <w:rFonts w:eastAsia="Calibri"/>
                <w:b/>
                <w:color w:val="008000"/>
                <w:lang w:val="ru-RU"/>
              </w:rPr>
            </w:pPr>
            <w:r w:rsidRPr="00EC782F">
              <w:rPr>
                <w:rFonts w:eastAsia="Calibri"/>
                <w:b/>
                <w:color w:val="008000"/>
                <w:lang w:val="ru-RU"/>
              </w:rPr>
              <w:t>Вносят коррективы и дополнения в составленные планы и рабочие материалы.</w:t>
            </w:r>
          </w:p>
          <w:p w:rsidR="00EC782F" w:rsidRPr="00EC782F" w:rsidRDefault="00EC782F" w:rsidP="00EC782F">
            <w:pPr>
              <w:rPr>
                <w:rFonts w:eastAsia="Calibri"/>
                <w:b/>
                <w:color w:val="008000"/>
                <w:lang w:val="ru-RU"/>
              </w:rPr>
            </w:pPr>
            <w:r w:rsidRPr="00EC782F">
              <w:rPr>
                <w:rFonts w:eastAsia="Calibri"/>
                <w:b/>
                <w:color w:val="008000"/>
                <w:lang w:val="ru-RU"/>
              </w:rPr>
              <w:t>Используют языковые средства для отображения своих чувств и мыслей.</w:t>
            </w:r>
          </w:p>
          <w:p w:rsidR="00EC782F" w:rsidRPr="00E643E5" w:rsidRDefault="00EC782F" w:rsidP="00EC782F">
            <w:pPr>
              <w:ind w:right="-167"/>
              <w:rPr>
                <w:rFonts w:eastAsia="Calibri"/>
                <w:b/>
                <w:color w:val="008000"/>
              </w:rPr>
            </w:pPr>
            <w:proofErr w:type="spellStart"/>
            <w:r w:rsidRPr="00E643E5">
              <w:rPr>
                <w:rFonts w:eastAsia="Calibri"/>
                <w:b/>
                <w:color w:val="008000"/>
              </w:rPr>
              <w:t>Высказываютсвоемнение</w:t>
            </w:r>
            <w:proofErr w:type="spellEnd"/>
            <w:r w:rsidRPr="00E643E5">
              <w:rPr>
                <w:rFonts w:eastAsia="Calibri"/>
                <w:b/>
                <w:color w:val="008000"/>
              </w:rPr>
              <w:t xml:space="preserve">, </w:t>
            </w:r>
            <w:proofErr w:type="spellStart"/>
            <w:r w:rsidRPr="00E643E5">
              <w:rPr>
                <w:rFonts w:eastAsia="Calibri"/>
                <w:b/>
                <w:color w:val="008000"/>
              </w:rPr>
              <w:t>своюпозицию</w:t>
            </w:r>
            <w:proofErr w:type="spellEnd"/>
          </w:p>
          <w:p w:rsidR="00EC782F" w:rsidRPr="00E643E5" w:rsidRDefault="00EC782F" w:rsidP="00EC782F">
            <w:pPr>
              <w:ind w:right="-52"/>
              <w:rPr>
                <w:rFonts w:eastAsia="Calibri"/>
                <w:b/>
                <w:color w:val="008000"/>
              </w:rPr>
            </w:pPr>
          </w:p>
          <w:p w:rsidR="00EC782F" w:rsidRPr="00E643E5" w:rsidRDefault="00EC782F" w:rsidP="00EC782F">
            <w:pPr>
              <w:ind w:right="-52"/>
              <w:rPr>
                <w:rFonts w:eastAsia="Calibri"/>
                <w:b/>
                <w:color w:val="008000"/>
              </w:rPr>
            </w:pPr>
          </w:p>
          <w:p w:rsidR="00EC782F" w:rsidRPr="00E643E5" w:rsidRDefault="00EC782F" w:rsidP="00EC782F">
            <w:pPr>
              <w:rPr>
                <w:rFonts w:eastAsia="Calibri"/>
                <w:b/>
                <w:color w:val="008000"/>
              </w:rPr>
            </w:pPr>
          </w:p>
        </w:tc>
        <w:tc>
          <w:tcPr>
            <w:tcW w:w="313" w:type="pct"/>
            <w:tcBorders>
              <w:top w:val="single" w:sz="4" w:space="0" w:color="auto"/>
              <w:left w:val="single" w:sz="4" w:space="0" w:color="auto"/>
              <w:bottom w:val="single" w:sz="4" w:space="0" w:color="auto"/>
              <w:right w:val="single" w:sz="4" w:space="0" w:color="auto"/>
            </w:tcBorders>
          </w:tcPr>
          <w:p w:rsidR="00EC782F" w:rsidRPr="000F064F" w:rsidRDefault="004F36F8" w:rsidP="00EC782F">
            <w:pPr>
              <w:rPr>
                <w:rFonts w:eastAsia="Calibri"/>
                <w:sz w:val="18"/>
                <w:szCs w:val="18"/>
              </w:rPr>
            </w:pPr>
            <w:r>
              <w:rPr>
                <w:rFonts w:eastAsia="Calibri"/>
                <w:sz w:val="18"/>
                <w:szCs w:val="18"/>
                <w:lang w:val="ru-RU"/>
              </w:rPr>
              <w:t>02</w:t>
            </w:r>
            <w:r w:rsidR="00EC782F">
              <w:rPr>
                <w:rFonts w:eastAsia="Calibri"/>
                <w:sz w:val="18"/>
                <w:szCs w:val="18"/>
              </w:rPr>
              <w:t>.10</w:t>
            </w:r>
          </w:p>
        </w:tc>
        <w:tc>
          <w:tcPr>
            <w:tcW w:w="22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70"/>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30-31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8"/>
              <w:rPr>
                <w:rFonts w:eastAsia="Calibri"/>
                <w:lang w:val="ru-RU"/>
              </w:rPr>
            </w:pPr>
            <w:proofErr w:type="spellStart"/>
            <w:r w:rsidRPr="00EC782F">
              <w:rPr>
                <w:rFonts w:eastAsia="Calibri"/>
                <w:lang w:val="ru-RU"/>
              </w:rPr>
              <w:t>Морфемика</w:t>
            </w:r>
            <w:proofErr w:type="spellEnd"/>
            <w:r w:rsidRPr="00EC782F">
              <w:rPr>
                <w:rFonts w:eastAsia="Calibri"/>
                <w:lang w:val="ru-RU"/>
              </w:rPr>
              <w:t xml:space="preserve"> словообразование (повторение изученного в 5 классе)</w:t>
            </w:r>
          </w:p>
        </w:tc>
        <w:tc>
          <w:tcPr>
            <w:tcW w:w="695"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Основные словообразовательные структуры. Однокоренные слова и формы слова.</w:t>
            </w:r>
          </w:p>
        </w:tc>
        <w:tc>
          <w:tcPr>
            <w:tcW w:w="649"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0"/>
              <w:rPr>
                <w:rFonts w:eastAsia="Calibri"/>
                <w:lang w:val="ru-RU"/>
              </w:rPr>
            </w:pPr>
            <w:proofErr w:type="gramStart"/>
            <w:r w:rsidRPr="00EC782F">
              <w:rPr>
                <w:rFonts w:eastAsia="Calibri"/>
                <w:lang w:val="ru-RU"/>
              </w:rPr>
              <w:t>Морфемный</w:t>
            </w:r>
            <w:proofErr w:type="gramEnd"/>
            <w:r w:rsidRPr="00EC782F">
              <w:rPr>
                <w:rFonts w:eastAsia="Calibri"/>
                <w:lang w:val="ru-RU"/>
              </w:rPr>
              <w:t xml:space="preserve"> и </w:t>
            </w:r>
            <w:proofErr w:type="spellStart"/>
            <w:r w:rsidRPr="00EC782F">
              <w:rPr>
                <w:rFonts w:eastAsia="Calibri"/>
                <w:lang w:val="ru-RU"/>
              </w:rPr>
              <w:t>словообразователь-ный</w:t>
            </w:r>
            <w:proofErr w:type="spellEnd"/>
            <w:r w:rsidRPr="00EC782F">
              <w:rPr>
                <w:rFonts w:eastAsia="Calibri"/>
                <w:lang w:val="ru-RU"/>
              </w:rPr>
              <w:t xml:space="preserve"> разборы</w:t>
            </w:r>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Выбирают знаково-символические средства для построения модели</w:t>
            </w:r>
          </w:p>
          <w:p w:rsidR="00EC782F" w:rsidRPr="00EC782F" w:rsidRDefault="00EC782F" w:rsidP="00EC782F">
            <w:pPr>
              <w:ind w:right="-150"/>
              <w:rPr>
                <w:rFonts w:eastAsia="Calibri"/>
                <w:lang w:val="ru-RU"/>
              </w:rPr>
            </w:pPr>
            <w:r w:rsidRPr="00EC782F">
              <w:rPr>
                <w:rFonts w:eastAsia="Calibri"/>
                <w:lang w:val="ru-RU"/>
              </w:rPr>
              <w:t>Осознают качество и уровень усвоения, корректируют свою работу.</w:t>
            </w:r>
          </w:p>
          <w:p w:rsidR="00EC782F" w:rsidRPr="00EC782F" w:rsidRDefault="00EC782F" w:rsidP="00EC782F">
            <w:pPr>
              <w:rPr>
                <w:rFonts w:eastAsia="Calibri"/>
                <w:lang w:val="ru-RU"/>
              </w:rPr>
            </w:pPr>
            <w:r w:rsidRPr="00EC782F">
              <w:rPr>
                <w:rFonts w:eastAsia="Calibri"/>
                <w:lang w:val="ru-RU"/>
              </w:rPr>
              <w:t>Умеют представлять конкретное содержание в устной форме</w:t>
            </w:r>
          </w:p>
          <w:p w:rsidR="00EC782F" w:rsidRPr="00EC782F" w:rsidRDefault="00EC782F" w:rsidP="00EC782F">
            <w:pPr>
              <w:ind w:right="-109"/>
              <w:rPr>
                <w:rFonts w:eastAsia="Calibri"/>
                <w:lang w:val="ru-RU"/>
              </w:rPr>
            </w:pPr>
            <w:r w:rsidRPr="00EC782F">
              <w:rPr>
                <w:rFonts w:eastAsia="Calibri"/>
                <w:lang w:val="ru-RU"/>
              </w:rPr>
              <w:t>Освоение личностного смысла учения, желания учиться.</w:t>
            </w:r>
          </w:p>
        </w:tc>
        <w:tc>
          <w:tcPr>
            <w:tcW w:w="313" w:type="pct"/>
            <w:tcBorders>
              <w:top w:val="single" w:sz="4" w:space="0" w:color="auto"/>
              <w:left w:val="single" w:sz="4" w:space="0" w:color="auto"/>
              <w:bottom w:val="single" w:sz="4" w:space="0" w:color="auto"/>
              <w:right w:val="single" w:sz="4" w:space="0" w:color="auto"/>
            </w:tcBorders>
          </w:tcPr>
          <w:p w:rsidR="00EC782F" w:rsidRDefault="004F36F8" w:rsidP="00EC782F">
            <w:pPr>
              <w:rPr>
                <w:rFonts w:eastAsia="Calibri"/>
                <w:sz w:val="18"/>
                <w:szCs w:val="18"/>
                <w:lang w:val="ru-RU"/>
              </w:rPr>
            </w:pPr>
            <w:r>
              <w:rPr>
                <w:rFonts w:eastAsia="Calibri"/>
                <w:sz w:val="18"/>
                <w:szCs w:val="18"/>
                <w:lang w:val="ru-RU"/>
              </w:rPr>
              <w:t>05.10</w:t>
            </w:r>
          </w:p>
          <w:p w:rsidR="004F36F8" w:rsidRPr="004F36F8" w:rsidRDefault="004F36F8" w:rsidP="00EC782F">
            <w:pPr>
              <w:rPr>
                <w:rFonts w:eastAsia="Calibri"/>
                <w:sz w:val="18"/>
                <w:szCs w:val="18"/>
                <w:lang w:val="ru-RU"/>
              </w:rPr>
            </w:pPr>
            <w:r>
              <w:rPr>
                <w:rFonts w:eastAsia="Calibri"/>
                <w:sz w:val="18"/>
                <w:szCs w:val="18"/>
                <w:lang w:val="ru-RU"/>
              </w:rPr>
              <w:t>06.10</w:t>
            </w:r>
          </w:p>
        </w:tc>
        <w:tc>
          <w:tcPr>
            <w:tcW w:w="22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1620"/>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88"/>
              <w:rPr>
                <w:rFonts w:eastAsia="Calibri"/>
                <w:b/>
                <w:color w:val="008000"/>
              </w:rPr>
            </w:pPr>
            <w:r w:rsidRPr="00E643E5">
              <w:rPr>
                <w:rFonts w:eastAsia="Calibri"/>
                <w:b/>
                <w:color w:val="008000"/>
              </w:rPr>
              <w:t>32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Описаниепомещения</w:t>
            </w:r>
            <w:proofErr w:type="spellEnd"/>
          </w:p>
        </w:tc>
        <w:tc>
          <w:tcPr>
            <w:tcW w:w="695"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p w:rsidR="00EC782F" w:rsidRPr="00E643E5" w:rsidRDefault="00EC782F" w:rsidP="00EC782F">
            <w:pPr>
              <w:rPr>
                <w:rFonts w:eastAsia="Calibri"/>
                <w:b/>
                <w:color w:val="008000"/>
              </w:rPr>
            </w:pPr>
          </w:p>
        </w:tc>
        <w:tc>
          <w:tcPr>
            <w:tcW w:w="649"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Устноеописаниепомещения</w:t>
            </w:r>
            <w:proofErr w:type="spellEnd"/>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Знают понятие интерьера, типы речи,  умеют описывать интерьер</w:t>
            </w:r>
          </w:p>
          <w:p w:rsidR="00EC782F" w:rsidRPr="00EC782F" w:rsidRDefault="00EC782F" w:rsidP="00EC782F">
            <w:pPr>
              <w:ind w:right="-115"/>
              <w:rPr>
                <w:rFonts w:eastAsia="Calibri"/>
                <w:b/>
                <w:color w:val="008000"/>
                <w:lang w:val="ru-RU"/>
              </w:rPr>
            </w:pPr>
            <w:r w:rsidRPr="00EC782F">
              <w:rPr>
                <w:rFonts w:eastAsia="Calibri"/>
                <w:b/>
                <w:color w:val="008000"/>
                <w:lang w:val="ru-RU"/>
              </w:rPr>
              <w:t>Вносят коррективы и дополнения в составленные планы и рабочие материалы.</w:t>
            </w:r>
          </w:p>
          <w:p w:rsidR="00EC782F" w:rsidRPr="00EC782F" w:rsidRDefault="00EC782F" w:rsidP="00EC782F">
            <w:pPr>
              <w:rPr>
                <w:rFonts w:eastAsia="Calibri"/>
                <w:b/>
                <w:color w:val="008000"/>
                <w:lang w:val="ru-RU"/>
              </w:rPr>
            </w:pPr>
            <w:r w:rsidRPr="00EC782F">
              <w:rPr>
                <w:rFonts w:eastAsia="Calibri"/>
                <w:b/>
                <w:color w:val="008000"/>
                <w:lang w:val="ru-RU"/>
              </w:rPr>
              <w:t>Используют адекватные языковые средства для отображения своих чувств и мыслей.</w:t>
            </w:r>
          </w:p>
          <w:p w:rsidR="00EC782F" w:rsidRPr="00EC782F" w:rsidRDefault="00EC782F" w:rsidP="00EC782F">
            <w:pPr>
              <w:ind w:right="-52"/>
              <w:rPr>
                <w:rFonts w:eastAsia="Calibri"/>
                <w:b/>
                <w:color w:val="008000"/>
                <w:lang w:val="ru-RU"/>
              </w:rPr>
            </w:pPr>
            <w:proofErr w:type="spellStart"/>
            <w:r w:rsidRPr="00EC782F">
              <w:rPr>
                <w:rFonts w:eastAsia="Calibri"/>
                <w:b/>
                <w:color w:val="008000"/>
                <w:lang w:val="ru-RU"/>
              </w:rPr>
              <w:t>Высказыва</w:t>
            </w:r>
            <w:proofErr w:type="spellEnd"/>
          </w:p>
          <w:p w:rsidR="00EC782F" w:rsidRPr="00EC782F" w:rsidRDefault="00EC782F" w:rsidP="00EC782F">
            <w:pPr>
              <w:ind w:right="-52"/>
              <w:rPr>
                <w:rFonts w:eastAsia="Calibri"/>
                <w:b/>
                <w:color w:val="008000"/>
                <w:lang w:val="ru-RU"/>
              </w:rPr>
            </w:pPr>
            <w:r w:rsidRPr="00EC782F">
              <w:rPr>
                <w:rFonts w:eastAsia="Calibri"/>
                <w:b/>
                <w:color w:val="008000"/>
                <w:lang w:val="ru-RU"/>
              </w:rPr>
              <w:t>ют свое мнение, свою позицию.</w:t>
            </w:r>
          </w:p>
          <w:p w:rsidR="00EC782F" w:rsidRPr="00EC782F" w:rsidRDefault="00EC782F" w:rsidP="00EC782F">
            <w:pPr>
              <w:ind w:right="-52"/>
              <w:rPr>
                <w:rFonts w:eastAsia="Calibri"/>
                <w:b/>
                <w:color w:val="008000"/>
                <w:lang w:val="ru-RU"/>
              </w:rPr>
            </w:pPr>
          </w:p>
          <w:p w:rsidR="00EC782F" w:rsidRPr="00EC782F" w:rsidRDefault="00EC782F" w:rsidP="00EC782F">
            <w:pPr>
              <w:rPr>
                <w:rFonts w:eastAsia="Calibri"/>
                <w:b/>
                <w:color w:val="008000"/>
                <w:lang w:val="ru-RU"/>
              </w:rPr>
            </w:pPr>
          </w:p>
        </w:tc>
        <w:tc>
          <w:tcPr>
            <w:tcW w:w="313" w:type="pct"/>
            <w:tcBorders>
              <w:top w:val="single" w:sz="4" w:space="0" w:color="auto"/>
              <w:left w:val="single" w:sz="4" w:space="0" w:color="auto"/>
              <w:right w:val="single" w:sz="4" w:space="0" w:color="auto"/>
            </w:tcBorders>
          </w:tcPr>
          <w:p w:rsidR="00EC782F" w:rsidRPr="000F064F" w:rsidRDefault="004F36F8" w:rsidP="00EC782F">
            <w:pPr>
              <w:rPr>
                <w:rFonts w:eastAsia="Calibri"/>
                <w:sz w:val="18"/>
                <w:szCs w:val="18"/>
              </w:rPr>
            </w:pPr>
            <w:r>
              <w:rPr>
                <w:rFonts w:eastAsia="Calibri"/>
                <w:sz w:val="18"/>
                <w:szCs w:val="18"/>
                <w:lang w:val="ru-RU"/>
              </w:rPr>
              <w:t>0</w:t>
            </w:r>
            <w:r w:rsidR="00865331">
              <w:rPr>
                <w:rFonts w:eastAsia="Calibri"/>
                <w:sz w:val="18"/>
                <w:szCs w:val="18"/>
                <w:lang w:val="ru-RU"/>
              </w:rPr>
              <w:t>6</w:t>
            </w:r>
            <w:r w:rsidR="00EC782F">
              <w:rPr>
                <w:rFonts w:eastAsia="Calibri"/>
                <w:sz w:val="18"/>
                <w:szCs w:val="18"/>
              </w:rPr>
              <w:t>.10</w:t>
            </w:r>
          </w:p>
        </w:tc>
        <w:tc>
          <w:tcPr>
            <w:tcW w:w="224"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1320"/>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33-34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Основные способы образования слов в русском языке.</w:t>
            </w:r>
          </w:p>
          <w:p w:rsidR="00EC782F" w:rsidRPr="00EC782F" w:rsidRDefault="00EC782F" w:rsidP="00EC782F">
            <w:pPr>
              <w:rPr>
                <w:rFonts w:eastAsia="Calibri"/>
                <w:b/>
                <w:color w:val="17365D"/>
                <w:lang w:val="ru-RU"/>
              </w:rPr>
            </w:pPr>
          </w:p>
        </w:tc>
        <w:tc>
          <w:tcPr>
            <w:tcW w:w="695"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color w:val="0000FF"/>
              </w:rPr>
            </w:pPr>
            <w:proofErr w:type="spellStart"/>
            <w:r w:rsidRPr="00E643E5">
              <w:rPr>
                <w:rFonts w:eastAsia="Calibri"/>
              </w:rPr>
              <w:t>Морфологическиеспособыобразованияслов</w:t>
            </w:r>
            <w:proofErr w:type="spellEnd"/>
          </w:p>
        </w:tc>
        <w:tc>
          <w:tcPr>
            <w:tcW w:w="649"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0"/>
              <w:rPr>
                <w:rFonts w:eastAsia="Calibri"/>
              </w:rPr>
            </w:pPr>
            <w:proofErr w:type="spellStart"/>
            <w:r>
              <w:rPr>
                <w:rFonts w:eastAsia="Calibri"/>
              </w:rPr>
              <w:t>Разбор</w:t>
            </w:r>
            <w:proofErr w:type="spellEnd"/>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Выбирают, сопоставляют и обосновывают способы решения учебной задачи </w:t>
            </w:r>
          </w:p>
          <w:p w:rsidR="00EC782F" w:rsidRPr="00EC782F" w:rsidRDefault="00EC782F" w:rsidP="00EC782F">
            <w:pPr>
              <w:rPr>
                <w:rFonts w:eastAsia="Calibri"/>
                <w:lang w:val="ru-RU"/>
              </w:rPr>
            </w:pPr>
            <w:r w:rsidRPr="00EC782F">
              <w:rPr>
                <w:rFonts w:eastAsia="Calibri"/>
                <w:lang w:val="ru-RU"/>
              </w:rPr>
              <w:t xml:space="preserve">Составляют план и последователь </w:t>
            </w:r>
            <w:proofErr w:type="spellStart"/>
            <w:r w:rsidRPr="00EC782F">
              <w:rPr>
                <w:rFonts w:eastAsia="Calibri"/>
                <w:lang w:val="ru-RU"/>
              </w:rPr>
              <w:t>ность</w:t>
            </w:r>
            <w:proofErr w:type="spellEnd"/>
            <w:r w:rsidRPr="00EC782F">
              <w:rPr>
                <w:rFonts w:eastAsia="Calibri"/>
                <w:lang w:val="ru-RU"/>
              </w:rPr>
              <w:t xml:space="preserve"> действий </w:t>
            </w:r>
          </w:p>
          <w:p w:rsidR="00EC782F" w:rsidRPr="00EC782F" w:rsidRDefault="00EC782F" w:rsidP="00EC782F">
            <w:pPr>
              <w:rPr>
                <w:rFonts w:eastAsia="Calibri"/>
                <w:lang w:val="ru-RU"/>
              </w:rPr>
            </w:pPr>
          </w:p>
          <w:p w:rsidR="00EC782F" w:rsidRPr="00EC782F" w:rsidRDefault="00EC782F" w:rsidP="00EC782F">
            <w:pPr>
              <w:rPr>
                <w:rFonts w:eastAsia="Calibri"/>
                <w:lang w:val="ru-RU"/>
              </w:rPr>
            </w:pPr>
            <w:r w:rsidRPr="00EC782F">
              <w:rPr>
                <w:rFonts w:eastAsia="Calibri"/>
                <w:lang w:val="ru-RU"/>
              </w:rPr>
              <w:t xml:space="preserve">Сопоставлять  и отбирать информацию, полученную из  </w:t>
            </w:r>
            <w:r w:rsidRPr="00EC782F">
              <w:rPr>
                <w:rFonts w:eastAsia="Calibri"/>
                <w:lang w:val="ru-RU"/>
              </w:rPr>
              <w:lastRenderedPageBreak/>
              <w:t>различных источников</w:t>
            </w:r>
          </w:p>
          <w:p w:rsidR="00EC782F" w:rsidRPr="00E643E5" w:rsidRDefault="00EC782F" w:rsidP="00EC782F">
            <w:pPr>
              <w:rPr>
                <w:rFonts w:eastAsia="Calibri"/>
              </w:rPr>
            </w:pPr>
            <w:proofErr w:type="spellStart"/>
            <w:r w:rsidRPr="00E643E5">
              <w:rPr>
                <w:rFonts w:eastAsia="Calibri"/>
              </w:rPr>
              <w:t>Позитивнаяморальнаясамооценка</w:t>
            </w:r>
            <w:proofErr w:type="spellEnd"/>
          </w:p>
          <w:p w:rsidR="00EC782F" w:rsidRPr="00E643E5" w:rsidRDefault="00EC782F" w:rsidP="00EC782F">
            <w:pPr>
              <w:rPr>
                <w:rFonts w:eastAsia="Calibri"/>
              </w:rPr>
            </w:pPr>
          </w:p>
        </w:tc>
        <w:tc>
          <w:tcPr>
            <w:tcW w:w="313" w:type="pct"/>
            <w:tcBorders>
              <w:top w:val="single" w:sz="4" w:space="0" w:color="auto"/>
              <w:left w:val="single" w:sz="4" w:space="0" w:color="auto"/>
              <w:bottom w:val="single" w:sz="4" w:space="0" w:color="auto"/>
              <w:right w:val="single" w:sz="4" w:space="0" w:color="auto"/>
            </w:tcBorders>
          </w:tcPr>
          <w:p w:rsidR="00EC782F" w:rsidRDefault="004F36F8" w:rsidP="00EC782F">
            <w:pPr>
              <w:rPr>
                <w:rFonts w:eastAsia="Calibri"/>
                <w:sz w:val="18"/>
                <w:szCs w:val="18"/>
              </w:rPr>
            </w:pPr>
            <w:r>
              <w:rPr>
                <w:rFonts w:eastAsia="Calibri"/>
                <w:sz w:val="18"/>
                <w:szCs w:val="18"/>
                <w:lang w:val="ru-RU"/>
              </w:rPr>
              <w:lastRenderedPageBreak/>
              <w:t>0</w:t>
            </w:r>
            <w:r w:rsidR="00865331">
              <w:rPr>
                <w:rFonts w:eastAsia="Calibri"/>
                <w:sz w:val="18"/>
                <w:szCs w:val="18"/>
                <w:lang w:val="ru-RU"/>
              </w:rPr>
              <w:t>7</w:t>
            </w:r>
            <w:r w:rsidR="00EC782F">
              <w:rPr>
                <w:rFonts w:eastAsia="Calibri"/>
                <w:sz w:val="18"/>
                <w:szCs w:val="18"/>
              </w:rPr>
              <w:t>.10</w:t>
            </w:r>
          </w:p>
          <w:p w:rsidR="004F36F8" w:rsidRPr="004F36F8" w:rsidRDefault="004F36F8" w:rsidP="00EC782F">
            <w:pPr>
              <w:rPr>
                <w:rFonts w:eastAsia="Calibri"/>
                <w:sz w:val="18"/>
                <w:szCs w:val="18"/>
                <w:lang w:val="ru-RU"/>
              </w:rPr>
            </w:pPr>
            <w:r>
              <w:rPr>
                <w:rFonts w:eastAsia="Calibri"/>
                <w:sz w:val="18"/>
                <w:szCs w:val="18"/>
                <w:lang w:val="ru-RU"/>
              </w:rPr>
              <w:t>0</w:t>
            </w:r>
            <w:r w:rsidR="00865331">
              <w:rPr>
                <w:rFonts w:eastAsia="Calibri"/>
                <w:sz w:val="18"/>
                <w:szCs w:val="18"/>
                <w:lang w:val="ru-RU"/>
              </w:rPr>
              <w:t>8</w:t>
            </w:r>
            <w:r>
              <w:rPr>
                <w:rFonts w:eastAsia="Calibri"/>
                <w:sz w:val="18"/>
                <w:szCs w:val="18"/>
                <w:lang w:val="ru-RU"/>
              </w:rPr>
              <w:t>.10</w:t>
            </w:r>
          </w:p>
        </w:tc>
        <w:tc>
          <w:tcPr>
            <w:tcW w:w="22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1521"/>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35-36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Основные способы образования слов в русском языке</w:t>
            </w:r>
          </w:p>
          <w:p w:rsidR="00EC782F" w:rsidRPr="00EC782F" w:rsidRDefault="00EC782F" w:rsidP="00EC782F">
            <w:pPr>
              <w:rPr>
                <w:rFonts w:eastAsia="Calibri"/>
                <w:b/>
                <w:color w:val="17365D"/>
                <w:lang w:val="ru-RU"/>
              </w:rPr>
            </w:pPr>
          </w:p>
        </w:tc>
        <w:tc>
          <w:tcPr>
            <w:tcW w:w="695"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Неморфемные способы  образования слов, словообразовательные цепочки</w:t>
            </w:r>
          </w:p>
        </w:tc>
        <w:tc>
          <w:tcPr>
            <w:tcW w:w="649"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Словообразовательный и морфемный разборы</w:t>
            </w:r>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Знают теоретический материал по теме, умеют правильно определять способы образования слов.</w:t>
            </w:r>
          </w:p>
          <w:p w:rsidR="00EC782F" w:rsidRPr="00EC782F" w:rsidRDefault="00EC782F" w:rsidP="00EC782F">
            <w:pPr>
              <w:rPr>
                <w:rFonts w:eastAsia="Calibri"/>
                <w:lang w:val="ru-RU"/>
              </w:rPr>
            </w:pPr>
            <w:r w:rsidRPr="00EC782F">
              <w:rPr>
                <w:rFonts w:eastAsia="Calibri"/>
                <w:lang w:val="ru-RU"/>
              </w:rPr>
              <w:t>Анализируют сравнивают, группируют различные объекты, явления, факты</w:t>
            </w:r>
          </w:p>
          <w:p w:rsidR="00EC782F" w:rsidRPr="00EC782F" w:rsidRDefault="00EC782F" w:rsidP="00EC782F">
            <w:pPr>
              <w:rPr>
                <w:rFonts w:eastAsia="Calibri"/>
                <w:lang w:val="ru-RU"/>
              </w:rPr>
            </w:pPr>
            <w:r w:rsidRPr="00EC782F">
              <w:rPr>
                <w:rFonts w:eastAsia="Calibri"/>
                <w:lang w:val="ru-RU"/>
              </w:rPr>
              <w:t xml:space="preserve">Уметь </w:t>
            </w:r>
            <w:proofErr w:type="spellStart"/>
            <w:r w:rsidRPr="00EC782F">
              <w:rPr>
                <w:rFonts w:eastAsia="Calibri"/>
                <w:lang w:val="ru-RU"/>
              </w:rPr>
              <w:t>пере-даватьсодер-жание</w:t>
            </w:r>
            <w:proofErr w:type="spellEnd"/>
            <w:r w:rsidRPr="00EC782F">
              <w:rPr>
                <w:rFonts w:eastAsia="Calibri"/>
                <w:lang w:val="ru-RU"/>
              </w:rPr>
              <w:t xml:space="preserve"> в сжатом, выборочном и развёрнутом виде.</w:t>
            </w:r>
          </w:p>
          <w:p w:rsidR="00EC782F" w:rsidRPr="00EC782F" w:rsidRDefault="00EC782F" w:rsidP="00EC782F">
            <w:pPr>
              <w:rPr>
                <w:rFonts w:eastAsia="Calibri"/>
                <w:lang w:val="ru-RU"/>
              </w:rPr>
            </w:pPr>
            <w:r w:rsidRPr="00EC782F">
              <w:rPr>
                <w:rFonts w:eastAsia="Calibri"/>
                <w:lang w:val="ru-RU"/>
              </w:rPr>
              <w:t>Чувство гордости при следовании моральным нормам</w:t>
            </w:r>
          </w:p>
          <w:p w:rsidR="00EC782F" w:rsidRPr="00EC782F" w:rsidRDefault="00EC782F" w:rsidP="00EC782F">
            <w:pPr>
              <w:ind w:right="-109"/>
              <w:rPr>
                <w:rFonts w:eastAsia="Calibri"/>
                <w:lang w:val="ru-RU"/>
              </w:rPr>
            </w:pPr>
          </w:p>
        </w:tc>
        <w:tc>
          <w:tcPr>
            <w:tcW w:w="313" w:type="pct"/>
            <w:tcBorders>
              <w:top w:val="single" w:sz="4" w:space="0" w:color="auto"/>
              <w:left w:val="single" w:sz="4" w:space="0" w:color="auto"/>
              <w:right w:val="single" w:sz="4" w:space="0" w:color="auto"/>
            </w:tcBorders>
          </w:tcPr>
          <w:p w:rsidR="00EC782F" w:rsidRDefault="00865331" w:rsidP="00EC782F">
            <w:pPr>
              <w:rPr>
                <w:rFonts w:eastAsia="Calibri"/>
                <w:sz w:val="18"/>
                <w:szCs w:val="18"/>
                <w:lang w:val="ru-RU"/>
              </w:rPr>
            </w:pPr>
            <w:r>
              <w:rPr>
                <w:rFonts w:eastAsia="Calibri"/>
                <w:sz w:val="18"/>
                <w:szCs w:val="18"/>
                <w:lang w:val="ru-RU"/>
              </w:rPr>
              <w:t>09</w:t>
            </w:r>
            <w:r w:rsidR="004F36F8">
              <w:rPr>
                <w:rFonts w:eastAsia="Calibri"/>
                <w:sz w:val="18"/>
                <w:szCs w:val="18"/>
                <w:lang w:val="ru-RU"/>
              </w:rPr>
              <w:t>.10</w:t>
            </w:r>
          </w:p>
          <w:p w:rsidR="004F36F8" w:rsidRPr="004F36F8" w:rsidRDefault="004F36F8" w:rsidP="00EC782F">
            <w:pPr>
              <w:rPr>
                <w:rFonts w:eastAsia="Calibri"/>
                <w:sz w:val="18"/>
                <w:szCs w:val="18"/>
                <w:lang w:val="ru-RU"/>
              </w:rPr>
            </w:pPr>
            <w:r>
              <w:rPr>
                <w:rFonts w:eastAsia="Calibri"/>
                <w:sz w:val="18"/>
                <w:szCs w:val="18"/>
                <w:lang w:val="ru-RU"/>
              </w:rPr>
              <w:t>1</w:t>
            </w:r>
            <w:r w:rsidR="00865331">
              <w:rPr>
                <w:rFonts w:eastAsia="Calibri"/>
                <w:sz w:val="18"/>
                <w:szCs w:val="18"/>
                <w:lang w:val="ru-RU"/>
              </w:rPr>
              <w:t>2</w:t>
            </w:r>
            <w:r>
              <w:rPr>
                <w:rFonts w:eastAsia="Calibri"/>
                <w:sz w:val="18"/>
                <w:szCs w:val="18"/>
                <w:lang w:val="ru-RU"/>
              </w:rPr>
              <w:t>.10</w:t>
            </w:r>
          </w:p>
        </w:tc>
        <w:tc>
          <w:tcPr>
            <w:tcW w:w="224"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963"/>
        </w:trPr>
        <w:tc>
          <w:tcPr>
            <w:tcW w:w="22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37-38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color w:val="31849B"/>
              </w:rPr>
            </w:pPr>
            <w:proofErr w:type="spellStart"/>
            <w:r w:rsidRPr="00E643E5">
              <w:rPr>
                <w:rFonts w:eastAsia="Calibri"/>
              </w:rPr>
              <w:t>Этимологияслов</w:t>
            </w:r>
            <w:proofErr w:type="spellEnd"/>
            <w:r w:rsidRPr="00E643E5">
              <w:rPr>
                <w:rFonts w:eastAsia="Calibri"/>
              </w:rPr>
              <w:t xml:space="preserve">. </w:t>
            </w:r>
            <w:proofErr w:type="spellStart"/>
            <w:r w:rsidRPr="00E643E5">
              <w:rPr>
                <w:rFonts w:eastAsia="Calibri"/>
              </w:rPr>
              <w:t>Этимологическиесловари</w:t>
            </w:r>
            <w:proofErr w:type="spellEnd"/>
            <w:r w:rsidRPr="00E643E5">
              <w:rPr>
                <w:rFonts w:eastAsia="Calibri"/>
              </w:rPr>
              <w:t>.</w:t>
            </w:r>
          </w:p>
        </w:tc>
        <w:tc>
          <w:tcPr>
            <w:tcW w:w="695"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Происхождение, изменения в составе слова. </w:t>
            </w:r>
            <w:proofErr w:type="spellStart"/>
            <w:r w:rsidRPr="00E643E5">
              <w:rPr>
                <w:rFonts w:eastAsia="Calibri"/>
              </w:rPr>
              <w:t>Этимологияслов</w:t>
            </w:r>
            <w:proofErr w:type="spellEnd"/>
            <w:r w:rsidRPr="00E643E5">
              <w:rPr>
                <w:rFonts w:eastAsia="Calibri"/>
              </w:rPr>
              <w:t xml:space="preserve">. </w:t>
            </w:r>
          </w:p>
        </w:tc>
        <w:tc>
          <w:tcPr>
            <w:tcW w:w="649"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Умеют выбирать обобщенные стратегии</w:t>
            </w:r>
          </w:p>
          <w:p w:rsidR="00EC782F" w:rsidRPr="00EC782F" w:rsidRDefault="00EC782F" w:rsidP="00EC782F">
            <w:pPr>
              <w:ind w:right="-79"/>
              <w:rPr>
                <w:rFonts w:eastAsia="Calibri"/>
                <w:lang w:val="ru-RU"/>
              </w:rPr>
            </w:pPr>
            <w:r w:rsidRPr="00EC782F">
              <w:rPr>
                <w:rFonts w:eastAsia="Calibri"/>
                <w:lang w:val="ru-RU"/>
              </w:rPr>
              <w:t>Предвосхищают результат и уровень усвоения</w:t>
            </w:r>
          </w:p>
          <w:p w:rsidR="00EC782F" w:rsidRPr="00EC782F" w:rsidRDefault="00EC782F" w:rsidP="00EC782F">
            <w:pPr>
              <w:ind w:right="-76"/>
              <w:rPr>
                <w:rFonts w:eastAsia="Calibri"/>
                <w:lang w:val="ru-RU"/>
              </w:rPr>
            </w:pPr>
            <w:r w:rsidRPr="00EC782F">
              <w:rPr>
                <w:rFonts w:eastAsia="Calibri"/>
                <w:lang w:val="ru-RU"/>
              </w:rPr>
              <w:t>Определяют цели и функции участников для взаимодействия</w:t>
            </w:r>
          </w:p>
          <w:p w:rsidR="00EC782F" w:rsidRPr="00EC782F" w:rsidRDefault="00EC782F" w:rsidP="00EC782F">
            <w:pPr>
              <w:rPr>
                <w:rFonts w:eastAsia="Calibri"/>
                <w:lang w:val="ru-RU"/>
              </w:rPr>
            </w:pPr>
            <w:r w:rsidRPr="00EC782F">
              <w:rPr>
                <w:rFonts w:eastAsia="Calibri"/>
                <w:lang w:val="ru-RU"/>
              </w:rPr>
              <w:t>Формулируют собственное мнение и позицию.</w:t>
            </w:r>
          </w:p>
        </w:tc>
        <w:tc>
          <w:tcPr>
            <w:tcW w:w="313" w:type="pct"/>
            <w:tcBorders>
              <w:top w:val="single" w:sz="4" w:space="0" w:color="auto"/>
              <w:left w:val="single" w:sz="4" w:space="0" w:color="auto"/>
              <w:right w:val="single" w:sz="4" w:space="0" w:color="auto"/>
            </w:tcBorders>
          </w:tcPr>
          <w:p w:rsidR="004F36F8" w:rsidRDefault="00EC782F" w:rsidP="00EC782F">
            <w:pPr>
              <w:rPr>
                <w:rFonts w:eastAsia="Calibri"/>
                <w:sz w:val="18"/>
                <w:szCs w:val="18"/>
                <w:lang w:val="ru-RU"/>
              </w:rPr>
            </w:pPr>
            <w:r>
              <w:rPr>
                <w:rFonts w:eastAsia="Calibri"/>
                <w:sz w:val="18"/>
                <w:szCs w:val="18"/>
              </w:rPr>
              <w:t>1</w:t>
            </w:r>
            <w:r w:rsidR="004F36F8">
              <w:rPr>
                <w:rFonts w:eastAsia="Calibri"/>
                <w:sz w:val="18"/>
                <w:szCs w:val="18"/>
                <w:lang w:val="ru-RU"/>
              </w:rPr>
              <w:t>3.10</w:t>
            </w:r>
          </w:p>
          <w:p w:rsidR="00EC782F" w:rsidRPr="004F36F8" w:rsidRDefault="004F36F8" w:rsidP="00EC782F">
            <w:pPr>
              <w:rPr>
                <w:rFonts w:eastAsia="Calibri"/>
                <w:sz w:val="18"/>
                <w:szCs w:val="18"/>
                <w:lang w:val="ru-RU"/>
              </w:rPr>
            </w:pPr>
            <w:r>
              <w:rPr>
                <w:rFonts w:eastAsia="Calibri"/>
                <w:sz w:val="18"/>
                <w:szCs w:val="18"/>
                <w:lang w:val="ru-RU"/>
              </w:rPr>
              <w:t>1</w:t>
            </w:r>
            <w:r w:rsidR="00865331">
              <w:rPr>
                <w:rFonts w:eastAsia="Calibri"/>
                <w:sz w:val="18"/>
                <w:szCs w:val="18"/>
                <w:lang w:val="ru-RU"/>
              </w:rPr>
              <w:t>3</w:t>
            </w:r>
            <w:r>
              <w:rPr>
                <w:rFonts w:eastAsia="Calibri"/>
                <w:sz w:val="18"/>
                <w:szCs w:val="18"/>
                <w:lang w:val="ru-RU"/>
              </w:rPr>
              <w:t>.10</w:t>
            </w:r>
          </w:p>
        </w:tc>
        <w:tc>
          <w:tcPr>
            <w:tcW w:w="224"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4F36F8">
        <w:trPr>
          <w:gridAfter w:val="1"/>
          <w:wAfter w:w="53" w:type="pct"/>
          <w:trHeight w:val="1307"/>
        </w:trPr>
        <w:tc>
          <w:tcPr>
            <w:tcW w:w="228" w:type="pct"/>
            <w:gridSpan w:val="2"/>
            <w:tcBorders>
              <w:top w:val="single" w:sz="4" w:space="0" w:color="auto"/>
              <w:left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39</w:t>
            </w:r>
          </w:p>
        </w:tc>
        <w:tc>
          <w:tcPr>
            <w:tcW w:w="787" w:type="pct"/>
            <w:gridSpan w:val="2"/>
            <w:tcBorders>
              <w:top w:val="single" w:sz="4" w:space="0" w:color="auto"/>
              <w:left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Систематизация материалов к сочинению. Сложный план.</w:t>
            </w:r>
          </w:p>
        </w:tc>
        <w:tc>
          <w:tcPr>
            <w:tcW w:w="695"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tc>
        <w:tc>
          <w:tcPr>
            <w:tcW w:w="649"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b/>
                <w:color w:val="008000"/>
              </w:rPr>
            </w:pPr>
            <w:proofErr w:type="spellStart"/>
            <w:r>
              <w:rPr>
                <w:rFonts w:eastAsia="Calibri"/>
                <w:b/>
                <w:color w:val="008000"/>
              </w:rPr>
              <w:t>План</w:t>
            </w:r>
            <w:proofErr w:type="spellEnd"/>
          </w:p>
        </w:tc>
        <w:tc>
          <w:tcPr>
            <w:tcW w:w="2051" w:type="pct"/>
            <w:gridSpan w:val="3"/>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Знают способы систематизации материала, умеют составлять сложный план.</w:t>
            </w:r>
          </w:p>
          <w:p w:rsidR="00EC782F" w:rsidRPr="00EC782F" w:rsidRDefault="00EC782F" w:rsidP="00EC782F">
            <w:pPr>
              <w:ind w:right="-115"/>
              <w:rPr>
                <w:rFonts w:eastAsia="Calibri"/>
                <w:b/>
                <w:color w:val="008000"/>
                <w:lang w:val="ru-RU"/>
              </w:rPr>
            </w:pPr>
            <w:r w:rsidRPr="00EC782F">
              <w:rPr>
                <w:rFonts w:eastAsia="Calibri"/>
                <w:b/>
                <w:color w:val="008000"/>
                <w:lang w:val="ru-RU"/>
              </w:rPr>
              <w:t>Вносят коррективы и дополнения в составленные планы и рабочие материалы.</w:t>
            </w:r>
          </w:p>
          <w:p w:rsidR="00EC782F" w:rsidRPr="00EC782F" w:rsidRDefault="00EC782F" w:rsidP="00EC782F">
            <w:pPr>
              <w:ind w:right="-129"/>
              <w:rPr>
                <w:rFonts w:eastAsia="Calibri"/>
                <w:b/>
                <w:color w:val="008000"/>
                <w:lang w:val="ru-RU"/>
              </w:rPr>
            </w:pPr>
            <w:r w:rsidRPr="00EC782F">
              <w:rPr>
                <w:rFonts w:eastAsia="Calibri"/>
                <w:b/>
                <w:color w:val="008000"/>
                <w:lang w:val="ru-RU"/>
              </w:rPr>
              <w:t>Используют адекватные языковые средства для отображения своих мыслей</w:t>
            </w:r>
          </w:p>
          <w:p w:rsidR="00EC782F" w:rsidRPr="00E643E5" w:rsidRDefault="00EC782F" w:rsidP="00EC782F">
            <w:pPr>
              <w:ind w:right="-224"/>
              <w:rPr>
                <w:rFonts w:eastAsia="Calibri"/>
                <w:b/>
                <w:color w:val="008000"/>
              </w:rPr>
            </w:pPr>
            <w:proofErr w:type="spellStart"/>
            <w:r w:rsidRPr="00E643E5">
              <w:rPr>
                <w:rFonts w:eastAsia="Calibri"/>
                <w:b/>
                <w:color w:val="008000"/>
              </w:rPr>
              <w:t>Высказываютсвоемнение</w:t>
            </w:r>
            <w:proofErr w:type="spellEnd"/>
            <w:r w:rsidRPr="00E643E5">
              <w:rPr>
                <w:rFonts w:eastAsia="Calibri"/>
                <w:b/>
                <w:color w:val="008000"/>
              </w:rPr>
              <w:t xml:space="preserve">, </w:t>
            </w:r>
            <w:proofErr w:type="spellStart"/>
            <w:r w:rsidRPr="00E643E5">
              <w:rPr>
                <w:rFonts w:eastAsia="Calibri"/>
                <w:b/>
                <w:color w:val="008000"/>
              </w:rPr>
              <w:t>своюпозицию</w:t>
            </w:r>
            <w:proofErr w:type="spellEnd"/>
          </w:p>
          <w:p w:rsidR="00EC782F" w:rsidRPr="00E643E5" w:rsidRDefault="00EC782F" w:rsidP="00EC782F">
            <w:pPr>
              <w:ind w:right="-52"/>
              <w:rPr>
                <w:rFonts w:eastAsia="Calibri"/>
                <w:b/>
                <w:color w:val="008000"/>
              </w:rPr>
            </w:pPr>
          </w:p>
          <w:p w:rsidR="00EC782F" w:rsidRPr="00E643E5" w:rsidRDefault="00EC782F" w:rsidP="00EC782F">
            <w:pPr>
              <w:rPr>
                <w:rFonts w:eastAsia="Calibri"/>
                <w:b/>
                <w:color w:val="008000"/>
              </w:rPr>
            </w:pPr>
          </w:p>
        </w:tc>
        <w:tc>
          <w:tcPr>
            <w:tcW w:w="313" w:type="pct"/>
            <w:tcBorders>
              <w:top w:val="single" w:sz="4" w:space="0" w:color="auto"/>
              <w:left w:val="single" w:sz="4" w:space="0" w:color="auto"/>
              <w:right w:val="single" w:sz="4" w:space="0" w:color="auto"/>
            </w:tcBorders>
          </w:tcPr>
          <w:p w:rsidR="00EC782F" w:rsidRPr="000F064F" w:rsidRDefault="00EC782F" w:rsidP="00EC782F">
            <w:pPr>
              <w:rPr>
                <w:rFonts w:eastAsia="Calibri"/>
                <w:sz w:val="18"/>
                <w:szCs w:val="18"/>
              </w:rPr>
            </w:pPr>
            <w:r>
              <w:rPr>
                <w:rFonts w:eastAsia="Calibri"/>
                <w:sz w:val="18"/>
                <w:szCs w:val="18"/>
              </w:rPr>
              <w:t>1</w:t>
            </w:r>
            <w:r w:rsidR="00865331">
              <w:rPr>
                <w:rFonts w:eastAsia="Calibri"/>
                <w:sz w:val="18"/>
                <w:szCs w:val="18"/>
                <w:lang w:val="ru-RU"/>
              </w:rPr>
              <w:t>4</w:t>
            </w:r>
            <w:r>
              <w:rPr>
                <w:rFonts w:eastAsia="Calibri"/>
                <w:sz w:val="18"/>
                <w:szCs w:val="18"/>
              </w:rPr>
              <w:t>.10</w:t>
            </w:r>
          </w:p>
        </w:tc>
        <w:tc>
          <w:tcPr>
            <w:tcW w:w="224"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008000"/>
              </w:rPr>
            </w:pPr>
            <w:r w:rsidRPr="00E643E5">
              <w:rPr>
                <w:rFonts w:eastAsia="Calibri"/>
                <w:b/>
                <w:color w:val="008000"/>
              </w:rPr>
              <w:t>40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Сочинение-описаниепомещения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p w:rsidR="00EC782F" w:rsidRPr="00E643E5" w:rsidRDefault="00EC782F" w:rsidP="00EC782F">
            <w:pPr>
              <w:rPr>
                <w:rFonts w:eastAsia="Calibri"/>
                <w:b/>
                <w:color w:val="0080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Сочинение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Умеют писать сочинение на заданную тему; связно и последовательно излагать свои мысли.</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Вносят коррективы и дополнения в составленные планы и рабочие материалы.</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адекватные языковые средства для отображения своих чувств и мыслей.</w:t>
            </w:r>
          </w:p>
          <w:p w:rsidR="00EC782F" w:rsidRPr="00EC782F" w:rsidRDefault="00EC782F" w:rsidP="00EC782F">
            <w:pPr>
              <w:ind w:right="-110"/>
              <w:rPr>
                <w:rFonts w:eastAsia="Calibri"/>
                <w:b/>
                <w:color w:val="008000"/>
                <w:sz w:val="18"/>
                <w:szCs w:val="18"/>
                <w:lang w:val="ru-RU"/>
              </w:rPr>
            </w:pPr>
            <w:r w:rsidRPr="00EC782F">
              <w:rPr>
                <w:rFonts w:eastAsia="Calibri"/>
                <w:b/>
                <w:color w:val="008000"/>
                <w:sz w:val="18"/>
                <w:szCs w:val="18"/>
                <w:lang w:val="ru-RU"/>
              </w:rPr>
              <w:t>Высказывают свое мнение, свою позицию.</w:t>
            </w:r>
          </w:p>
          <w:p w:rsidR="00EC782F" w:rsidRPr="00EC782F" w:rsidRDefault="00EC782F" w:rsidP="00EC782F">
            <w:pPr>
              <w:ind w:right="-52"/>
              <w:rPr>
                <w:rFonts w:eastAsia="Calibri"/>
                <w:b/>
                <w:color w:val="008000"/>
                <w:sz w:val="18"/>
                <w:szCs w:val="18"/>
                <w:lang w:val="ru-RU"/>
              </w:rPr>
            </w:pPr>
          </w:p>
          <w:p w:rsidR="00EC782F" w:rsidRPr="00EC782F" w:rsidRDefault="00EC782F" w:rsidP="00EC782F">
            <w:pPr>
              <w:ind w:right="-52"/>
              <w:rPr>
                <w:rFonts w:eastAsia="Calibri"/>
                <w:b/>
                <w:color w:val="008000"/>
                <w:sz w:val="18"/>
                <w:szCs w:val="18"/>
                <w:lang w:val="ru-RU"/>
              </w:rPr>
            </w:pPr>
          </w:p>
          <w:p w:rsidR="00EC782F" w:rsidRPr="00EC782F" w:rsidRDefault="00EC782F" w:rsidP="00EC782F">
            <w:pPr>
              <w:rPr>
                <w:rFonts w:eastAsia="Calibri"/>
                <w:b/>
                <w:color w:val="008000"/>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865331">
              <w:rPr>
                <w:rFonts w:eastAsia="Calibri"/>
                <w:sz w:val="18"/>
                <w:szCs w:val="18"/>
                <w:lang w:val="ru-RU"/>
              </w:rPr>
              <w:t>5</w:t>
            </w:r>
            <w:r>
              <w:rPr>
                <w:rFonts w:eastAsia="Calibri"/>
                <w:sz w:val="18"/>
                <w:szCs w:val="18"/>
              </w:rPr>
              <w:t>.10</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649"/>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41-42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Буквы </w:t>
            </w:r>
            <w:r w:rsidRPr="00EC782F">
              <w:rPr>
                <w:rFonts w:eastAsia="Calibri"/>
                <w:i/>
                <w:lang w:val="ru-RU"/>
              </w:rPr>
              <w:t>о</w:t>
            </w:r>
            <w:r w:rsidRPr="00EC782F">
              <w:rPr>
                <w:rFonts w:eastAsia="Calibri"/>
                <w:lang w:val="ru-RU"/>
              </w:rPr>
              <w:t>и</w:t>
            </w:r>
            <w:r w:rsidRPr="00EC782F">
              <w:rPr>
                <w:rFonts w:eastAsia="Calibri"/>
                <w:i/>
                <w:lang w:val="ru-RU"/>
              </w:rPr>
              <w:t>а</w:t>
            </w:r>
            <w:r w:rsidRPr="00EC782F">
              <w:rPr>
                <w:rFonts w:eastAsia="Calibri"/>
                <w:lang w:val="ru-RU"/>
              </w:rPr>
              <w:t xml:space="preserve"> в корне </w:t>
            </w:r>
            <w:proofErr w:type="gramStart"/>
            <w:r w:rsidRPr="00EC782F">
              <w:rPr>
                <w:rFonts w:eastAsia="Calibri"/>
                <w:i/>
                <w:lang w:val="ru-RU"/>
              </w:rPr>
              <w:t>–</w:t>
            </w:r>
            <w:r w:rsidRPr="00EC782F">
              <w:rPr>
                <w:rFonts w:eastAsia="Calibri"/>
                <w:lang w:val="ru-RU"/>
              </w:rPr>
              <w:t>К</w:t>
            </w:r>
            <w:proofErr w:type="gramEnd"/>
            <w:r w:rsidRPr="00EC782F">
              <w:rPr>
                <w:rFonts w:eastAsia="Calibri"/>
                <w:lang w:val="ru-RU"/>
              </w:rPr>
              <w:t xml:space="preserve">ОС- </w:t>
            </w:r>
          </w:p>
          <w:p w:rsidR="00EC782F" w:rsidRPr="00E643E5" w:rsidRDefault="00EC782F" w:rsidP="00EC782F">
            <w:pPr>
              <w:rPr>
                <w:rFonts w:eastAsia="Calibri"/>
              </w:rPr>
            </w:pPr>
            <w:r w:rsidRPr="00E643E5">
              <w:rPr>
                <w:rFonts w:eastAsia="Calibri"/>
              </w:rPr>
              <w:t>// -КАС-</w:t>
            </w:r>
          </w:p>
          <w:p w:rsidR="00EC782F" w:rsidRPr="00E643E5" w:rsidRDefault="00EC782F" w:rsidP="00EC782F">
            <w:pPr>
              <w:rPr>
                <w:rFonts w:eastAsia="Calibri"/>
                <w:b/>
                <w:color w:val="17365D"/>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Чередование гласных в корнях слов. Условия выбора О-А в корнях  </w:t>
            </w:r>
            <w:proofErr w:type="gramStart"/>
            <w:r w:rsidRPr="00EC782F">
              <w:rPr>
                <w:rFonts w:eastAsia="Calibri"/>
                <w:lang w:val="ru-RU"/>
              </w:rPr>
              <w:t>-К</w:t>
            </w:r>
            <w:proofErr w:type="gramEnd"/>
            <w:r w:rsidRPr="00EC782F">
              <w:rPr>
                <w:rFonts w:eastAsia="Calibri"/>
                <w:lang w:val="ru-RU"/>
              </w:rPr>
              <w:t>ОС- //-КАС-</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Выбирают знаково-символические средства для построения модели</w:t>
            </w:r>
          </w:p>
          <w:p w:rsidR="00EC782F" w:rsidRPr="00EC782F" w:rsidRDefault="00EC782F" w:rsidP="00EC782F">
            <w:pPr>
              <w:ind w:right="-158"/>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новому учебному материалу.</w:t>
            </w: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4F36F8" w:rsidRDefault="00865331" w:rsidP="00EC782F">
            <w:pPr>
              <w:rPr>
                <w:rFonts w:eastAsia="Calibri"/>
                <w:sz w:val="18"/>
                <w:szCs w:val="18"/>
                <w:lang w:val="ru-RU"/>
              </w:rPr>
            </w:pPr>
            <w:r>
              <w:rPr>
                <w:rFonts w:eastAsia="Calibri"/>
                <w:sz w:val="18"/>
                <w:szCs w:val="18"/>
                <w:lang w:val="ru-RU"/>
              </w:rPr>
              <w:t>16</w:t>
            </w:r>
            <w:r w:rsidR="004F36F8">
              <w:rPr>
                <w:rFonts w:eastAsia="Calibri"/>
                <w:sz w:val="18"/>
                <w:szCs w:val="18"/>
                <w:lang w:val="ru-RU"/>
              </w:rPr>
              <w:t>.10</w:t>
            </w:r>
          </w:p>
          <w:p w:rsidR="00865331" w:rsidRPr="004F36F8" w:rsidRDefault="00865331" w:rsidP="00EC782F">
            <w:pPr>
              <w:rPr>
                <w:rFonts w:eastAsia="Calibri"/>
                <w:sz w:val="18"/>
                <w:szCs w:val="18"/>
                <w:lang w:val="ru-RU"/>
              </w:rPr>
            </w:pPr>
            <w:r>
              <w:rPr>
                <w:rFonts w:eastAsia="Calibri"/>
                <w:sz w:val="18"/>
                <w:szCs w:val="18"/>
                <w:lang w:val="ru-RU"/>
              </w:rPr>
              <w:t>19.10</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591"/>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06"/>
              <w:rPr>
                <w:rFonts w:eastAsia="Calibri"/>
              </w:rPr>
            </w:pPr>
            <w:r w:rsidRPr="00E643E5">
              <w:rPr>
                <w:rFonts w:eastAsia="Calibri"/>
              </w:rPr>
              <w:t>43-44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Буквы </w:t>
            </w:r>
            <w:proofErr w:type="gramStart"/>
            <w:r w:rsidRPr="00EC782F">
              <w:rPr>
                <w:rFonts w:eastAsia="Calibri"/>
                <w:lang w:val="ru-RU"/>
              </w:rPr>
              <w:t>о</w:t>
            </w:r>
            <w:proofErr w:type="gramEnd"/>
            <w:r w:rsidRPr="00EC782F">
              <w:rPr>
                <w:rFonts w:eastAsia="Calibri"/>
                <w:lang w:val="ru-RU"/>
              </w:rPr>
              <w:t xml:space="preserve"> и а </w:t>
            </w:r>
            <w:proofErr w:type="gramStart"/>
            <w:r w:rsidRPr="00EC782F">
              <w:rPr>
                <w:rFonts w:eastAsia="Calibri"/>
                <w:lang w:val="ru-RU"/>
              </w:rPr>
              <w:t>в</w:t>
            </w:r>
            <w:proofErr w:type="gramEnd"/>
            <w:r w:rsidRPr="00EC782F">
              <w:rPr>
                <w:rFonts w:eastAsia="Calibri"/>
                <w:lang w:val="ru-RU"/>
              </w:rPr>
              <w:t xml:space="preserve"> корне – ГОР-//  -ГАР-</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Чередование гласных в корнях слов. Условия выбора </w:t>
            </w:r>
            <w:proofErr w:type="gramStart"/>
            <w:r w:rsidRPr="00EC782F">
              <w:rPr>
                <w:rFonts w:eastAsia="Calibri"/>
                <w:lang w:val="ru-RU"/>
              </w:rPr>
              <w:t>О-А</w:t>
            </w:r>
            <w:proofErr w:type="gramEnd"/>
            <w:r w:rsidRPr="00EC782F">
              <w:rPr>
                <w:rFonts w:eastAsia="Calibri"/>
                <w:lang w:val="ru-RU"/>
              </w:rPr>
              <w:t xml:space="preserve"> в корнях                   – ГОР-//  -ГАР-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Выражают смысл ситуации различными графическими средствами </w:t>
            </w:r>
          </w:p>
          <w:p w:rsidR="00EC782F" w:rsidRPr="00EC782F" w:rsidRDefault="00EC782F" w:rsidP="00EC782F">
            <w:pPr>
              <w:rPr>
                <w:rFonts w:eastAsia="Calibri"/>
                <w:sz w:val="18"/>
                <w:szCs w:val="18"/>
                <w:lang w:val="ru-RU"/>
              </w:rPr>
            </w:pPr>
            <w:r w:rsidRPr="00EC782F">
              <w:rPr>
                <w:rFonts w:eastAsia="Calibri"/>
                <w:sz w:val="18"/>
                <w:szCs w:val="18"/>
                <w:lang w:val="ru-RU"/>
              </w:rPr>
              <w:t>Определяют последовательность промежуточных целей с учетом конечного результата</w:t>
            </w:r>
          </w:p>
          <w:p w:rsidR="00EC782F" w:rsidRPr="00EC782F" w:rsidRDefault="00EC782F" w:rsidP="00EC782F">
            <w:pPr>
              <w:rPr>
                <w:rFonts w:eastAsia="Calibri"/>
                <w:sz w:val="18"/>
                <w:szCs w:val="18"/>
                <w:lang w:val="ru-RU"/>
              </w:rPr>
            </w:pPr>
            <w:r w:rsidRPr="00EC782F">
              <w:rPr>
                <w:rFonts w:eastAsia="Calibri"/>
                <w:sz w:val="18"/>
                <w:szCs w:val="18"/>
                <w:lang w:val="ru-RU"/>
              </w:rPr>
              <w:t>Учатся идентифицировать проблемы и их решать</w:t>
            </w:r>
          </w:p>
          <w:p w:rsidR="00EC782F" w:rsidRPr="00EC782F" w:rsidRDefault="00EC782F" w:rsidP="00EC782F">
            <w:pPr>
              <w:rPr>
                <w:rFonts w:eastAsia="Calibri"/>
                <w:sz w:val="18"/>
                <w:szCs w:val="18"/>
                <w:lang w:val="ru-RU"/>
              </w:rPr>
            </w:pPr>
            <w:r w:rsidRPr="00EC782F">
              <w:rPr>
                <w:rFonts w:eastAsia="Calibri"/>
                <w:sz w:val="18"/>
                <w:szCs w:val="18"/>
                <w:lang w:val="ru-RU"/>
              </w:rPr>
              <w:t>Готовность и способность к соблюдению норм и требований школьной жизни</w:t>
            </w:r>
          </w:p>
        </w:tc>
        <w:tc>
          <w:tcPr>
            <w:tcW w:w="348" w:type="pct"/>
            <w:gridSpan w:val="3"/>
            <w:tcBorders>
              <w:top w:val="single" w:sz="4" w:space="0" w:color="auto"/>
              <w:left w:val="single" w:sz="4" w:space="0" w:color="auto"/>
              <w:right w:val="single" w:sz="4" w:space="0" w:color="auto"/>
            </w:tcBorders>
            <w:vAlign w:val="center"/>
          </w:tcPr>
          <w:p w:rsidR="00EC782F" w:rsidRDefault="00865331" w:rsidP="00EC782F">
            <w:pPr>
              <w:rPr>
                <w:rFonts w:eastAsia="Calibri"/>
                <w:sz w:val="18"/>
                <w:szCs w:val="18"/>
              </w:rPr>
            </w:pPr>
            <w:r>
              <w:rPr>
                <w:rFonts w:eastAsia="Calibri"/>
                <w:sz w:val="18"/>
                <w:szCs w:val="18"/>
                <w:lang w:val="ru-RU"/>
              </w:rPr>
              <w:t>20</w:t>
            </w:r>
            <w:r w:rsidR="00EC782F">
              <w:rPr>
                <w:rFonts w:eastAsia="Calibri"/>
                <w:sz w:val="18"/>
                <w:szCs w:val="18"/>
              </w:rPr>
              <w:t>.10</w:t>
            </w:r>
          </w:p>
          <w:p w:rsidR="004F36F8" w:rsidRPr="004F36F8" w:rsidRDefault="004F36F8" w:rsidP="00EC782F">
            <w:pPr>
              <w:rPr>
                <w:rFonts w:eastAsia="Calibri"/>
                <w:sz w:val="18"/>
                <w:szCs w:val="18"/>
                <w:lang w:val="ru-RU"/>
              </w:rPr>
            </w:pPr>
            <w:r>
              <w:rPr>
                <w:rFonts w:eastAsia="Calibri"/>
                <w:sz w:val="18"/>
                <w:szCs w:val="18"/>
                <w:lang w:val="ru-RU"/>
              </w:rPr>
              <w:t>2</w:t>
            </w:r>
            <w:r w:rsidR="00865331">
              <w:rPr>
                <w:rFonts w:eastAsia="Calibri"/>
                <w:sz w:val="18"/>
                <w:szCs w:val="18"/>
                <w:lang w:val="ru-RU"/>
              </w:rPr>
              <w:t>0</w:t>
            </w:r>
            <w:r>
              <w:rPr>
                <w:rFonts w:eastAsia="Calibri"/>
                <w:sz w:val="18"/>
                <w:szCs w:val="18"/>
                <w:lang w:val="ru-RU"/>
              </w:rPr>
              <w:t>.10</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75"/>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06"/>
              <w:rPr>
                <w:rFonts w:eastAsia="Calibri"/>
              </w:rPr>
            </w:pPr>
            <w:r w:rsidRPr="00E643E5">
              <w:rPr>
                <w:rFonts w:eastAsia="Calibri"/>
              </w:rPr>
              <w:t>45-46</w:t>
            </w:r>
          </w:p>
        </w:tc>
        <w:tc>
          <w:tcPr>
            <w:tcW w:w="787"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rPr>
                <w:rFonts w:eastAsia="Calibri"/>
                <w:lang w:val="ru-RU"/>
              </w:rPr>
            </w:pPr>
            <w:r w:rsidRPr="00EC782F">
              <w:rPr>
                <w:rFonts w:eastAsia="Calibri"/>
                <w:lang w:val="ru-RU"/>
              </w:rPr>
              <w:t>Буквы О-А в корне –ЗАР-// - ЗОР-</w:t>
            </w:r>
          </w:p>
          <w:p w:rsidR="00865331" w:rsidRPr="00865331" w:rsidRDefault="00865331" w:rsidP="00865331">
            <w:pPr>
              <w:rPr>
                <w:rFonts w:eastAsia="Calibri"/>
                <w:lang w:val="ru-RU"/>
              </w:rPr>
            </w:pPr>
          </w:p>
          <w:p w:rsidR="00865331" w:rsidRPr="00865331" w:rsidRDefault="00865331" w:rsidP="00865331">
            <w:pPr>
              <w:rPr>
                <w:rFonts w:eastAsia="Calibri"/>
                <w:lang w:val="ru-RU"/>
              </w:rPr>
            </w:pPr>
          </w:p>
          <w:p w:rsidR="00865331" w:rsidRPr="00865331" w:rsidRDefault="00865331" w:rsidP="00865331">
            <w:pPr>
              <w:rPr>
                <w:rFonts w:eastAsia="Calibri"/>
                <w:lang w:val="ru-RU"/>
              </w:rPr>
            </w:pPr>
          </w:p>
          <w:p w:rsidR="00865331" w:rsidRPr="00865331" w:rsidRDefault="00865331" w:rsidP="00865331">
            <w:pPr>
              <w:rPr>
                <w:rFonts w:eastAsia="Calibri"/>
                <w:lang w:val="ru-RU"/>
              </w:rPr>
            </w:pPr>
          </w:p>
          <w:p w:rsidR="00865331" w:rsidRPr="00865331" w:rsidRDefault="00865331" w:rsidP="00865331">
            <w:pPr>
              <w:rPr>
                <w:rFonts w:eastAsia="Calibri"/>
                <w:b/>
                <w:bCs/>
                <w:sz w:val="28"/>
                <w:szCs w:val="28"/>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Чередование гласных в корнях слов. Условия выбора О-А  в корнях                 </w:t>
            </w:r>
            <w:proofErr w:type="gramStart"/>
            <w:r w:rsidRPr="00EC782F">
              <w:rPr>
                <w:rFonts w:eastAsia="Calibri"/>
                <w:lang w:val="ru-RU"/>
              </w:rPr>
              <w:t>–З</w:t>
            </w:r>
            <w:proofErr w:type="gramEnd"/>
            <w:r w:rsidRPr="00EC782F">
              <w:rPr>
                <w:rFonts w:eastAsia="Calibri"/>
                <w:lang w:val="ru-RU"/>
              </w:rPr>
              <w:t>АР-// - ЗОР-</w:t>
            </w:r>
          </w:p>
          <w:p w:rsidR="00EC782F" w:rsidRPr="00EC782F" w:rsidRDefault="00EC782F" w:rsidP="00EC782F">
            <w:pPr>
              <w:rPr>
                <w:rFonts w:eastAsia="Calibri"/>
                <w:lang w:val="ru-RU"/>
              </w:rPr>
            </w:pPr>
          </w:p>
          <w:p w:rsidR="00EC782F" w:rsidRPr="00EC782F" w:rsidRDefault="00EC782F" w:rsidP="00EC782F">
            <w:pPr>
              <w:rPr>
                <w:rFonts w:eastAsia="Calibri"/>
                <w:lang w:val="ru-RU"/>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Выражают смысл ситуации различными графическими средствами </w:t>
            </w:r>
          </w:p>
          <w:p w:rsidR="00EC782F" w:rsidRPr="00EC782F" w:rsidRDefault="00EC782F" w:rsidP="00EC782F">
            <w:pPr>
              <w:rPr>
                <w:rFonts w:eastAsia="Calibri"/>
                <w:sz w:val="18"/>
                <w:szCs w:val="18"/>
                <w:lang w:val="ru-RU"/>
              </w:rPr>
            </w:pPr>
            <w:r w:rsidRPr="00EC782F">
              <w:rPr>
                <w:rFonts w:eastAsia="Calibri"/>
                <w:sz w:val="18"/>
                <w:szCs w:val="18"/>
                <w:lang w:val="ru-RU"/>
              </w:rPr>
              <w:t>Определяют последовательность промежуточных целей с учетом конечного результата</w:t>
            </w:r>
          </w:p>
          <w:p w:rsidR="00EC782F" w:rsidRPr="00EC782F" w:rsidRDefault="00EC782F" w:rsidP="00EC782F">
            <w:pPr>
              <w:rPr>
                <w:rFonts w:eastAsia="Calibri"/>
                <w:sz w:val="18"/>
                <w:szCs w:val="18"/>
                <w:lang w:val="ru-RU"/>
              </w:rPr>
            </w:pPr>
            <w:r w:rsidRPr="00EC782F">
              <w:rPr>
                <w:rFonts w:eastAsia="Calibri"/>
                <w:sz w:val="18"/>
                <w:szCs w:val="18"/>
                <w:lang w:val="ru-RU"/>
              </w:rPr>
              <w:t>С достаточной полнотой и точностью выражают свои мысли и чувства</w:t>
            </w:r>
          </w:p>
          <w:p w:rsidR="00EC782F" w:rsidRPr="000F064F" w:rsidRDefault="00EC782F" w:rsidP="00EC782F">
            <w:pPr>
              <w:rPr>
                <w:rFonts w:eastAsia="Calibri"/>
                <w:sz w:val="18"/>
                <w:szCs w:val="18"/>
              </w:rPr>
            </w:pPr>
            <w:proofErr w:type="spellStart"/>
            <w:r w:rsidRPr="000F064F">
              <w:rPr>
                <w:rFonts w:eastAsia="Calibri"/>
                <w:sz w:val="18"/>
                <w:szCs w:val="18"/>
              </w:rPr>
              <w:t>Доброжелательноеотношение</w:t>
            </w:r>
            <w:proofErr w:type="spellEnd"/>
            <w:r w:rsidRPr="000F064F">
              <w:rPr>
                <w:rFonts w:eastAsia="Calibri"/>
                <w:sz w:val="18"/>
                <w:szCs w:val="18"/>
              </w:rPr>
              <w:t xml:space="preserve"> к </w:t>
            </w:r>
            <w:proofErr w:type="spellStart"/>
            <w:r w:rsidRPr="000F064F">
              <w:rPr>
                <w:rFonts w:eastAsia="Calibri"/>
                <w:sz w:val="18"/>
                <w:szCs w:val="18"/>
              </w:rPr>
              <w:t>окружающим</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2</w:t>
            </w:r>
            <w:r w:rsidR="00704CD3">
              <w:rPr>
                <w:rFonts w:eastAsia="Calibri"/>
                <w:sz w:val="18"/>
                <w:szCs w:val="18"/>
                <w:lang w:val="ru-RU"/>
              </w:rPr>
              <w:t>1</w:t>
            </w:r>
            <w:r>
              <w:rPr>
                <w:rFonts w:eastAsia="Calibri"/>
                <w:sz w:val="18"/>
                <w:szCs w:val="18"/>
              </w:rPr>
              <w:t>.10</w:t>
            </w:r>
          </w:p>
          <w:p w:rsidR="004F36F8" w:rsidRPr="004F36F8" w:rsidRDefault="004F36F8" w:rsidP="00EC782F">
            <w:pPr>
              <w:rPr>
                <w:rFonts w:eastAsia="Calibri"/>
                <w:sz w:val="18"/>
                <w:szCs w:val="18"/>
                <w:lang w:val="ru-RU"/>
              </w:rPr>
            </w:pPr>
            <w:r>
              <w:rPr>
                <w:rFonts w:eastAsia="Calibri"/>
                <w:sz w:val="18"/>
                <w:szCs w:val="18"/>
                <w:lang w:val="ru-RU"/>
              </w:rPr>
              <w:t>2</w:t>
            </w:r>
            <w:r w:rsidR="00704CD3">
              <w:rPr>
                <w:rFonts w:eastAsia="Calibri"/>
                <w:sz w:val="18"/>
                <w:szCs w:val="18"/>
                <w:lang w:val="ru-RU"/>
              </w:rPr>
              <w:t>2</w:t>
            </w:r>
            <w:r>
              <w:rPr>
                <w:rFonts w:eastAsia="Calibri"/>
                <w:sz w:val="18"/>
                <w:szCs w:val="18"/>
                <w:lang w:val="ru-RU"/>
              </w:rPr>
              <w:t>.10</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515"/>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47-48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Буквы Ы-И после приставок.</w:t>
            </w:r>
          </w:p>
          <w:p w:rsidR="00EC782F" w:rsidRPr="00704CD3" w:rsidRDefault="00704CD3" w:rsidP="00EC782F">
            <w:pPr>
              <w:rPr>
                <w:rFonts w:eastAsia="Calibri"/>
                <w:b/>
                <w:color w:val="17365D"/>
                <w:sz w:val="32"/>
                <w:szCs w:val="32"/>
                <w:lang w:val="ru-RU"/>
              </w:rPr>
            </w:pPr>
            <w:r w:rsidRPr="00704CD3">
              <w:rPr>
                <w:rFonts w:eastAsia="Calibri"/>
                <w:b/>
                <w:color w:val="17365D"/>
                <w:sz w:val="32"/>
                <w:szCs w:val="32"/>
                <w:lang w:val="ru-RU"/>
              </w:rPr>
              <w:t>2 четверть</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Состав слова. Правописание приставок 1 и 2 групп. Условия выбора гласных Ы-И после приставок на согласный.</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Выражают смысл ситуации различными графическими средствами </w:t>
            </w:r>
          </w:p>
          <w:p w:rsidR="00EC782F" w:rsidRPr="00EC782F" w:rsidRDefault="00EC782F" w:rsidP="00EC782F">
            <w:pPr>
              <w:rPr>
                <w:rFonts w:eastAsia="Calibri"/>
                <w:sz w:val="18"/>
                <w:szCs w:val="18"/>
                <w:lang w:val="ru-RU"/>
              </w:rPr>
            </w:pPr>
            <w:r w:rsidRPr="00EC782F">
              <w:rPr>
                <w:rFonts w:eastAsia="Calibri"/>
                <w:sz w:val="18"/>
                <w:szCs w:val="18"/>
                <w:lang w:val="ru-RU"/>
              </w:rPr>
              <w:t>Определяют последовательность промежуточных целей с учетом конечного результата</w:t>
            </w:r>
          </w:p>
          <w:p w:rsidR="00EC782F" w:rsidRPr="00EC782F" w:rsidRDefault="00EC782F" w:rsidP="00EC782F">
            <w:pPr>
              <w:rPr>
                <w:rFonts w:eastAsia="Calibri"/>
                <w:sz w:val="18"/>
                <w:szCs w:val="18"/>
                <w:lang w:val="ru-RU"/>
              </w:rPr>
            </w:pPr>
            <w:r w:rsidRPr="00EC782F">
              <w:rPr>
                <w:rFonts w:eastAsia="Calibri"/>
                <w:sz w:val="18"/>
                <w:szCs w:val="18"/>
                <w:lang w:val="ru-RU"/>
              </w:rPr>
              <w:t>Адекватно используют речевые средства для аргументации собственного мнения</w:t>
            </w:r>
          </w:p>
          <w:p w:rsidR="00EC782F" w:rsidRPr="00EC782F" w:rsidRDefault="00EC782F" w:rsidP="00EC782F">
            <w:pPr>
              <w:rPr>
                <w:rFonts w:eastAsia="Calibri"/>
                <w:sz w:val="18"/>
                <w:szCs w:val="18"/>
                <w:lang w:val="ru-RU"/>
              </w:rPr>
            </w:pPr>
            <w:r w:rsidRPr="00EC782F">
              <w:rPr>
                <w:rFonts w:eastAsia="Calibri"/>
                <w:sz w:val="18"/>
                <w:szCs w:val="18"/>
                <w:lang w:val="ru-RU"/>
              </w:rPr>
              <w:t>Готовность и способность к выполнению прав и обязанностей</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4F36F8" w:rsidRDefault="00DB16C4" w:rsidP="00EC782F">
            <w:pPr>
              <w:rPr>
                <w:rFonts w:eastAsia="Calibri"/>
                <w:sz w:val="18"/>
                <w:szCs w:val="18"/>
                <w:lang w:val="ru-RU"/>
              </w:rPr>
            </w:pPr>
            <w:r>
              <w:rPr>
                <w:rFonts w:eastAsia="Calibri"/>
                <w:sz w:val="18"/>
                <w:szCs w:val="18"/>
                <w:lang w:val="ru-RU"/>
              </w:rPr>
              <w:t>23.10</w:t>
            </w:r>
          </w:p>
          <w:p w:rsidR="00DB16C4" w:rsidRPr="00DB16C4" w:rsidRDefault="00DB16C4" w:rsidP="00EC782F">
            <w:pPr>
              <w:rPr>
                <w:rFonts w:eastAsia="Calibri"/>
                <w:b/>
                <w:bCs/>
                <w:sz w:val="18"/>
                <w:szCs w:val="18"/>
                <w:lang w:val="ru-RU"/>
              </w:rPr>
            </w:pPr>
            <w:r w:rsidRPr="00DB16C4">
              <w:rPr>
                <w:rFonts w:eastAsia="Calibri"/>
                <w:b/>
                <w:bCs/>
                <w:sz w:val="18"/>
                <w:szCs w:val="18"/>
                <w:lang w:val="ru-RU"/>
              </w:rPr>
              <w:t>2 четверть</w:t>
            </w:r>
          </w:p>
          <w:p w:rsidR="00704CD3" w:rsidRDefault="00DB16C4" w:rsidP="00EC782F">
            <w:pPr>
              <w:rPr>
                <w:rFonts w:eastAsia="Calibri"/>
                <w:sz w:val="18"/>
                <w:szCs w:val="18"/>
                <w:lang w:val="ru-RU"/>
              </w:rPr>
            </w:pPr>
            <w:r>
              <w:rPr>
                <w:rFonts w:eastAsia="Calibri"/>
                <w:sz w:val="18"/>
                <w:szCs w:val="18"/>
                <w:lang w:val="ru-RU"/>
              </w:rPr>
              <w:t>05.11</w:t>
            </w:r>
          </w:p>
          <w:p w:rsidR="00704CD3" w:rsidRDefault="00704CD3" w:rsidP="00EC782F">
            <w:pPr>
              <w:rPr>
                <w:rFonts w:eastAsia="Calibri"/>
                <w:sz w:val="18"/>
                <w:szCs w:val="18"/>
                <w:lang w:val="ru-RU"/>
              </w:rPr>
            </w:pPr>
          </w:p>
          <w:p w:rsidR="00704CD3" w:rsidRDefault="00704CD3" w:rsidP="00EC782F">
            <w:pPr>
              <w:rPr>
                <w:rFonts w:eastAsia="Calibri"/>
                <w:sz w:val="18"/>
                <w:szCs w:val="18"/>
                <w:lang w:val="ru-RU"/>
              </w:rPr>
            </w:pPr>
          </w:p>
          <w:p w:rsidR="00704CD3" w:rsidRPr="004F36F8" w:rsidRDefault="00704CD3" w:rsidP="00EC782F">
            <w:pPr>
              <w:rPr>
                <w:rFonts w:eastAsia="Calibri"/>
                <w:sz w:val="18"/>
                <w:szCs w:val="18"/>
                <w:lang w:val="ru-RU"/>
              </w:rPr>
            </w:pP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569"/>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49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17365D"/>
                <w:lang w:val="ru-RU"/>
              </w:rPr>
            </w:pPr>
            <w:r w:rsidRPr="00EC782F">
              <w:rPr>
                <w:rFonts w:eastAsia="Calibri"/>
                <w:lang w:val="ru-RU"/>
              </w:rPr>
              <w:t>Гласные в приставках ПРЕ-, ПРИ-.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Приставки 3 группы. Значения приставок. Правописание приставок ПРИ-ПРЕ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Выражают смысл ситуации различными графическими средствами </w:t>
            </w:r>
          </w:p>
          <w:p w:rsidR="00EC782F" w:rsidRPr="00EC782F" w:rsidRDefault="00EC782F" w:rsidP="00EC782F">
            <w:pPr>
              <w:rPr>
                <w:rFonts w:eastAsia="Calibri"/>
                <w:sz w:val="18"/>
                <w:szCs w:val="18"/>
                <w:lang w:val="ru-RU"/>
              </w:rPr>
            </w:pPr>
            <w:r w:rsidRPr="00EC782F">
              <w:rPr>
                <w:rFonts w:eastAsia="Calibri"/>
                <w:sz w:val="18"/>
                <w:szCs w:val="18"/>
                <w:lang w:val="ru-RU"/>
              </w:rPr>
              <w:t>Определяют последовательность промежуточных целей с учетом конечного результата</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0F064F" w:rsidRDefault="00EC782F" w:rsidP="00EC782F">
            <w:pPr>
              <w:ind w:right="-110"/>
              <w:rPr>
                <w:rFonts w:eastAsia="Calibri"/>
                <w:sz w:val="18"/>
                <w:szCs w:val="18"/>
              </w:rPr>
            </w:pPr>
            <w:proofErr w:type="spellStart"/>
            <w:r w:rsidRPr="000F064F">
              <w:rPr>
                <w:rFonts w:eastAsia="Calibri"/>
                <w:sz w:val="18"/>
                <w:szCs w:val="18"/>
              </w:rPr>
              <w:t>Формулируютсобственноемнение</w:t>
            </w:r>
            <w:proofErr w:type="spellEnd"/>
            <w:r w:rsidRPr="000F064F">
              <w:rPr>
                <w:rFonts w:eastAsia="Calibri"/>
                <w:sz w:val="18"/>
                <w:szCs w:val="18"/>
              </w:rPr>
              <w:t xml:space="preserve">. </w:t>
            </w:r>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06.11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530"/>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50</w:t>
            </w:r>
          </w:p>
        </w:tc>
        <w:tc>
          <w:tcPr>
            <w:tcW w:w="787"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Значениеприставки</w:t>
            </w:r>
            <w:proofErr w:type="spellEnd"/>
            <w:r w:rsidRPr="00E643E5">
              <w:rPr>
                <w:rFonts w:eastAsia="Calibri"/>
              </w:rPr>
              <w:t xml:space="preserve"> ПРИ-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Основные значения приставок пре- и пр</w:t>
            </w:r>
            <w:proofErr w:type="gramStart"/>
            <w:r w:rsidRPr="00EC782F">
              <w:rPr>
                <w:rFonts w:eastAsia="Calibri"/>
                <w:lang w:val="ru-RU"/>
              </w:rPr>
              <w:t>и-</w:t>
            </w:r>
            <w:proofErr w:type="gramEnd"/>
            <w:r w:rsidRPr="00EC782F">
              <w:rPr>
                <w:rFonts w:eastAsia="Calibri"/>
                <w:lang w:val="ru-RU"/>
              </w:rPr>
              <w:t xml:space="preserve">. Умение выбирать приставку в </w:t>
            </w:r>
            <w:proofErr w:type="spellStart"/>
            <w:r w:rsidRPr="00EC782F">
              <w:rPr>
                <w:rFonts w:eastAsia="Calibri"/>
                <w:lang w:val="ru-RU"/>
              </w:rPr>
              <w:t>соответ-ствии</w:t>
            </w:r>
            <w:proofErr w:type="spellEnd"/>
            <w:r w:rsidRPr="00EC782F">
              <w:rPr>
                <w:rFonts w:eastAsia="Calibri"/>
                <w:lang w:val="ru-RU"/>
              </w:rPr>
              <w:t xml:space="preserve"> с лексическим значением слова</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Объяснительныйдиктант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Знают значение приставки, умеют составлять тексты на заданную тему по опорным словам, рисункам.</w:t>
            </w:r>
          </w:p>
          <w:p w:rsidR="00EC782F" w:rsidRPr="00EC782F" w:rsidRDefault="00EC782F" w:rsidP="00EC782F">
            <w:pPr>
              <w:rPr>
                <w:rFonts w:eastAsia="Calibri"/>
                <w:sz w:val="18"/>
                <w:szCs w:val="18"/>
                <w:lang w:val="ru-RU"/>
              </w:rPr>
            </w:pPr>
            <w:r w:rsidRPr="00EC782F">
              <w:rPr>
                <w:rFonts w:eastAsia="Calibri"/>
                <w:sz w:val="18"/>
                <w:szCs w:val="18"/>
                <w:lang w:val="ru-RU"/>
              </w:rPr>
              <w:t>Выделяют и осознают, что уже усвоено и что подлежит усвоению</w:t>
            </w:r>
          </w:p>
          <w:p w:rsidR="00EC782F" w:rsidRPr="00EC782F" w:rsidRDefault="00EC782F" w:rsidP="00EC782F">
            <w:pPr>
              <w:rPr>
                <w:rFonts w:eastAsia="Calibri"/>
                <w:sz w:val="18"/>
                <w:szCs w:val="18"/>
                <w:lang w:val="ru-RU"/>
              </w:rPr>
            </w:pPr>
            <w:r w:rsidRPr="00EC782F">
              <w:rPr>
                <w:rFonts w:eastAsia="Calibri"/>
                <w:sz w:val="18"/>
                <w:szCs w:val="18"/>
                <w:lang w:val="ru-RU"/>
              </w:rPr>
              <w:t>Учатся идентифицировать проблемы и их решать</w:t>
            </w:r>
          </w:p>
          <w:p w:rsidR="00EC782F" w:rsidRPr="00EC782F" w:rsidRDefault="00EC782F" w:rsidP="00EC782F">
            <w:pPr>
              <w:rPr>
                <w:rFonts w:eastAsia="Calibri"/>
                <w:sz w:val="18"/>
                <w:szCs w:val="18"/>
                <w:lang w:val="ru-RU"/>
              </w:rPr>
            </w:pPr>
            <w:r w:rsidRPr="00EC782F">
              <w:rPr>
                <w:rFonts w:eastAsia="Calibri"/>
                <w:sz w:val="18"/>
                <w:szCs w:val="18"/>
                <w:lang w:val="ru-RU"/>
              </w:rPr>
              <w:t>Умение строить планы с учетом конкретной ситуации</w:t>
            </w:r>
          </w:p>
          <w:p w:rsidR="00EC782F" w:rsidRPr="00EC782F" w:rsidRDefault="00EC782F" w:rsidP="00EC782F">
            <w:pPr>
              <w:ind w:right="-110"/>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09.11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272"/>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51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Значениеприставки</w:t>
            </w:r>
            <w:proofErr w:type="spellEnd"/>
            <w:r w:rsidRPr="00E643E5">
              <w:rPr>
                <w:rFonts w:eastAsia="Calibri"/>
              </w:rPr>
              <w:t xml:space="preserve"> ПРЕ-</w:t>
            </w:r>
          </w:p>
          <w:p w:rsidR="00EC782F" w:rsidRPr="00E643E5" w:rsidRDefault="00EC782F" w:rsidP="00EC782F">
            <w:pPr>
              <w:rPr>
                <w:rFonts w:eastAsia="Calibri"/>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Умение выбирать приставку в соответствии с лексическим значением слова</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Выборочныйдиктант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Знают значения приставки, умеют применять его на практике, графически обозначать приставки</w:t>
            </w:r>
            <w:proofErr w:type="gramStart"/>
            <w:r w:rsidRPr="00EC782F">
              <w:rPr>
                <w:rFonts w:eastAsia="Calibri"/>
                <w:sz w:val="18"/>
                <w:szCs w:val="18"/>
                <w:lang w:val="ru-RU"/>
              </w:rPr>
              <w:t xml:space="preserve"> .</w:t>
            </w:r>
            <w:proofErr w:type="gramEnd"/>
          </w:p>
          <w:p w:rsidR="00EC782F" w:rsidRPr="00EC782F" w:rsidRDefault="00EC782F" w:rsidP="00EC782F">
            <w:pPr>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Умение строить планы с учетом конкретной ситуации</w:t>
            </w:r>
          </w:p>
          <w:p w:rsidR="00EC782F" w:rsidRPr="00EC782F" w:rsidRDefault="00EC782F" w:rsidP="00EC782F">
            <w:pPr>
              <w:ind w:right="-110"/>
              <w:rPr>
                <w:rFonts w:eastAsia="Calibri"/>
                <w:sz w:val="18"/>
                <w:szCs w:val="18"/>
                <w:lang w:val="ru-RU"/>
              </w:rPr>
            </w:pPr>
            <w:r w:rsidRPr="00EC782F">
              <w:rPr>
                <w:rFonts w:eastAsia="Calibri"/>
                <w:sz w:val="18"/>
                <w:szCs w:val="18"/>
                <w:lang w:val="ru-RU"/>
              </w:rPr>
              <w:t>Осознают возникающие трудности и стараются искать способы их преодоления</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10.11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75"/>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52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Выборочноеизложение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p w:rsidR="00EC782F" w:rsidRPr="00E643E5" w:rsidRDefault="00EC782F" w:rsidP="00EC782F">
            <w:pPr>
              <w:rPr>
                <w:rFonts w:eastAsia="Calibri"/>
                <w:b/>
                <w:color w:val="0080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Pr>
                <w:rFonts w:eastAsia="Calibri"/>
                <w:b/>
                <w:color w:val="008000"/>
              </w:rPr>
              <w:t>Анализтекста</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69"/>
              <w:rPr>
                <w:rFonts w:eastAsia="Calibri"/>
                <w:b/>
                <w:color w:val="008000"/>
                <w:sz w:val="18"/>
                <w:szCs w:val="18"/>
                <w:lang w:val="ru-RU"/>
              </w:rPr>
            </w:pPr>
            <w:r w:rsidRPr="00EC782F">
              <w:rPr>
                <w:rFonts w:eastAsia="Calibri"/>
                <w:b/>
                <w:color w:val="008000"/>
                <w:sz w:val="18"/>
                <w:szCs w:val="18"/>
                <w:lang w:val="ru-RU"/>
              </w:rPr>
              <w:t xml:space="preserve">Знают приемы сжатия, умеют определять тему, основную мысль текста и </w:t>
            </w:r>
            <w:proofErr w:type="spellStart"/>
            <w:r w:rsidRPr="00EC782F">
              <w:rPr>
                <w:rFonts w:eastAsia="Calibri"/>
                <w:b/>
                <w:color w:val="008000"/>
                <w:sz w:val="18"/>
                <w:szCs w:val="18"/>
                <w:lang w:val="ru-RU"/>
              </w:rPr>
              <w:t>микротем</w:t>
            </w:r>
            <w:proofErr w:type="spellEnd"/>
            <w:r w:rsidRPr="00EC782F">
              <w:rPr>
                <w:rFonts w:eastAsia="Calibri"/>
                <w:b/>
                <w:color w:val="008000"/>
                <w:sz w:val="18"/>
                <w:szCs w:val="18"/>
                <w:lang w:val="ru-RU"/>
              </w:rPr>
              <w:t>,  составляют план, пишут выборочное изложение.</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Вносят коррективы и дополнения в составленные планы и рабочие материалы.</w:t>
            </w:r>
          </w:p>
          <w:p w:rsidR="00EC782F" w:rsidRPr="00EC782F" w:rsidRDefault="00EC782F" w:rsidP="00EC782F">
            <w:pPr>
              <w:ind w:right="-115"/>
              <w:rPr>
                <w:rFonts w:eastAsia="Calibri"/>
                <w:b/>
                <w:color w:val="008000"/>
                <w:sz w:val="18"/>
                <w:szCs w:val="18"/>
                <w:lang w:val="ru-RU"/>
              </w:rPr>
            </w:pP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адекватные языковые средства для отображения своих чувств и мыслей.</w:t>
            </w:r>
          </w:p>
          <w:p w:rsidR="00EC782F" w:rsidRPr="00EC782F" w:rsidRDefault="00EC782F" w:rsidP="00EC782F">
            <w:pPr>
              <w:ind w:right="-110"/>
              <w:rPr>
                <w:rFonts w:eastAsia="Calibri"/>
                <w:b/>
                <w:color w:val="008000"/>
                <w:sz w:val="18"/>
                <w:szCs w:val="18"/>
                <w:lang w:val="ru-RU"/>
              </w:rPr>
            </w:pPr>
            <w:r w:rsidRPr="00EC782F">
              <w:rPr>
                <w:rFonts w:eastAsia="Calibri"/>
                <w:b/>
                <w:color w:val="008000"/>
                <w:sz w:val="18"/>
                <w:szCs w:val="18"/>
                <w:lang w:val="ru-RU"/>
              </w:rPr>
              <w:t>Высказывают свое мнение, свою позицию.</w:t>
            </w:r>
          </w:p>
          <w:p w:rsidR="00EC782F" w:rsidRPr="00EC782F" w:rsidRDefault="00EC782F" w:rsidP="00EC782F">
            <w:pPr>
              <w:rPr>
                <w:rFonts w:eastAsia="Calibri"/>
                <w:b/>
                <w:color w:val="008000"/>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10.11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53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800000"/>
              </w:rPr>
            </w:pPr>
            <w:proofErr w:type="spellStart"/>
            <w:r w:rsidRPr="00E643E5">
              <w:rPr>
                <w:rFonts w:eastAsia="Calibri"/>
                <w:b/>
                <w:color w:val="800000"/>
              </w:rPr>
              <w:t>Контрольныйдиктант</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800000"/>
                <w:lang w:val="ru-RU"/>
              </w:rPr>
            </w:pPr>
            <w:r w:rsidRPr="00EC782F">
              <w:rPr>
                <w:rFonts w:eastAsia="Calibri"/>
                <w:b/>
                <w:color w:val="800000"/>
                <w:lang w:val="ru-RU"/>
              </w:rPr>
              <w:t>Проверка знаний, умений и навыков по теме  « «Словообразование»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800000"/>
              </w:rPr>
            </w:pPr>
            <w:proofErr w:type="spellStart"/>
            <w:r>
              <w:rPr>
                <w:rFonts w:eastAsia="Calibri"/>
                <w:b/>
                <w:color w:val="80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800000"/>
                <w:sz w:val="18"/>
                <w:szCs w:val="18"/>
                <w:lang w:val="ru-RU"/>
              </w:rPr>
            </w:pPr>
            <w:r w:rsidRPr="00EC782F">
              <w:rPr>
                <w:rFonts w:eastAsia="Calibri"/>
                <w:b/>
                <w:color w:val="800000"/>
                <w:sz w:val="18"/>
                <w:szCs w:val="18"/>
                <w:lang w:val="ru-RU"/>
              </w:rPr>
              <w:t xml:space="preserve">Контроль полученных знаний </w:t>
            </w:r>
          </w:p>
          <w:p w:rsidR="00EC782F" w:rsidRPr="00EC782F" w:rsidRDefault="00EC782F" w:rsidP="00EC782F">
            <w:pPr>
              <w:ind w:right="-115"/>
              <w:rPr>
                <w:rFonts w:eastAsia="Calibri"/>
                <w:b/>
                <w:color w:val="800000"/>
                <w:sz w:val="18"/>
                <w:szCs w:val="18"/>
                <w:lang w:val="ru-RU"/>
              </w:rPr>
            </w:pPr>
            <w:r w:rsidRPr="00EC782F">
              <w:rPr>
                <w:rFonts w:eastAsia="Calibri"/>
                <w:b/>
                <w:color w:val="800000"/>
                <w:sz w:val="18"/>
                <w:szCs w:val="18"/>
                <w:lang w:val="ru-RU"/>
              </w:rPr>
              <w:t xml:space="preserve">Оценка своего знания </w:t>
            </w:r>
          </w:p>
          <w:p w:rsidR="00EC782F" w:rsidRPr="00EC782F" w:rsidRDefault="00EC782F" w:rsidP="00EC782F">
            <w:pPr>
              <w:ind w:right="-160"/>
              <w:rPr>
                <w:rFonts w:eastAsia="Calibri"/>
                <w:b/>
                <w:color w:val="800000"/>
                <w:sz w:val="18"/>
                <w:szCs w:val="18"/>
                <w:lang w:val="ru-RU"/>
              </w:rPr>
            </w:pPr>
            <w:r w:rsidRPr="00EC782F">
              <w:rPr>
                <w:rFonts w:eastAsia="Calibri"/>
                <w:b/>
                <w:color w:val="800000"/>
                <w:sz w:val="18"/>
                <w:szCs w:val="18"/>
                <w:lang w:val="ru-RU"/>
              </w:rPr>
              <w:t>Критично относиться к своему мнению</w:t>
            </w:r>
          </w:p>
          <w:p w:rsidR="00EC782F" w:rsidRPr="00EC782F" w:rsidRDefault="00EC782F" w:rsidP="00EC782F">
            <w:pPr>
              <w:ind w:right="-166"/>
              <w:rPr>
                <w:rFonts w:eastAsia="Calibri"/>
                <w:b/>
                <w:color w:val="800000"/>
                <w:sz w:val="18"/>
                <w:szCs w:val="18"/>
                <w:lang w:val="ru-RU"/>
              </w:rPr>
            </w:pPr>
            <w:r w:rsidRPr="00EC782F">
              <w:rPr>
                <w:rFonts w:eastAsia="Calibri"/>
                <w:b/>
                <w:color w:val="800000"/>
                <w:sz w:val="18"/>
                <w:szCs w:val="18"/>
                <w:lang w:val="ru-RU"/>
              </w:rPr>
              <w:t xml:space="preserve">Освоение </w:t>
            </w:r>
            <w:proofErr w:type="spellStart"/>
            <w:proofErr w:type="gramStart"/>
            <w:r w:rsidRPr="00EC782F">
              <w:rPr>
                <w:rFonts w:eastAsia="Calibri"/>
                <w:b/>
                <w:color w:val="800000"/>
                <w:sz w:val="18"/>
                <w:szCs w:val="18"/>
                <w:lang w:val="ru-RU"/>
              </w:rPr>
              <w:t>результатив-ности</w:t>
            </w:r>
            <w:proofErr w:type="spellEnd"/>
            <w:proofErr w:type="gramEnd"/>
            <w:r w:rsidRPr="00EC782F">
              <w:rPr>
                <w:rFonts w:eastAsia="Calibri"/>
                <w:b/>
                <w:color w:val="800000"/>
                <w:sz w:val="18"/>
                <w:szCs w:val="18"/>
                <w:lang w:val="ru-RU"/>
              </w:rPr>
              <w:t xml:space="preserve"> обучения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11.11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54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объяснять тип ошибки </w:t>
            </w:r>
          </w:p>
          <w:p w:rsidR="00EC782F" w:rsidRPr="00EC782F" w:rsidRDefault="00EC782F" w:rsidP="00EC782F">
            <w:pPr>
              <w:ind w:right="-115"/>
              <w:rPr>
                <w:rFonts w:eastAsia="Calibri"/>
                <w:sz w:val="18"/>
                <w:szCs w:val="18"/>
                <w:lang w:val="ru-RU"/>
              </w:rPr>
            </w:pPr>
            <w:r w:rsidRPr="00EC782F">
              <w:rPr>
                <w:rFonts w:eastAsia="Calibri"/>
                <w:sz w:val="18"/>
                <w:szCs w:val="18"/>
                <w:lang w:val="ru-RU"/>
              </w:rPr>
              <w:t>Осознают качество и уровень знаний,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Участвовать в диалоге на уроке</w:t>
            </w: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r w:rsidRPr="00EC782F">
              <w:rPr>
                <w:rFonts w:eastAsia="Calibri"/>
                <w:sz w:val="18"/>
                <w:szCs w:val="18"/>
                <w:lang w:val="ru-RU"/>
              </w:rPr>
              <w:t>Выбор дальнейшего образовательного маршрута.</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EC782F" w:rsidP="00EC782F">
            <w:pPr>
              <w:rPr>
                <w:rFonts w:eastAsia="Calibri"/>
                <w:sz w:val="18"/>
                <w:szCs w:val="18"/>
                <w:lang w:val="ru-RU"/>
              </w:rPr>
            </w:pPr>
            <w:r>
              <w:rPr>
                <w:rFonts w:eastAsia="Calibri"/>
                <w:sz w:val="18"/>
                <w:szCs w:val="18"/>
              </w:rPr>
              <w:t>1</w:t>
            </w:r>
            <w:r w:rsidR="00704CD3">
              <w:rPr>
                <w:rFonts w:eastAsia="Calibri"/>
                <w:sz w:val="18"/>
                <w:szCs w:val="18"/>
                <w:lang w:val="ru-RU"/>
              </w:rPr>
              <w:t>2.11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55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8"/>
              <w:rPr>
                <w:rFonts w:eastAsia="Calibri"/>
                <w:lang w:val="ru-RU"/>
              </w:rPr>
            </w:pPr>
            <w:r w:rsidRPr="00EC782F">
              <w:rPr>
                <w:rFonts w:eastAsia="Calibri"/>
                <w:lang w:val="ru-RU"/>
              </w:rPr>
              <w:t>Соединительные О-Е в сложных словах</w:t>
            </w:r>
          </w:p>
          <w:p w:rsidR="00EC782F" w:rsidRPr="00EC782F" w:rsidRDefault="00EC782F" w:rsidP="00EC782F">
            <w:pPr>
              <w:rPr>
                <w:rFonts w:eastAsia="Calibri"/>
                <w:b/>
                <w:color w:val="17365D"/>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Сложные слова. Образование и состав сложных </w:t>
            </w:r>
            <w:r w:rsidRPr="00EC782F">
              <w:rPr>
                <w:rFonts w:eastAsia="Calibri"/>
                <w:lang w:val="ru-RU"/>
              </w:rPr>
              <w:lastRenderedPageBreak/>
              <w:t xml:space="preserve">слов. </w:t>
            </w:r>
            <w:proofErr w:type="spellStart"/>
            <w:r w:rsidRPr="00E643E5">
              <w:rPr>
                <w:rFonts w:eastAsia="Calibri"/>
              </w:rPr>
              <w:t>Соединительныесуффиксы</w:t>
            </w:r>
            <w:proofErr w:type="spellEnd"/>
            <w:r w:rsidRPr="00E643E5">
              <w:rPr>
                <w:rFonts w:eastAsia="Calibri"/>
              </w:rPr>
              <w:t xml:space="preserve"> в </w:t>
            </w:r>
            <w:proofErr w:type="spellStart"/>
            <w:r w:rsidRPr="00E643E5">
              <w:rPr>
                <w:rFonts w:eastAsia="Calibri"/>
              </w:rPr>
              <w:t>сложныхсловах</w:t>
            </w:r>
            <w:proofErr w:type="spellEnd"/>
          </w:p>
          <w:p w:rsidR="00EC782F" w:rsidRPr="00E643E5" w:rsidRDefault="00EC782F" w:rsidP="00EC782F">
            <w:pPr>
              <w:rPr>
                <w:rFonts w:eastAsia="Calibri"/>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lastRenderedPageBreak/>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Знают правило выбора соединительных гласных,  уметь применять его при выполнении заданий.</w:t>
            </w:r>
          </w:p>
          <w:p w:rsidR="00EC782F" w:rsidRPr="00EC782F" w:rsidRDefault="00EC782F" w:rsidP="00EC782F">
            <w:pPr>
              <w:rPr>
                <w:rFonts w:eastAsia="Calibri"/>
                <w:sz w:val="18"/>
                <w:szCs w:val="18"/>
                <w:lang w:val="ru-RU"/>
              </w:rPr>
            </w:pPr>
            <w:r w:rsidRPr="00EC782F">
              <w:rPr>
                <w:rFonts w:eastAsia="Calibri"/>
                <w:sz w:val="18"/>
                <w:szCs w:val="18"/>
                <w:lang w:val="ru-RU"/>
              </w:rPr>
              <w:t xml:space="preserve">Определяют последовательность промежуточных целей с учетом </w:t>
            </w:r>
            <w:r w:rsidRPr="00EC782F">
              <w:rPr>
                <w:rFonts w:eastAsia="Calibri"/>
                <w:sz w:val="18"/>
                <w:szCs w:val="18"/>
                <w:lang w:val="ru-RU"/>
              </w:rPr>
              <w:lastRenderedPageBreak/>
              <w:t>конечного результата</w:t>
            </w:r>
          </w:p>
          <w:p w:rsidR="00EC782F" w:rsidRPr="00EC782F" w:rsidRDefault="00EC782F" w:rsidP="00EC782F">
            <w:pPr>
              <w:rPr>
                <w:rFonts w:eastAsia="Calibri"/>
                <w:sz w:val="18"/>
                <w:szCs w:val="18"/>
                <w:lang w:val="ru-RU"/>
              </w:rPr>
            </w:pPr>
            <w:r w:rsidRPr="00EC782F">
              <w:rPr>
                <w:rFonts w:eastAsia="Calibri"/>
                <w:sz w:val="18"/>
                <w:szCs w:val="18"/>
                <w:lang w:val="ru-RU"/>
              </w:rPr>
              <w:t>Учатся переводить конфликтную ситуацию в логический план разрешения конфликта</w:t>
            </w:r>
          </w:p>
          <w:p w:rsidR="00EC782F" w:rsidRPr="00EC782F" w:rsidRDefault="00EC782F" w:rsidP="00EC782F">
            <w:pPr>
              <w:rPr>
                <w:rFonts w:eastAsia="Calibri"/>
                <w:sz w:val="18"/>
                <w:szCs w:val="18"/>
                <w:lang w:val="ru-RU"/>
              </w:rPr>
            </w:pPr>
            <w:r w:rsidRPr="00EC782F">
              <w:rPr>
                <w:rFonts w:eastAsia="Calibri"/>
                <w:sz w:val="18"/>
                <w:szCs w:val="18"/>
                <w:lang w:val="ru-RU"/>
              </w:rPr>
              <w:t>Потребность в участии в общественной деятельности</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lastRenderedPageBreak/>
              <w:t>1</w:t>
            </w:r>
            <w:r w:rsidR="00704CD3">
              <w:rPr>
                <w:rFonts w:eastAsia="Calibri"/>
                <w:sz w:val="18"/>
                <w:szCs w:val="18"/>
                <w:lang w:val="ru-RU"/>
              </w:rPr>
              <w:t>3</w:t>
            </w:r>
            <w:r>
              <w:rPr>
                <w:rFonts w:eastAsia="Calibri"/>
                <w:sz w:val="18"/>
                <w:szCs w:val="18"/>
              </w:rPr>
              <w:t>.11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332"/>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56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Сложносокра-щенныеслова</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Сложносокращенные слова. Виды сложносокращенных слов по способу их образования.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Анализируют условия и требования учебной задачи </w:t>
            </w:r>
          </w:p>
          <w:p w:rsidR="00EC782F" w:rsidRPr="00EC782F" w:rsidRDefault="00EC782F" w:rsidP="00EC782F">
            <w:pPr>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и строят действия </w:t>
            </w:r>
          </w:p>
          <w:p w:rsidR="00EC782F" w:rsidRPr="00EC782F" w:rsidRDefault="00EC782F" w:rsidP="00EC782F">
            <w:pPr>
              <w:rPr>
                <w:rFonts w:eastAsia="Calibri"/>
                <w:sz w:val="18"/>
                <w:szCs w:val="18"/>
                <w:lang w:val="ru-RU"/>
              </w:rPr>
            </w:pPr>
            <w:r w:rsidRPr="00EC782F">
              <w:rPr>
                <w:rFonts w:eastAsia="Calibri"/>
                <w:sz w:val="18"/>
                <w:szCs w:val="18"/>
                <w:lang w:val="ru-RU"/>
              </w:rPr>
              <w:t>Умение строить планы с учетом конкретной ситуации</w:t>
            </w:r>
          </w:p>
          <w:p w:rsidR="00EC782F" w:rsidRPr="00EC782F" w:rsidRDefault="00EC782F" w:rsidP="00EC782F">
            <w:pPr>
              <w:rPr>
                <w:rFonts w:eastAsia="Calibri"/>
                <w:sz w:val="18"/>
                <w:szCs w:val="18"/>
                <w:lang w:val="ru-RU"/>
              </w:rPr>
            </w:pPr>
            <w:r w:rsidRPr="00EC782F">
              <w:rPr>
                <w:rFonts w:eastAsia="Calibri"/>
                <w:sz w:val="18"/>
                <w:szCs w:val="18"/>
                <w:lang w:val="ru-RU"/>
              </w:rPr>
              <w:t>Освоить  роли  ученика; формирование интереса (мотивации) к учению.</w:t>
            </w:r>
          </w:p>
        </w:tc>
        <w:tc>
          <w:tcPr>
            <w:tcW w:w="348" w:type="pct"/>
            <w:gridSpan w:val="3"/>
            <w:tcBorders>
              <w:top w:val="single" w:sz="4" w:space="0" w:color="auto"/>
              <w:left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704CD3">
              <w:rPr>
                <w:rFonts w:eastAsia="Calibri"/>
                <w:sz w:val="18"/>
                <w:szCs w:val="18"/>
                <w:lang w:val="ru-RU"/>
              </w:rPr>
              <w:t>6</w:t>
            </w:r>
            <w:r>
              <w:rPr>
                <w:rFonts w:eastAsia="Calibri"/>
                <w:sz w:val="18"/>
                <w:szCs w:val="18"/>
              </w:rPr>
              <w:t>.11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875"/>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57</w:t>
            </w:r>
          </w:p>
        </w:tc>
        <w:tc>
          <w:tcPr>
            <w:tcW w:w="787" w:type="pct"/>
            <w:gridSpan w:val="2"/>
            <w:tcBorders>
              <w:top w:val="single" w:sz="4" w:space="0" w:color="auto"/>
              <w:left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Грамматическиекатегорииаббревиатур</w:t>
            </w:r>
            <w:proofErr w:type="spellEnd"/>
          </w:p>
        </w:tc>
        <w:tc>
          <w:tcPr>
            <w:tcW w:w="694" w:type="pct"/>
            <w:gridSpan w:val="2"/>
            <w:tcBorders>
              <w:top w:val="single" w:sz="4" w:space="0" w:color="auto"/>
              <w:left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Род, число сложносокращенных слов. Согласование аббревиатур с другими словами. </w:t>
            </w:r>
          </w:p>
        </w:tc>
        <w:tc>
          <w:tcPr>
            <w:tcW w:w="648" w:type="pct"/>
            <w:gridSpan w:val="2"/>
            <w:tcBorders>
              <w:top w:val="single" w:sz="4" w:space="0" w:color="auto"/>
              <w:left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Объяснительныйдиктант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 xml:space="preserve">Знают виды </w:t>
            </w:r>
            <w:proofErr w:type="gramStart"/>
            <w:r w:rsidRPr="00EC782F">
              <w:rPr>
                <w:rFonts w:eastAsia="Calibri"/>
                <w:sz w:val="18"/>
                <w:szCs w:val="18"/>
                <w:lang w:val="ru-RU"/>
              </w:rPr>
              <w:t>сложно-сокращенных</w:t>
            </w:r>
            <w:proofErr w:type="gramEnd"/>
            <w:r w:rsidRPr="00EC782F">
              <w:rPr>
                <w:rFonts w:eastAsia="Calibri"/>
                <w:sz w:val="18"/>
                <w:szCs w:val="18"/>
                <w:lang w:val="ru-RU"/>
              </w:rPr>
              <w:t xml:space="preserve"> слов по способу их образования, умеют согласовывать их с прилагательными и глаголами в прошедшем времени</w:t>
            </w:r>
          </w:p>
          <w:p w:rsidR="00EC782F" w:rsidRPr="00EC782F" w:rsidRDefault="00EC782F" w:rsidP="00EC782F">
            <w:pPr>
              <w:rPr>
                <w:rFonts w:eastAsia="Calibri"/>
                <w:sz w:val="18"/>
                <w:szCs w:val="18"/>
                <w:lang w:val="ru-RU"/>
              </w:rPr>
            </w:pPr>
            <w:r w:rsidRPr="00EC782F">
              <w:rPr>
                <w:rFonts w:eastAsia="Calibri"/>
                <w:sz w:val="18"/>
                <w:szCs w:val="18"/>
                <w:lang w:val="ru-RU"/>
              </w:rPr>
              <w:t>Вносят коррективы и дополнения в способ действий в случае расхождения эталона</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готовность к адекватному реагированию</w:t>
            </w:r>
          </w:p>
          <w:p w:rsidR="00EC782F" w:rsidRPr="00EC782F" w:rsidRDefault="00EC782F" w:rsidP="00EC782F">
            <w:pPr>
              <w:rPr>
                <w:rFonts w:eastAsia="Calibri"/>
                <w:sz w:val="18"/>
                <w:szCs w:val="18"/>
                <w:lang w:val="ru-RU"/>
              </w:rPr>
            </w:pPr>
            <w:r w:rsidRPr="00EC782F">
              <w:rPr>
                <w:rFonts w:eastAsia="Calibri"/>
                <w:sz w:val="18"/>
                <w:szCs w:val="18"/>
                <w:lang w:val="ru-RU"/>
              </w:rPr>
              <w:t xml:space="preserve">Освоение личностного смысла учения, желания учиться. </w:t>
            </w: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704CD3">
              <w:rPr>
                <w:rFonts w:eastAsia="Calibri"/>
                <w:sz w:val="18"/>
                <w:szCs w:val="18"/>
                <w:lang w:val="ru-RU"/>
              </w:rPr>
              <w:t>7</w:t>
            </w:r>
            <w:r>
              <w:rPr>
                <w:rFonts w:eastAsia="Calibri"/>
                <w:sz w:val="18"/>
                <w:szCs w:val="18"/>
              </w:rPr>
              <w:t>.11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729"/>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 xml:space="preserve">58 </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Сочинение по картине Т.Н. Яблонской «Утро».</w:t>
            </w:r>
          </w:p>
          <w:p w:rsidR="00EC782F" w:rsidRPr="00EC782F" w:rsidRDefault="00EC782F" w:rsidP="00EC782F">
            <w:pPr>
              <w:rPr>
                <w:rFonts w:eastAsia="Calibri"/>
                <w:b/>
                <w:color w:val="008000"/>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p w:rsidR="00EC782F" w:rsidRPr="00E643E5" w:rsidRDefault="00EC782F" w:rsidP="00EC782F">
            <w:pPr>
              <w:rPr>
                <w:rFonts w:eastAsia="Calibri"/>
                <w:b/>
                <w:color w:val="0080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Сочинение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tabs>
                <w:tab w:val="left" w:pos="1849"/>
              </w:tabs>
              <w:rPr>
                <w:rFonts w:eastAsia="Calibri"/>
                <w:b/>
                <w:color w:val="008000"/>
                <w:sz w:val="18"/>
                <w:szCs w:val="18"/>
                <w:lang w:val="ru-RU"/>
              </w:rPr>
            </w:pPr>
            <w:r w:rsidRPr="00EC782F">
              <w:rPr>
                <w:rFonts w:eastAsia="Calibri"/>
                <w:b/>
                <w:color w:val="008000"/>
                <w:sz w:val="18"/>
                <w:szCs w:val="18"/>
                <w:lang w:val="ru-RU"/>
              </w:rPr>
              <w:t>Знают краткие сведения о жизни и творчестве художницы,</w:t>
            </w:r>
          </w:p>
          <w:p w:rsidR="00EC782F" w:rsidRPr="00EC782F" w:rsidRDefault="00EC782F" w:rsidP="00EC782F">
            <w:pPr>
              <w:tabs>
                <w:tab w:val="left" w:pos="1792"/>
              </w:tabs>
              <w:ind w:right="-126"/>
              <w:rPr>
                <w:rFonts w:eastAsia="Calibri"/>
                <w:b/>
                <w:color w:val="008000"/>
                <w:sz w:val="18"/>
                <w:szCs w:val="18"/>
                <w:lang w:val="ru-RU"/>
              </w:rPr>
            </w:pPr>
            <w:r w:rsidRPr="00EC782F">
              <w:rPr>
                <w:rFonts w:eastAsia="Calibri"/>
                <w:b/>
                <w:color w:val="008000"/>
                <w:sz w:val="18"/>
                <w:szCs w:val="18"/>
                <w:lang w:val="ru-RU"/>
              </w:rPr>
              <w:t xml:space="preserve">творческую историю картины, умеют писать сочинение </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Вносят коррективы и дополнения в составленные планы и рабочие материалы.</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адекватные языковые средства для отображения своих чувств и мыслей.</w:t>
            </w:r>
          </w:p>
          <w:p w:rsidR="00EC782F" w:rsidRPr="00EC782F" w:rsidRDefault="00EC782F" w:rsidP="00EC782F">
            <w:pPr>
              <w:ind w:right="-110"/>
              <w:rPr>
                <w:rFonts w:eastAsia="Calibri"/>
                <w:b/>
                <w:color w:val="008000"/>
                <w:sz w:val="18"/>
                <w:szCs w:val="18"/>
                <w:lang w:val="ru-RU"/>
              </w:rPr>
            </w:pPr>
            <w:r w:rsidRPr="00EC782F">
              <w:rPr>
                <w:rFonts w:eastAsia="Calibri"/>
                <w:b/>
                <w:color w:val="008000"/>
                <w:sz w:val="18"/>
                <w:szCs w:val="18"/>
                <w:lang w:val="ru-RU"/>
              </w:rPr>
              <w:t>Высказывают свое мнение, свою позицию.</w:t>
            </w:r>
          </w:p>
          <w:p w:rsidR="00EC782F" w:rsidRPr="00EC782F" w:rsidRDefault="00EC782F" w:rsidP="00EC782F">
            <w:pPr>
              <w:ind w:right="-110"/>
              <w:rPr>
                <w:rFonts w:eastAsia="Calibri"/>
                <w:b/>
                <w:color w:val="008000"/>
                <w:sz w:val="18"/>
                <w:szCs w:val="18"/>
                <w:lang w:val="ru-RU"/>
              </w:rPr>
            </w:pPr>
          </w:p>
          <w:p w:rsidR="00EC782F" w:rsidRPr="00EC782F" w:rsidRDefault="00EC782F" w:rsidP="00EC782F">
            <w:pPr>
              <w:ind w:right="-52"/>
              <w:rPr>
                <w:rFonts w:eastAsia="Calibri"/>
                <w:b/>
                <w:color w:val="008000"/>
                <w:sz w:val="18"/>
                <w:szCs w:val="18"/>
                <w:lang w:val="ru-RU"/>
              </w:rPr>
            </w:pPr>
          </w:p>
          <w:p w:rsidR="00EC782F" w:rsidRPr="00EC782F" w:rsidRDefault="00EC782F" w:rsidP="00EC782F">
            <w:pPr>
              <w:ind w:right="-52"/>
              <w:rPr>
                <w:rFonts w:eastAsia="Calibri"/>
                <w:b/>
                <w:color w:val="008000"/>
                <w:sz w:val="18"/>
                <w:szCs w:val="18"/>
                <w:lang w:val="ru-RU"/>
              </w:rPr>
            </w:pPr>
          </w:p>
          <w:p w:rsidR="00EC782F" w:rsidRPr="00EC782F" w:rsidRDefault="00EC782F" w:rsidP="00EC782F">
            <w:pPr>
              <w:rPr>
                <w:rFonts w:eastAsia="Calibri"/>
                <w:b/>
                <w:color w:val="008000"/>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704CD3">
              <w:rPr>
                <w:rFonts w:eastAsia="Calibri"/>
                <w:sz w:val="18"/>
                <w:szCs w:val="18"/>
                <w:lang w:val="ru-RU"/>
              </w:rPr>
              <w:t>7</w:t>
            </w:r>
            <w:r>
              <w:rPr>
                <w:rFonts w:eastAsia="Calibri"/>
                <w:sz w:val="18"/>
                <w:szCs w:val="18"/>
              </w:rPr>
              <w:t>.11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560"/>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59-60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Морфемный</w:t>
            </w:r>
            <w:proofErr w:type="spellEnd"/>
            <w:r w:rsidRPr="00E643E5">
              <w:rPr>
                <w:rFonts w:eastAsia="Calibri"/>
              </w:rPr>
              <w:t xml:space="preserve"> и </w:t>
            </w:r>
            <w:proofErr w:type="spellStart"/>
            <w:r w:rsidRPr="00E643E5">
              <w:rPr>
                <w:rFonts w:eastAsia="Calibri"/>
              </w:rPr>
              <w:t>словообразовательныйразборслов</w:t>
            </w:r>
            <w:proofErr w:type="spellEnd"/>
          </w:p>
          <w:p w:rsidR="00EC782F" w:rsidRPr="00E643E5" w:rsidRDefault="00EC782F" w:rsidP="00EC782F">
            <w:pPr>
              <w:rPr>
                <w:rFonts w:eastAsia="Calibri"/>
                <w:color w:val="31849B"/>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Правила</w:t>
            </w:r>
            <w:proofErr w:type="spellEnd"/>
            <w:r w:rsidRPr="00E643E5">
              <w:rPr>
                <w:rFonts w:eastAsia="Calibri"/>
              </w:rPr>
              <w:t xml:space="preserve"> и </w:t>
            </w:r>
            <w:proofErr w:type="spellStart"/>
            <w:r w:rsidRPr="00E643E5">
              <w:rPr>
                <w:rFonts w:eastAsia="Calibri"/>
              </w:rPr>
              <w:t>схемыразбора</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Морфемный</w:t>
            </w:r>
            <w:proofErr w:type="spellEnd"/>
            <w:r w:rsidRPr="00E643E5">
              <w:rPr>
                <w:rFonts w:eastAsia="Calibri"/>
              </w:rPr>
              <w:t xml:space="preserve"> и </w:t>
            </w:r>
            <w:proofErr w:type="spellStart"/>
            <w:r w:rsidRPr="00E643E5">
              <w:rPr>
                <w:rFonts w:eastAsia="Calibri"/>
              </w:rPr>
              <w:t>словообразовательныйразборы</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Выделяют обобщенный смысл, знают образцы планов разбора,  умеют делать вывод о различиях разборов</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Умеют брать инициативу на себя</w:t>
            </w:r>
          </w:p>
          <w:p w:rsidR="00EC782F" w:rsidRPr="00EC782F" w:rsidRDefault="00EC782F" w:rsidP="00EC782F">
            <w:pPr>
              <w:rPr>
                <w:rFonts w:eastAsia="Calibri"/>
                <w:sz w:val="18"/>
                <w:szCs w:val="18"/>
                <w:lang w:val="ru-RU"/>
              </w:rPr>
            </w:pPr>
            <w:r w:rsidRPr="00EC782F">
              <w:rPr>
                <w:rFonts w:eastAsia="Calibri"/>
                <w:sz w:val="18"/>
                <w:szCs w:val="18"/>
                <w:lang w:val="ru-RU"/>
              </w:rPr>
              <w:t>Адекватно оценивать свои достижения</w:t>
            </w: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EC782F" w:rsidRDefault="00704CD3" w:rsidP="00EC782F">
            <w:pPr>
              <w:rPr>
                <w:rFonts w:eastAsia="Calibri"/>
                <w:sz w:val="18"/>
                <w:szCs w:val="18"/>
              </w:rPr>
            </w:pPr>
            <w:r>
              <w:rPr>
                <w:rFonts w:eastAsia="Calibri"/>
                <w:sz w:val="18"/>
                <w:szCs w:val="18"/>
                <w:lang w:val="ru-RU"/>
              </w:rPr>
              <w:t>18</w:t>
            </w:r>
            <w:r w:rsidR="00EC782F">
              <w:rPr>
                <w:rFonts w:eastAsia="Calibri"/>
                <w:sz w:val="18"/>
                <w:szCs w:val="18"/>
              </w:rPr>
              <w:t>.11</w:t>
            </w:r>
          </w:p>
          <w:p w:rsidR="00704CD3" w:rsidRPr="00704CD3" w:rsidRDefault="00704CD3" w:rsidP="00EC782F">
            <w:pPr>
              <w:rPr>
                <w:rFonts w:eastAsia="Calibri"/>
                <w:sz w:val="18"/>
                <w:szCs w:val="18"/>
                <w:lang w:val="ru-RU"/>
              </w:rPr>
            </w:pPr>
            <w:r>
              <w:rPr>
                <w:rFonts w:eastAsia="Calibri"/>
                <w:sz w:val="18"/>
                <w:szCs w:val="18"/>
                <w:lang w:val="ru-RU"/>
              </w:rPr>
              <w:t>19.11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687"/>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61-62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r w:rsidRPr="00EC782F">
              <w:rPr>
                <w:rFonts w:eastAsia="Calibri"/>
                <w:b/>
                <w:lang w:val="ru-RU"/>
              </w:rPr>
              <w:t xml:space="preserve">Повторение изученного по теме «Слово-образование». </w:t>
            </w:r>
            <w:proofErr w:type="spellStart"/>
            <w:r w:rsidRPr="00E643E5">
              <w:rPr>
                <w:rFonts w:eastAsia="Calibri"/>
                <w:b/>
              </w:rPr>
              <w:t>Подготовка</w:t>
            </w:r>
            <w:proofErr w:type="spellEnd"/>
            <w:r w:rsidRPr="00E643E5">
              <w:rPr>
                <w:rFonts w:eastAsia="Calibri"/>
                <w:b/>
              </w:rPr>
              <w:t xml:space="preserve"> к </w:t>
            </w:r>
            <w:proofErr w:type="spellStart"/>
            <w:r w:rsidRPr="00E643E5">
              <w:rPr>
                <w:rFonts w:eastAsia="Calibri"/>
                <w:b/>
              </w:rPr>
              <w:t>контрольномудиктанту</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Повторение по теме «Словообразование и орфография»</w:t>
            </w:r>
          </w:p>
          <w:p w:rsidR="00EC782F" w:rsidRPr="00EC782F" w:rsidRDefault="00EC782F" w:rsidP="00EC782F">
            <w:pPr>
              <w:rPr>
                <w:rFonts w:eastAsia="Calibri"/>
                <w:b/>
                <w:lang w:val="ru-RU"/>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proofErr w:type="spellStart"/>
            <w:r>
              <w:rPr>
                <w:rFonts w:eastAsia="Calibri"/>
                <w:b/>
              </w:rPr>
              <w:t>Сообщение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215"/>
              <w:rPr>
                <w:rFonts w:eastAsia="Calibri"/>
                <w:b/>
                <w:sz w:val="18"/>
                <w:szCs w:val="18"/>
                <w:lang w:val="ru-RU"/>
              </w:rPr>
            </w:pPr>
            <w:r w:rsidRPr="00EC782F">
              <w:rPr>
                <w:rFonts w:eastAsia="Calibri"/>
                <w:b/>
                <w:sz w:val="18"/>
                <w:szCs w:val="18"/>
                <w:lang w:val="ru-RU"/>
              </w:rPr>
              <w:t xml:space="preserve">Знают теоретический материал, умеют составлять сообщения о составе слова и назначении всех значимых  </w:t>
            </w:r>
          </w:p>
          <w:p w:rsidR="00EC782F" w:rsidRPr="00EC782F" w:rsidRDefault="00EC782F" w:rsidP="00EC782F">
            <w:pPr>
              <w:ind w:right="-215"/>
              <w:rPr>
                <w:rFonts w:eastAsia="Calibri"/>
                <w:b/>
                <w:sz w:val="18"/>
                <w:szCs w:val="18"/>
                <w:lang w:val="ru-RU"/>
              </w:rPr>
            </w:pPr>
            <w:r w:rsidRPr="00EC782F">
              <w:rPr>
                <w:rFonts w:eastAsia="Calibri"/>
                <w:b/>
                <w:sz w:val="18"/>
                <w:szCs w:val="18"/>
                <w:lang w:val="ru-RU"/>
              </w:rPr>
              <w:t>частей слова.</w:t>
            </w:r>
          </w:p>
          <w:p w:rsidR="00EC782F" w:rsidRPr="00EC782F" w:rsidRDefault="00EC782F" w:rsidP="00EC782F">
            <w:pPr>
              <w:rPr>
                <w:rFonts w:eastAsia="Calibri"/>
                <w:b/>
                <w:sz w:val="18"/>
                <w:szCs w:val="18"/>
                <w:lang w:val="ru-RU"/>
              </w:rPr>
            </w:pPr>
            <w:r w:rsidRPr="00EC782F">
              <w:rPr>
                <w:rFonts w:eastAsia="Calibri"/>
                <w:b/>
                <w:sz w:val="18"/>
                <w:szCs w:val="18"/>
                <w:lang w:val="ru-RU"/>
              </w:rPr>
              <w:t>Осознают качество и уровень усвоения, корректируют свою работу.</w:t>
            </w:r>
          </w:p>
          <w:p w:rsidR="00EC782F" w:rsidRPr="00EC782F" w:rsidRDefault="00EC782F" w:rsidP="00EC782F">
            <w:pPr>
              <w:ind w:right="-123"/>
              <w:rPr>
                <w:rFonts w:eastAsia="Calibri"/>
                <w:b/>
                <w:sz w:val="18"/>
                <w:szCs w:val="18"/>
                <w:lang w:val="ru-RU"/>
              </w:rPr>
            </w:pPr>
            <w:r w:rsidRPr="00EC782F">
              <w:rPr>
                <w:rFonts w:eastAsia="Calibri"/>
                <w:b/>
                <w:sz w:val="18"/>
                <w:szCs w:val="18"/>
                <w:lang w:val="ru-RU"/>
              </w:rPr>
              <w:t xml:space="preserve">Аргументируют свою точку зрения с помощью фактов и </w:t>
            </w:r>
            <w:proofErr w:type="spellStart"/>
            <w:r w:rsidRPr="00EC782F">
              <w:rPr>
                <w:rFonts w:eastAsia="Calibri"/>
                <w:b/>
                <w:sz w:val="18"/>
                <w:szCs w:val="18"/>
                <w:lang w:val="ru-RU"/>
              </w:rPr>
              <w:t>дополнитель</w:t>
            </w:r>
            <w:proofErr w:type="spellEnd"/>
          </w:p>
          <w:p w:rsidR="00EC782F" w:rsidRPr="00EC782F" w:rsidRDefault="00EC782F" w:rsidP="00EC782F">
            <w:pPr>
              <w:ind w:right="-123"/>
              <w:rPr>
                <w:rFonts w:eastAsia="Calibri"/>
                <w:b/>
                <w:sz w:val="18"/>
                <w:szCs w:val="18"/>
                <w:lang w:val="ru-RU"/>
              </w:rPr>
            </w:pPr>
            <w:proofErr w:type="spellStart"/>
            <w:r w:rsidRPr="00EC782F">
              <w:rPr>
                <w:rFonts w:eastAsia="Calibri"/>
                <w:b/>
                <w:sz w:val="18"/>
                <w:szCs w:val="18"/>
                <w:lang w:val="ru-RU"/>
              </w:rPr>
              <w:t>ных</w:t>
            </w:r>
            <w:proofErr w:type="spellEnd"/>
            <w:r w:rsidRPr="00EC782F">
              <w:rPr>
                <w:rFonts w:eastAsia="Calibri"/>
                <w:b/>
                <w:sz w:val="18"/>
                <w:szCs w:val="18"/>
                <w:lang w:val="ru-RU"/>
              </w:rPr>
              <w:t xml:space="preserve"> сведений</w:t>
            </w:r>
            <w:r w:rsidRPr="00EC782F">
              <w:rPr>
                <w:rFonts w:eastAsia="Calibri"/>
                <w:sz w:val="18"/>
                <w:szCs w:val="18"/>
                <w:lang w:val="ru-RU"/>
              </w:rPr>
              <w:t>.</w:t>
            </w:r>
          </w:p>
          <w:p w:rsidR="00EC782F" w:rsidRPr="00EC782F" w:rsidRDefault="00EC782F" w:rsidP="00EC782F">
            <w:pPr>
              <w:ind w:right="-109"/>
              <w:rPr>
                <w:rFonts w:eastAsia="Calibri"/>
                <w:b/>
                <w:sz w:val="18"/>
                <w:szCs w:val="18"/>
                <w:lang w:val="ru-RU"/>
              </w:rPr>
            </w:pPr>
            <w:r w:rsidRPr="00EC782F">
              <w:rPr>
                <w:rFonts w:eastAsia="Calibri"/>
                <w:b/>
                <w:sz w:val="18"/>
                <w:szCs w:val="18"/>
                <w:lang w:val="ru-RU"/>
              </w:rPr>
              <w:t>Формулируют собственное мнение и позицию.</w:t>
            </w:r>
          </w:p>
          <w:p w:rsidR="00EC782F" w:rsidRPr="00EC782F" w:rsidRDefault="00EC782F" w:rsidP="00EC782F">
            <w:pPr>
              <w:ind w:right="-109"/>
              <w:rPr>
                <w:rFonts w:eastAsia="Calibri"/>
                <w:b/>
                <w:sz w:val="18"/>
                <w:szCs w:val="18"/>
                <w:lang w:val="ru-RU"/>
              </w:rPr>
            </w:pPr>
          </w:p>
          <w:p w:rsidR="00EC782F" w:rsidRPr="00EC782F" w:rsidRDefault="00EC782F" w:rsidP="00EC782F">
            <w:pPr>
              <w:rPr>
                <w:rFonts w:eastAsia="Calibri"/>
                <w:b/>
                <w:sz w:val="18"/>
                <w:szCs w:val="18"/>
                <w:lang w:val="ru-RU"/>
              </w:rPr>
            </w:pPr>
          </w:p>
          <w:p w:rsidR="00EC782F" w:rsidRPr="00EC782F" w:rsidRDefault="00EC782F" w:rsidP="00EC782F">
            <w:pPr>
              <w:rPr>
                <w:rFonts w:eastAsia="Calibri"/>
                <w:b/>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704CD3" w:rsidP="00EC782F">
            <w:pPr>
              <w:rPr>
                <w:rFonts w:eastAsia="Calibri"/>
                <w:sz w:val="18"/>
                <w:szCs w:val="18"/>
              </w:rPr>
            </w:pPr>
            <w:r>
              <w:rPr>
                <w:rFonts w:eastAsia="Calibri"/>
                <w:sz w:val="18"/>
                <w:szCs w:val="18"/>
                <w:lang w:val="ru-RU"/>
              </w:rPr>
              <w:t>20</w:t>
            </w:r>
            <w:r w:rsidR="00EC782F">
              <w:rPr>
                <w:rFonts w:eastAsia="Calibri"/>
                <w:sz w:val="18"/>
                <w:szCs w:val="18"/>
              </w:rPr>
              <w:t>.11</w:t>
            </w:r>
          </w:p>
          <w:p w:rsidR="00704CD3" w:rsidRPr="00704CD3" w:rsidRDefault="00704CD3" w:rsidP="00EC782F">
            <w:pPr>
              <w:rPr>
                <w:rFonts w:eastAsia="Calibri"/>
                <w:sz w:val="18"/>
                <w:szCs w:val="18"/>
                <w:lang w:val="ru-RU"/>
              </w:rPr>
            </w:pPr>
            <w:r>
              <w:rPr>
                <w:rFonts w:eastAsia="Calibri"/>
                <w:sz w:val="18"/>
                <w:szCs w:val="18"/>
                <w:lang w:val="ru-RU"/>
              </w:rPr>
              <w:t>23.11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20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88"/>
              <w:rPr>
                <w:rFonts w:eastAsia="Calibri"/>
                <w:b/>
                <w:color w:val="CC0000"/>
              </w:rPr>
            </w:pPr>
            <w:r w:rsidRPr="00E643E5">
              <w:rPr>
                <w:rFonts w:eastAsia="Calibri"/>
                <w:b/>
                <w:color w:val="CC0000"/>
              </w:rPr>
              <w:t>63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sidRPr="00E643E5">
              <w:rPr>
                <w:rFonts w:eastAsia="Calibri"/>
                <w:b/>
                <w:color w:val="CC0000"/>
              </w:rPr>
              <w:t>Контрольныйдиктант</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t>Проверка знаний, умений и навыков по теме «Словообразование»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sidRPr="00E643E5">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01"/>
              <w:rPr>
                <w:rFonts w:eastAsia="Calibri"/>
                <w:b/>
                <w:color w:val="CC0000"/>
                <w:sz w:val="18"/>
                <w:szCs w:val="18"/>
                <w:lang w:val="ru-RU"/>
              </w:rPr>
            </w:pPr>
            <w:r w:rsidRPr="00EC782F">
              <w:rPr>
                <w:rFonts w:eastAsia="Calibri"/>
                <w:b/>
                <w:color w:val="CC0000"/>
                <w:sz w:val="18"/>
                <w:szCs w:val="18"/>
                <w:lang w:val="ru-RU"/>
              </w:rPr>
              <w:t>Умеют писать текст под диктовку и выполнять грамматическое задание к нему</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rPr>
                <w:rFonts w:eastAsia="Calibri"/>
                <w:b/>
                <w:color w:val="CC0000"/>
                <w:sz w:val="18"/>
                <w:szCs w:val="18"/>
                <w:lang w:val="ru-RU"/>
              </w:rPr>
            </w:pP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15"/>
              <w:rPr>
                <w:rFonts w:eastAsia="Calibri"/>
                <w:b/>
                <w:color w:val="CC0000"/>
                <w:sz w:val="18"/>
                <w:szCs w:val="18"/>
                <w:lang w:val="ru-RU"/>
              </w:rPr>
            </w:pPr>
          </w:p>
          <w:p w:rsidR="00EC782F" w:rsidRPr="00EC782F" w:rsidRDefault="00EC782F" w:rsidP="00EC782F">
            <w:pPr>
              <w:ind w:right="-115"/>
              <w:rPr>
                <w:rFonts w:eastAsia="Calibri"/>
                <w:b/>
                <w:color w:val="CC0000"/>
                <w:sz w:val="18"/>
                <w:szCs w:val="18"/>
                <w:lang w:val="ru-RU"/>
              </w:rPr>
            </w:pPr>
          </w:p>
          <w:p w:rsidR="00EC782F" w:rsidRPr="000F064F" w:rsidRDefault="00EC782F" w:rsidP="00EC782F">
            <w:pPr>
              <w:ind w:right="-160"/>
              <w:rPr>
                <w:rFonts w:eastAsia="Calibri"/>
                <w:b/>
                <w:color w:val="CC0000"/>
                <w:sz w:val="18"/>
                <w:szCs w:val="18"/>
              </w:rPr>
            </w:pPr>
            <w:proofErr w:type="spellStart"/>
            <w:r w:rsidRPr="000F064F">
              <w:rPr>
                <w:rFonts w:eastAsia="Calibri"/>
                <w:b/>
                <w:color w:val="CC0000"/>
                <w:sz w:val="18"/>
                <w:szCs w:val="18"/>
              </w:rPr>
              <w:t>Критичноотноситься</w:t>
            </w:r>
            <w:proofErr w:type="spellEnd"/>
            <w:r w:rsidRPr="000F064F">
              <w:rPr>
                <w:rFonts w:eastAsia="Calibri"/>
                <w:b/>
                <w:color w:val="CC0000"/>
                <w:sz w:val="18"/>
                <w:szCs w:val="18"/>
              </w:rPr>
              <w:t xml:space="preserve"> к </w:t>
            </w:r>
            <w:proofErr w:type="spellStart"/>
            <w:r w:rsidRPr="000F064F">
              <w:rPr>
                <w:rFonts w:eastAsia="Calibri"/>
                <w:b/>
                <w:color w:val="CC0000"/>
                <w:sz w:val="18"/>
                <w:szCs w:val="18"/>
              </w:rPr>
              <w:t>своемумнению</w:t>
            </w:r>
            <w:proofErr w:type="spellEnd"/>
          </w:p>
          <w:p w:rsidR="00EC782F" w:rsidRPr="000F064F" w:rsidRDefault="00EC782F" w:rsidP="00EC782F">
            <w:pPr>
              <w:ind w:right="-160"/>
              <w:rPr>
                <w:rFonts w:eastAsia="Calibri"/>
                <w:b/>
                <w:color w:val="CC0000"/>
                <w:sz w:val="18"/>
                <w:szCs w:val="18"/>
              </w:rPr>
            </w:pPr>
          </w:p>
          <w:p w:rsidR="00EC782F" w:rsidRPr="000F064F" w:rsidRDefault="00EC782F" w:rsidP="00EC782F">
            <w:pPr>
              <w:ind w:right="-160"/>
              <w:rPr>
                <w:rFonts w:eastAsia="Calibri"/>
                <w:b/>
                <w:color w:val="CC0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24.11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351"/>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64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Умеют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704CD3">
              <w:rPr>
                <w:rFonts w:eastAsia="Calibri"/>
                <w:sz w:val="18"/>
                <w:szCs w:val="18"/>
                <w:lang w:val="ru-RU"/>
              </w:rPr>
              <w:t>4</w:t>
            </w:r>
            <w:r>
              <w:rPr>
                <w:rFonts w:eastAsia="Calibri"/>
                <w:sz w:val="18"/>
                <w:szCs w:val="18"/>
              </w:rPr>
              <w:t>.11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2055"/>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65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Комплексныйанализ</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Тема и основная мысль текста. Заглавие текста. Тип и стиль речи. стилистические признаки в тексте. Средства связи частей текста. Принцип деления на части. План текста. </w:t>
            </w:r>
          </w:p>
        </w:tc>
        <w:tc>
          <w:tcPr>
            <w:tcW w:w="648"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rPr>
                <w:rFonts w:eastAsia="Calibri"/>
              </w:rPr>
            </w:pPr>
            <w:proofErr w:type="spellStart"/>
            <w:r>
              <w:rPr>
                <w:rFonts w:eastAsia="Calibri"/>
              </w:rPr>
              <w:t>Анализтекста</w:t>
            </w:r>
            <w:proofErr w:type="spellEnd"/>
          </w:p>
          <w:p w:rsidR="00EC782F" w:rsidRPr="00E643E5" w:rsidRDefault="00EC782F" w:rsidP="00EC782F">
            <w:pPr>
              <w:rPr>
                <w:rFonts w:eastAsia="Calibri"/>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10"/>
              <w:rPr>
                <w:rFonts w:eastAsia="Calibri"/>
                <w:sz w:val="18"/>
                <w:szCs w:val="18"/>
                <w:lang w:val="ru-RU"/>
              </w:rPr>
            </w:pPr>
            <w:r w:rsidRPr="00EC782F">
              <w:rPr>
                <w:rFonts w:eastAsia="Calibri"/>
                <w:sz w:val="18"/>
                <w:szCs w:val="18"/>
                <w:lang w:val="ru-RU"/>
              </w:rPr>
              <w:t xml:space="preserve">Умеют выразительно читать текст, определять  тему, основную мысль, стиль и тип речи, средства связи предложений в тексте, составлять план текста. </w:t>
            </w:r>
          </w:p>
          <w:p w:rsidR="00EC782F" w:rsidRPr="00EC782F" w:rsidRDefault="00EC782F" w:rsidP="00EC782F">
            <w:pPr>
              <w:rPr>
                <w:rFonts w:eastAsia="Calibri"/>
                <w:sz w:val="18"/>
                <w:szCs w:val="18"/>
                <w:lang w:val="ru-RU"/>
              </w:rPr>
            </w:pPr>
            <w:r w:rsidRPr="00EC782F">
              <w:rPr>
                <w:rFonts w:eastAsia="Calibri"/>
                <w:sz w:val="18"/>
                <w:szCs w:val="18"/>
                <w:lang w:val="ru-RU"/>
              </w:rPr>
              <w:t>Выделяют и осознают, что уже усвоено и что подлежит усвоению</w:t>
            </w: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r w:rsidRPr="00EC782F">
              <w:rPr>
                <w:rFonts w:eastAsia="Calibri"/>
                <w:sz w:val="18"/>
                <w:szCs w:val="18"/>
                <w:lang w:val="ru-RU"/>
              </w:rPr>
              <w:t>Развивают способность с помощью вопросов добывать информацию</w:t>
            </w:r>
          </w:p>
          <w:p w:rsidR="00EC782F" w:rsidRPr="000F064F" w:rsidRDefault="00EC782F" w:rsidP="00EC782F">
            <w:pPr>
              <w:rPr>
                <w:rFonts w:eastAsia="Calibri"/>
                <w:sz w:val="18"/>
                <w:szCs w:val="18"/>
              </w:rPr>
            </w:pPr>
            <w:r w:rsidRPr="00EC782F">
              <w:rPr>
                <w:rFonts w:eastAsia="Calibri"/>
                <w:sz w:val="18"/>
                <w:szCs w:val="18"/>
                <w:lang w:val="ru-RU"/>
              </w:rPr>
              <w:t xml:space="preserve">Критично относиться к своему мнению. </w:t>
            </w:r>
            <w:proofErr w:type="spellStart"/>
            <w:r w:rsidRPr="000F064F">
              <w:rPr>
                <w:rFonts w:eastAsia="Calibri"/>
                <w:sz w:val="18"/>
                <w:szCs w:val="18"/>
              </w:rPr>
              <w:t>Пониматьточкузрениядругого</w:t>
            </w:r>
            <w:proofErr w:type="spellEnd"/>
          </w:p>
          <w:p w:rsidR="00EC782F" w:rsidRPr="000F064F" w:rsidRDefault="00EC782F" w:rsidP="00EC782F">
            <w:pPr>
              <w:rPr>
                <w:rFonts w:eastAsia="Calibri"/>
                <w:sz w:val="18"/>
                <w:szCs w:val="18"/>
              </w:rPr>
            </w:pPr>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704CD3">
              <w:rPr>
                <w:rFonts w:eastAsia="Calibri"/>
                <w:sz w:val="18"/>
                <w:szCs w:val="18"/>
                <w:lang w:val="ru-RU"/>
              </w:rPr>
              <w:t>5</w:t>
            </w:r>
            <w:r>
              <w:rPr>
                <w:rFonts w:eastAsia="Calibri"/>
                <w:sz w:val="18"/>
                <w:szCs w:val="18"/>
              </w:rPr>
              <w:t>.11</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66-67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Повторение ранее изученного об имени существительном.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Морфологические и лексические признаки </w:t>
            </w:r>
            <w:r w:rsidRPr="00EC782F">
              <w:rPr>
                <w:rFonts w:eastAsia="Calibri"/>
                <w:lang w:val="ru-RU"/>
              </w:rPr>
              <w:lastRenderedPageBreak/>
              <w:t xml:space="preserve">существительного, синтаксическая роль существительных. </w:t>
            </w:r>
            <w:proofErr w:type="spellStart"/>
            <w:r w:rsidRPr="00E643E5">
              <w:rPr>
                <w:rFonts w:eastAsia="Calibri"/>
              </w:rPr>
              <w:t>Падежныеокончаниясуществительных</w:t>
            </w:r>
            <w:proofErr w:type="spellEnd"/>
            <w:r w:rsidRPr="00E643E5">
              <w:rPr>
                <w:rFonts w:eastAsia="Calibri"/>
              </w:rPr>
              <w:t xml:space="preserve">.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lastRenderedPageBreak/>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Анализируют условия и требования учебной задачи </w:t>
            </w:r>
          </w:p>
          <w:p w:rsidR="00EC782F" w:rsidRPr="00EC782F" w:rsidRDefault="00EC782F" w:rsidP="00EC782F">
            <w:pPr>
              <w:rPr>
                <w:rFonts w:eastAsia="Calibri"/>
                <w:sz w:val="18"/>
                <w:szCs w:val="18"/>
                <w:lang w:val="ru-RU"/>
              </w:rPr>
            </w:pPr>
            <w:r w:rsidRPr="00EC782F">
              <w:rPr>
                <w:rFonts w:eastAsia="Calibri"/>
                <w:sz w:val="18"/>
                <w:szCs w:val="18"/>
                <w:lang w:val="ru-RU"/>
              </w:rPr>
              <w:t xml:space="preserve">Оценивают достигнутый результат, </w:t>
            </w:r>
          </w:p>
          <w:p w:rsidR="00EC782F" w:rsidRPr="00EC782F" w:rsidRDefault="00EC782F" w:rsidP="00EC782F">
            <w:pPr>
              <w:rPr>
                <w:rFonts w:eastAsia="Calibri"/>
                <w:sz w:val="18"/>
                <w:szCs w:val="18"/>
                <w:lang w:val="ru-RU"/>
              </w:rPr>
            </w:pPr>
            <w:r w:rsidRPr="00EC782F">
              <w:rPr>
                <w:rFonts w:eastAsia="Calibri"/>
                <w:sz w:val="18"/>
                <w:szCs w:val="18"/>
                <w:lang w:val="ru-RU"/>
              </w:rPr>
              <w:t>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 xml:space="preserve">Учатся переводить конфликтную ситуацию в логический план </w:t>
            </w:r>
            <w:r w:rsidRPr="00EC782F">
              <w:rPr>
                <w:rFonts w:eastAsia="Calibri"/>
                <w:sz w:val="18"/>
                <w:szCs w:val="18"/>
                <w:lang w:val="ru-RU"/>
              </w:rPr>
              <w:lastRenderedPageBreak/>
              <w:t>разрешения конфликта</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lastRenderedPageBreak/>
              <w:t>2</w:t>
            </w:r>
            <w:r w:rsidR="00704CD3">
              <w:rPr>
                <w:rFonts w:eastAsia="Calibri"/>
                <w:sz w:val="18"/>
                <w:szCs w:val="18"/>
                <w:lang w:val="ru-RU"/>
              </w:rPr>
              <w:t>6</w:t>
            </w:r>
            <w:r>
              <w:rPr>
                <w:rFonts w:eastAsia="Calibri"/>
                <w:sz w:val="18"/>
                <w:szCs w:val="18"/>
              </w:rPr>
              <w:t>.11</w:t>
            </w:r>
          </w:p>
          <w:p w:rsidR="00704CD3" w:rsidRPr="00704CD3" w:rsidRDefault="00704CD3" w:rsidP="00EC782F">
            <w:pPr>
              <w:rPr>
                <w:rFonts w:eastAsia="Calibri"/>
                <w:sz w:val="18"/>
                <w:szCs w:val="18"/>
                <w:lang w:val="ru-RU"/>
              </w:rPr>
            </w:pPr>
            <w:r>
              <w:rPr>
                <w:rFonts w:eastAsia="Calibri"/>
                <w:sz w:val="18"/>
                <w:szCs w:val="18"/>
                <w:lang w:val="ru-RU"/>
              </w:rPr>
              <w:t>27.11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620"/>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68-69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Разносклоняе</w:t>
            </w:r>
            <w:r w:rsidRPr="00E643E5">
              <w:rPr>
                <w:rFonts w:eastAsia="Calibri"/>
              </w:rPr>
              <w:t>мыеименасуществитель-ные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Склонение существительных, основные сведения о разносклоняемых именах существительных.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Выбирают, сопоставляют и обосновывают способы решения учебной задачи </w:t>
            </w:r>
          </w:p>
          <w:p w:rsidR="00EC782F" w:rsidRPr="00EC782F" w:rsidRDefault="00EC782F" w:rsidP="00EC782F">
            <w:pPr>
              <w:ind w:right="-108"/>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Описывают содержание совершаемых действий с целью ориентировки учебно-практической деятельности</w:t>
            </w:r>
          </w:p>
          <w:p w:rsidR="00EC782F" w:rsidRPr="00EC782F" w:rsidRDefault="00EC782F" w:rsidP="00EC782F">
            <w:pPr>
              <w:ind w:right="-110"/>
              <w:rPr>
                <w:rFonts w:eastAsia="Calibri"/>
                <w:sz w:val="18"/>
                <w:szCs w:val="18"/>
                <w:lang w:val="ru-RU"/>
              </w:rPr>
            </w:pPr>
            <w:r w:rsidRPr="00EC782F">
              <w:rPr>
                <w:rFonts w:eastAsia="Calibri"/>
                <w:sz w:val="18"/>
                <w:szCs w:val="18"/>
                <w:lang w:val="ru-RU"/>
              </w:rPr>
              <w:t>Освоить  роли  ученика; формирование интереса (мотивации) к учению.</w:t>
            </w:r>
          </w:p>
        </w:tc>
        <w:tc>
          <w:tcPr>
            <w:tcW w:w="348" w:type="pct"/>
            <w:gridSpan w:val="3"/>
            <w:tcBorders>
              <w:top w:val="single" w:sz="4" w:space="0" w:color="auto"/>
              <w:left w:val="single" w:sz="4" w:space="0" w:color="auto"/>
              <w:right w:val="single" w:sz="4" w:space="0" w:color="auto"/>
            </w:tcBorders>
            <w:vAlign w:val="center"/>
          </w:tcPr>
          <w:p w:rsidR="00EC782F" w:rsidRDefault="00704CD3" w:rsidP="00EC782F">
            <w:pPr>
              <w:rPr>
                <w:rFonts w:eastAsia="Calibri"/>
                <w:sz w:val="18"/>
                <w:szCs w:val="18"/>
                <w:lang w:val="ru-RU"/>
              </w:rPr>
            </w:pPr>
            <w:r>
              <w:rPr>
                <w:rFonts w:eastAsia="Calibri"/>
                <w:sz w:val="18"/>
                <w:szCs w:val="18"/>
                <w:lang w:val="ru-RU"/>
              </w:rPr>
              <w:t>30.11</w:t>
            </w:r>
          </w:p>
          <w:p w:rsidR="00704CD3" w:rsidRPr="00704CD3" w:rsidRDefault="00704CD3" w:rsidP="00EC782F">
            <w:pPr>
              <w:rPr>
                <w:rFonts w:eastAsia="Calibri"/>
                <w:sz w:val="18"/>
                <w:szCs w:val="18"/>
                <w:lang w:val="ru-RU"/>
              </w:rPr>
            </w:pPr>
            <w:r>
              <w:rPr>
                <w:rFonts w:eastAsia="Calibri"/>
                <w:sz w:val="18"/>
                <w:szCs w:val="18"/>
                <w:lang w:val="ru-RU"/>
              </w:rPr>
              <w:t>01.12</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878"/>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70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Буква </w:t>
            </w:r>
            <w:r w:rsidRPr="00EC782F">
              <w:rPr>
                <w:rFonts w:eastAsia="Calibri"/>
                <w:i/>
                <w:lang w:val="ru-RU"/>
              </w:rPr>
              <w:t xml:space="preserve">е </w:t>
            </w:r>
            <w:r w:rsidRPr="00EC782F">
              <w:rPr>
                <w:rFonts w:eastAsia="Calibri"/>
                <w:lang w:val="ru-RU"/>
              </w:rPr>
              <w:t xml:space="preserve">в суффиксе </w:t>
            </w:r>
            <w:r w:rsidRPr="00EC782F">
              <w:rPr>
                <w:rFonts w:eastAsia="Calibri"/>
                <w:i/>
                <w:lang w:val="ru-RU"/>
              </w:rPr>
              <w:t>–</w:t>
            </w:r>
            <w:proofErr w:type="spellStart"/>
            <w:r w:rsidRPr="00EC782F">
              <w:rPr>
                <w:rFonts w:eastAsia="Calibri"/>
                <w:i/>
                <w:lang w:val="ru-RU"/>
              </w:rPr>
              <w:t>ен</w:t>
            </w:r>
            <w:proofErr w:type="spellEnd"/>
            <w:r w:rsidRPr="00EC782F">
              <w:rPr>
                <w:rFonts w:eastAsia="Calibri"/>
                <w:i/>
                <w:lang w:val="ru-RU"/>
              </w:rPr>
              <w:t xml:space="preserve">- </w:t>
            </w:r>
            <w:r w:rsidRPr="00EC782F">
              <w:rPr>
                <w:rFonts w:eastAsia="Calibri"/>
                <w:lang w:val="ru-RU"/>
              </w:rPr>
              <w:t xml:space="preserve">существительных на </w:t>
            </w:r>
            <w:r w:rsidRPr="00EC782F">
              <w:rPr>
                <w:rFonts w:eastAsia="Calibri"/>
                <w:i/>
                <w:lang w:val="ru-RU"/>
              </w:rPr>
              <w:t>–мя</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Правописаниеразносклоняемыхсуществительных</w:t>
            </w:r>
            <w:proofErr w:type="spellEnd"/>
            <w:r w:rsidRPr="00E643E5">
              <w:rPr>
                <w:rFonts w:eastAsia="Calibri"/>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Объяснительныйдиктант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Выбирают наиболее эффективные способы решения учебной задачи</w:t>
            </w:r>
          </w:p>
          <w:p w:rsidR="00EC782F" w:rsidRPr="00EC782F" w:rsidRDefault="00EC782F" w:rsidP="00EC782F">
            <w:pPr>
              <w:rPr>
                <w:rFonts w:eastAsia="Calibri"/>
                <w:sz w:val="18"/>
                <w:szCs w:val="18"/>
                <w:lang w:val="ru-RU"/>
              </w:rPr>
            </w:pPr>
            <w:r w:rsidRPr="00EC782F">
              <w:rPr>
                <w:rFonts w:eastAsia="Calibri"/>
                <w:sz w:val="18"/>
                <w:szCs w:val="18"/>
                <w:lang w:val="ru-RU"/>
              </w:rPr>
              <w:t>Определяют последовательность промежуточных целей с учетом конечного результата</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ind w:right="-204"/>
              <w:rPr>
                <w:rFonts w:eastAsia="Calibri"/>
                <w:sz w:val="18"/>
                <w:szCs w:val="18"/>
                <w:lang w:val="ru-RU"/>
              </w:rPr>
            </w:pPr>
            <w:r w:rsidRPr="00EC782F">
              <w:rPr>
                <w:rFonts w:eastAsia="Calibri"/>
                <w:sz w:val="18"/>
                <w:szCs w:val="18"/>
                <w:lang w:val="ru-RU"/>
              </w:rPr>
              <w:t xml:space="preserve">Формулируют собственное мнение и позицию, </w:t>
            </w:r>
            <w:proofErr w:type="gramStart"/>
            <w:r w:rsidRPr="00EC782F">
              <w:rPr>
                <w:rFonts w:eastAsia="Calibri"/>
                <w:sz w:val="18"/>
                <w:szCs w:val="18"/>
                <w:lang w:val="ru-RU"/>
              </w:rPr>
              <w:t>про-являют</w:t>
            </w:r>
            <w:proofErr w:type="gramEnd"/>
            <w:r w:rsidRPr="00EC782F">
              <w:rPr>
                <w:rFonts w:eastAsia="Calibri"/>
                <w:sz w:val="18"/>
                <w:szCs w:val="18"/>
                <w:lang w:val="ru-RU"/>
              </w:rPr>
              <w:t xml:space="preserve"> интерес к новому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01.12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22"/>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71-72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Несклоняемыеименасу</w:t>
            </w:r>
            <w:r>
              <w:rPr>
                <w:rFonts w:eastAsia="Calibri"/>
              </w:rPr>
              <w:t>ществи</w:t>
            </w:r>
            <w:r w:rsidRPr="00E643E5">
              <w:rPr>
                <w:rFonts w:eastAsia="Calibri"/>
              </w:rPr>
              <w:t>тельные</w:t>
            </w:r>
            <w:proofErr w:type="spellEnd"/>
            <w:r w:rsidRPr="00E643E5">
              <w:rPr>
                <w:rFonts w:eastAsia="Calibri"/>
              </w:rPr>
              <w:t>.</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Происхождение несклоняемых имен существительных. Употребление их в косвенных падежах.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Определяют основную и дополнительную информацию</w:t>
            </w:r>
          </w:p>
          <w:p w:rsidR="00EC782F" w:rsidRPr="00EC782F" w:rsidRDefault="00EC782F" w:rsidP="00EC782F">
            <w:pPr>
              <w:rPr>
                <w:rFonts w:eastAsia="Calibri"/>
                <w:sz w:val="18"/>
                <w:szCs w:val="18"/>
                <w:lang w:val="ru-RU"/>
              </w:rPr>
            </w:pPr>
            <w:r w:rsidRPr="00EC782F">
              <w:rPr>
                <w:rFonts w:eastAsia="Calibri"/>
                <w:sz w:val="18"/>
                <w:szCs w:val="18"/>
                <w:lang w:val="ru-RU"/>
              </w:rPr>
              <w:t xml:space="preserve">Принимают познавательную цель, сохраняют ее при выполнении учебных действий </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Освоить  роли  ученика; формирование интереса (мотивации) к учению.</w:t>
            </w:r>
          </w:p>
        </w:tc>
        <w:tc>
          <w:tcPr>
            <w:tcW w:w="348" w:type="pct"/>
            <w:gridSpan w:val="3"/>
            <w:tcBorders>
              <w:top w:val="single" w:sz="4" w:space="0" w:color="auto"/>
              <w:left w:val="single" w:sz="4" w:space="0" w:color="auto"/>
              <w:right w:val="single" w:sz="4" w:space="0" w:color="auto"/>
            </w:tcBorders>
            <w:vAlign w:val="center"/>
          </w:tcPr>
          <w:p w:rsidR="00EC782F" w:rsidRDefault="00704CD3" w:rsidP="00EC782F">
            <w:pPr>
              <w:rPr>
                <w:rFonts w:eastAsia="Calibri"/>
                <w:sz w:val="18"/>
                <w:szCs w:val="18"/>
                <w:lang w:val="ru-RU"/>
              </w:rPr>
            </w:pPr>
            <w:r>
              <w:rPr>
                <w:rFonts w:eastAsia="Calibri"/>
                <w:sz w:val="18"/>
                <w:szCs w:val="18"/>
                <w:lang w:val="ru-RU"/>
              </w:rPr>
              <w:t>02.12</w:t>
            </w:r>
          </w:p>
          <w:p w:rsidR="00704CD3" w:rsidRPr="00704CD3" w:rsidRDefault="00704CD3" w:rsidP="00EC782F">
            <w:pPr>
              <w:rPr>
                <w:rFonts w:eastAsia="Calibri"/>
                <w:sz w:val="18"/>
                <w:szCs w:val="18"/>
                <w:lang w:val="ru-RU"/>
              </w:rPr>
            </w:pPr>
            <w:r>
              <w:rPr>
                <w:rFonts w:eastAsia="Calibri"/>
                <w:sz w:val="18"/>
                <w:szCs w:val="18"/>
                <w:lang w:val="ru-RU"/>
              </w:rPr>
              <w:t>03.12</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560"/>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73-74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Род несклоняемых имен </w:t>
            </w:r>
            <w:proofErr w:type="spellStart"/>
            <w:proofErr w:type="gramStart"/>
            <w:r w:rsidRPr="00EC782F">
              <w:rPr>
                <w:rFonts w:eastAsia="Calibri"/>
                <w:lang w:val="ru-RU"/>
              </w:rPr>
              <w:t>существитель-ных</w:t>
            </w:r>
            <w:proofErr w:type="spellEnd"/>
            <w:proofErr w:type="gram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Способы определения рода несклоняемых имен существительных. </w:t>
            </w:r>
            <w:proofErr w:type="spellStart"/>
            <w:r w:rsidRPr="00E643E5">
              <w:rPr>
                <w:rFonts w:eastAsia="Calibri"/>
              </w:rPr>
              <w:t>Употреблениеих</w:t>
            </w:r>
            <w:proofErr w:type="spellEnd"/>
            <w:r w:rsidRPr="00E643E5">
              <w:rPr>
                <w:rFonts w:eastAsia="Calibri"/>
              </w:rPr>
              <w:t xml:space="preserve"> в </w:t>
            </w:r>
            <w:proofErr w:type="spellStart"/>
            <w:r w:rsidRPr="00E643E5">
              <w:rPr>
                <w:rFonts w:eastAsia="Calibri"/>
              </w:rPr>
              <w:t>речи</w:t>
            </w:r>
            <w:proofErr w:type="spellEnd"/>
            <w:r w:rsidRPr="00E643E5">
              <w:rPr>
                <w:rFonts w:eastAsia="Calibri"/>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Извлекают необходимую информацию из прослушанного текста</w:t>
            </w:r>
          </w:p>
          <w:p w:rsidR="00EC782F" w:rsidRPr="00EC782F" w:rsidRDefault="00EC782F" w:rsidP="00EC782F">
            <w:pPr>
              <w:ind w:right="-5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Подробно пересказывать прочитанное или прослушанное</w:t>
            </w: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p>
          <w:p w:rsidR="00EC782F" w:rsidRPr="00EC782F" w:rsidRDefault="00EC782F" w:rsidP="00EC782F">
            <w:pPr>
              <w:rPr>
                <w:rFonts w:eastAsia="Calibri"/>
                <w:sz w:val="18"/>
                <w:szCs w:val="18"/>
                <w:lang w:val="ru-RU"/>
              </w:rPr>
            </w:pPr>
            <w:r w:rsidRPr="00EC782F">
              <w:rPr>
                <w:rFonts w:eastAsia="Calibri"/>
                <w:sz w:val="18"/>
                <w:szCs w:val="18"/>
                <w:lang w:val="ru-RU"/>
              </w:rPr>
              <w:t>Определять самостоятельно критерии оценивания, давать самооценку.</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right w:val="single" w:sz="4" w:space="0" w:color="auto"/>
            </w:tcBorders>
            <w:vAlign w:val="center"/>
          </w:tcPr>
          <w:p w:rsidR="00EC782F" w:rsidRDefault="00704CD3" w:rsidP="00EC782F">
            <w:pPr>
              <w:rPr>
                <w:rFonts w:eastAsia="Calibri"/>
                <w:sz w:val="18"/>
                <w:szCs w:val="18"/>
                <w:lang w:val="ru-RU"/>
              </w:rPr>
            </w:pPr>
            <w:r>
              <w:rPr>
                <w:rFonts w:eastAsia="Calibri"/>
                <w:sz w:val="18"/>
                <w:szCs w:val="18"/>
                <w:lang w:val="ru-RU"/>
              </w:rPr>
              <w:t>04.12</w:t>
            </w:r>
          </w:p>
          <w:p w:rsidR="00704CD3" w:rsidRPr="00704CD3" w:rsidRDefault="00704CD3" w:rsidP="00EC782F">
            <w:pPr>
              <w:rPr>
                <w:rFonts w:eastAsia="Calibri"/>
                <w:sz w:val="18"/>
                <w:szCs w:val="18"/>
                <w:lang w:val="ru-RU"/>
              </w:rPr>
            </w:pPr>
            <w:r>
              <w:rPr>
                <w:rFonts w:eastAsia="Calibri"/>
                <w:sz w:val="18"/>
                <w:szCs w:val="18"/>
                <w:lang w:val="ru-RU"/>
              </w:rPr>
              <w:t>07.12</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815"/>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75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Именасуществительныеобщегорода</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0"/>
              <w:rPr>
                <w:rFonts w:eastAsia="Calibri"/>
                <w:lang w:val="ru-RU"/>
              </w:rPr>
            </w:pPr>
            <w:r w:rsidRPr="00EC782F">
              <w:rPr>
                <w:rFonts w:eastAsia="Calibri"/>
                <w:lang w:val="ru-RU"/>
              </w:rPr>
              <w:t xml:space="preserve">Понятие о </w:t>
            </w:r>
            <w:proofErr w:type="spellStart"/>
            <w:proofErr w:type="gramStart"/>
            <w:r w:rsidRPr="00EC782F">
              <w:rPr>
                <w:rFonts w:eastAsia="Calibri"/>
                <w:lang w:val="ru-RU"/>
              </w:rPr>
              <w:t>существитель-ных</w:t>
            </w:r>
            <w:proofErr w:type="spellEnd"/>
            <w:proofErr w:type="gramEnd"/>
            <w:r w:rsidRPr="00EC782F">
              <w:rPr>
                <w:rFonts w:eastAsia="Calibri"/>
                <w:lang w:val="ru-RU"/>
              </w:rPr>
              <w:t xml:space="preserve"> общего рода. Согласование </w:t>
            </w:r>
            <w:proofErr w:type="spellStart"/>
            <w:proofErr w:type="gramStart"/>
            <w:r w:rsidRPr="00EC782F">
              <w:rPr>
                <w:rFonts w:eastAsia="Calibri"/>
                <w:lang w:val="ru-RU"/>
              </w:rPr>
              <w:t>существи-тельных</w:t>
            </w:r>
            <w:proofErr w:type="spellEnd"/>
            <w:proofErr w:type="gramEnd"/>
            <w:r w:rsidRPr="00EC782F">
              <w:rPr>
                <w:rFonts w:eastAsia="Calibri"/>
                <w:lang w:val="ru-RU"/>
              </w:rPr>
              <w:t xml:space="preserve"> общего рода с прилагательными и глаголами.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Применяют методы информационного поиска</w:t>
            </w:r>
          </w:p>
          <w:p w:rsidR="00EC782F" w:rsidRPr="00EC782F" w:rsidRDefault="00EC782F" w:rsidP="00EC782F">
            <w:pPr>
              <w:rPr>
                <w:rFonts w:eastAsia="Calibri"/>
                <w:sz w:val="18"/>
                <w:szCs w:val="18"/>
                <w:lang w:val="ru-RU"/>
              </w:rPr>
            </w:pPr>
            <w:r w:rsidRPr="00EC782F">
              <w:rPr>
                <w:rFonts w:eastAsia="Calibri"/>
                <w:sz w:val="18"/>
                <w:szCs w:val="18"/>
                <w:lang w:val="ru-RU"/>
              </w:rPr>
              <w:t>Предвосхищают результат и уровень усвоения</w:t>
            </w:r>
          </w:p>
          <w:p w:rsidR="00EC782F" w:rsidRPr="00EC782F" w:rsidRDefault="00EC782F" w:rsidP="00EC782F">
            <w:pPr>
              <w:rPr>
                <w:rFonts w:eastAsia="Calibri"/>
                <w:sz w:val="18"/>
                <w:szCs w:val="18"/>
                <w:lang w:val="ru-RU"/>
              </w:rPr>
            </w:pPr>
            <w:r w:rsidRPr="00EC782F">
              <w:rPr>
                <w:rFonts w:eastAsia="Calibri"/>
                <w:sz w:val="18"/>
                <w:szCs w:val="18"/>
                <w:lang w:val="ru-RU"/>
              </w:rPr>
              <w:t>Умеют слушать и слышать друг друга</w:t>
            </w:r>
          </w:p>
          <w:p w:rsidR="00EC782F" w:rsidRPr="00EC782F" w:rsidRDefault="00EC782F" w:rsidP="00EC782F">
            <w:pPr>
              <w:ind w:right="-110"/>
              <w:rPr>
                <w:rFonts w:eastAsia="Calibri"/>
                <w:sz w:val="18"/>
                <w:szCs w:val="18"/>
                <w:lang w:val="ru-RU"/>
              </w:rPr>
            </w:pPr>
            <w:r w:rsidRPr="00EC782F">
              <w:rPr>
                <w:rFonts w:eastAsia="Calibri"/>
                <w:sz w:val="18"/>
                <w:szCs w:val="18"/>
                <w:lang w:val="ru-RU"/>
              </w:rPr>
              <w:t xml:space="preserve">Формулируют собственное мнение, </w:t>
            </w:r>
            <w:proofErr w:type="gramStart"/>
            <w:r w:rsidRPr="00EC782F">
              <w:rPr>
                <w:rFonts w:eastAsia="Calibri"/>
                <w:sz w:val="18"/>
                <w:szCs w:val="18"/>
                <w:lang w:val="ru-RU"/>
              </w:rPr>
              <w:t>про-являют</w:t>
            </w:r>
            <w:proofErr w:type="gramEnd"/>
            <w:r w:rsidRPr="00EC782F">
              <w:rPr>
                <w:rFonts w:eastAsia="Calibri"/>
                <w:sz w:val="18"/>
                <w:szCs w:val="18"/>
                <w:lang w:val="ru-RU"/>
              </w:rPr>
              <w:t xml:space="preserve"> интерес к новому учебному материалу.</w:t>
            </w:r>
          </w:p>
        </w:tc>
        <w:tc>
          <w:tcPr>
            <w:tcW w:w="348" w:type="pct"/>
            <w:gridSpan w:val="3"/>
            <w:tcBorders>
              <w:top w:val="single" w:sz="4" w:space="0" w:color="auto"/>
              <w:left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08.12</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845"/>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76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Морфологиче</w:t>
            </w:r>
            <w:r w:rsidRPr="00E643E5">
              <w:rPr>
                <w:rFonts w:eastAsia="Calibri"/>
              </w:rPr>
              <w:t>скийразборсуществитель-ных</w:t>
            </w:r>
            <w:proofErr w:type="spellEnd"/>
            <w:r w:rsidRPr="00E643E5">
              <w:rPr>
                <w:rFonts w:eastAsia="Calibri"/>
              </w:rPr>
              <w:t xml:space="preserve">.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Морфологические признаки существительных. Порядок и схема  морфологического разбора</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Морфологическийразборименсуществительных</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Осознанно строят речевые высказывания в устной и письменной форме</w:t>
            </w:r>
          </w:p>
          <w:p w:rsidR="00EC782F" w:rsidRPr="00EC782F" w:rsidRDefault="00EC782F" w:rsidP="00EC782F">
            <w:pPr>
              <w:tabs>
                <w:tab w:val="right" w:pos="3998"/>
              </w:tabs>
              <w:rPr>
                <w:rFonts w:eastAsia="Calibri"/>
                <w:sz w:val="18"/>
                <w:szCs w:val="18"/>
                <w:lang w:val="ru-RU"/>
              </w:rPr>
            </w:pPr>
            <w:r w:rsidRPr="00EC782F">
              <w:rPr>
                <w:rFonts w:eastAsia="Calibri"/>
                <w:sz w:val="18"/>
                <w:szCs w:val="18"/>
                <w:lang w:val="ru-RU"/>
              </w:rPr>
              <w:t>Оценивают достигнутый результат</w:t>
            </w:r>
            <w:r w:rsidRPr="00EC782F">
              <w:rPr>
                <w:rFonts w:eastAsia="Calibri"/>
                <w:sz w:val="18"/>
                <w:szCs w:val="18"/>
                <w:lang w:val="ru-RU"/>
              </w:rPr>
              <w:tab/>
            </w:r>
          </w:p>
          <w:p w:rsidR="00EC782F" w:rsidRPr="00EC782F" w:rsidRDefault="00EC782F" w:rsidP="00EC782F">
            <w:pPr>
              <w:rPr>
                <w:rFonts w:eastAsia="Calibri"/>
                <w:sz w:val="18"/>
                <w:szCs w:val="18"/>
                <w:lang w:val="ru-RU"/>
              </w:rPr>
            </w:pPr>
            <w:r w:rsidRPr="00EC782F">
              <w:rPr>
                <w:rFonts w:eastAsia="Calibri"/>
                <w:sz w:val="18"/>
                <w:szCs w:val="18"/>
                <w:lang w:val="ru-RU"/>
              </w:rPr>
              <w:t>С достаточной полнотой и точностью выражают свои мысли и чувства</w:t>
            </w:r>
          </w:p>
          <w:p w:rsidR="00EC782F" w:rsidRPr="00EC782F" w:rsidRDefault="00EC782F" w:rsidP="00EC782F">
            <w:pPr>
              <w:rPr>
                <w:rFonts w:eastAsia="Calibri"/>
                <w:sz w:val="18"/>
                <w:szCs w:val="18"/>
                <w:lang w:val="ru-RU"/>
              </w:rPr>
            </w:pPr>
            <w:r w:rsidRPr="00EC782F">
              <w:rPr>
                <w:rFonts w:eastAsia="Calibri"/>
                <w:sz w:val="18"/>
                <w:szCs w:val="18"/>
                <w:lang w:val="ru-RU"/>
              </w:rPr>
              <w:t>Отвечать на простые вопросы учителя, находить нужную информацию в учебнике.</w:t>
            </w:r>
          </w:p>
        </w:tc>
        <w:tc>
          <w:tcPr>
            <w:tcW w:w="348" w:type="pct"/>
            <w:gridSpan w:val="3"/>
            <w:tcBorders>
              <w:top w:val="single" w:sz="4" w:space="0" w:color="auto"/>
              <w:left w:val="single" w:sz="4" w:space="0" w:color="auto"/>
              <w:right w:val="single" w:sz="4" w:space="0" w:color="auto"/>
            </w:tcBorders>
            <w:vAlign w:val="center"/>
          </w:tcPr>
          <w:p w:rsidR="00EC782F" w:rsidRPr="000F064F" w:rsidRDefault="00704CD3" w:rsidP="00EC782F">
            <w:pPr>
              <w:rPr>
                <w:rFonts w:eastAsia="Calibri"/>
                <w:sz w:val="18"/>
                <w:szCs w:val="18"/>
              </w:rPr>
            </w:pPr>
            <w:r>
              <w:rPr>
                <w:rFonts w:eastAsia="Calibri"/>
                <w:sz w:val="18"/>
                <w:szCs w:val="18"/>
                <w:lang w:val="ru-RU"/>
              </w:rPr>
              <w:t>08</w:t>
            </w:r>
            <w:r w:rsidR="00EC782F">
              <w:rPr>
                <w:rFonts w:eastAsia="Calibri"/>
                <w:sz w:val="18"/>
                <w:szCs w:val="18"/>
              </w:rPr>
              <w:t>.12</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125"/>
          <w:jc w:val="center"/>
        </w:trPr>
        <w:tc>
          <w:tcPr>
            <w:tcW w:w="273" w:type="pct"/>
            <w:gridSpan w:val="2"/>
            <w:tcBorders>
              <w:top w:val="single" w:sz="4" w:space="0" w:color="auto"/>
              <w:left w:val="single" w:sz="4" w:space="0" w:color="auto"/>
              <w:right w:val="single" w:sz="4" w:space="0" w:color="auto"/>
            </w:tcBorders>
          </w:tcPr>
          <w:p w:rsidR="00EC782F" w:rsidRPr="00E643E5" w:rsidRDefault="00EC782F" w:rsidP="00EC782F">
            <w:pPr>
              <w:ind w:right="-74"/>
              <w:rPr>
                <w:rFonts w:eastAsia="Calibri"/>
                <w:b/>
                <w:color w:val="008000"/>
              </w:rPr>
            </w:pPr>
            <w:r w:rsidRPr="00E643E5">
              <w:rPr>
                <w:rFonts w:eastAsia="Calibri"/>
                <w:b/>
                <w:color w:val="008000"/>
              </w:rPr>
              <w:t>77-78</w:t>
            </w:r>
          </w:p>
          <w:p w:rsidR="00EC782F" w:rsidRPr="00E643E5" w:rsidRDefault="00EC782F" w:rsidP="00EC782F">
            <w:pPr>
              <w:ind w:right="-74"/>
              <w:rPr>
                <w:rFonts w:eastAsia="Calibri"/>
                <w:b/>
                <w:color w:val="008000"/>
              </w:rPr>
            </w:pPr>
            <w:proofErr w:type="spellStart"/>
            <w:r w:rsidRPr="00E643E5">
              <w:rPr>
                <w:rFonts w:eastAsia="Calibri"/>
                <w:b/>
                <w:color w:val="008000"/>
              </w:rPr>
              <w:t>Рр</w:t>
            </w:r>
            <w:proofErr w:type="spellEnd"/>
          </w:p>
        </w:tc>
        <w:tc>
          <w:tcPr>
            <w:tcW w:w="787" w:type="pct"/>
            <w:gridSpan w:val="2"/>
            <w:tcBorders>
              <w:top w:val="single" w:sz="4" w:space="0" w:color="auto"/>
              <w:left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Сочинение-описание по личным наблюдениям</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8000"/>
              </w:rPr>
            </w:pPr>
            <w:proofErr w:type="spellStart"/>
            <w:r w:rsidRPr="00E643E5">
              <w:rPr>
                <w:rFonts w:eastAsia="Calibri"/>
                <w:b/>
                <w:color w:val="008000"/>
              </w:rPr>
              <w:t>Урокразвитияречи</w:t>
            </w:r>
            <w:proofErr w:type="spellEnd"/>
          </w:p>
          <w:p w:rsidR="00EC782F" w:rsidRPr="00E643E5" w:rsidRDefault="00EC782F" w:rsidP="00EC782F">
            <w:pPr>
              <w:rPr>
                <w:rFonts w:eastAsia="Calibri"/>
                <w:b/>
                <w:color w:val="0080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lang w:val="ru-RU"/>
              </w:rPr>
            </w:pPr>
            <w:r w:rsidRPr="00EC782F">
              <w:rPr>
                <w:rFonts w:eastAsia="Calibri"/>
                <w:b/>
                <w:color w:val="008000"/>
                <w:lang w:val="ru-RU"/>
              </w:rPr>
              <w:t>Сочинение-описание по личным впечатлениям</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color w:val="008000"/>
                <w:sz w:val="18"/>
                <w:szCs w:val="18"/>
                <w:lang w:val="ru-RU"/>
              </w:rPr>
            </w:pPr>
            <w:r w:rsidRPr="00EC782F">
              <w:rPr>
                <w:rFonts w:eastAsia="Calibri"/>
                <w:b/>
                <w:color w:val="008000"/>
                <w:sz w:val="18"/>
                <w:szCs w:val="18"/>
                <w:lang w:val="ru-RU"/>
              </w:rPr>
              <w:t xml:space="preserve">Умеют писать сочинение на заданную тему, связно излагать свои мысли. </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right w:val="single" w:sz="4" w:space="0" w:color="auto"/>
            </w:tcBorders>
            <w:vAlign w:val="center"/>
          </w:tcPr>
          <w:p w:rsidR="00EC782F" w:rsidRDefault="00704CD3" w:rsidP="00EC782F">
            <w:pPr>
              <w:rPr>
                <w:rFonts w:eastAsia="Calibri"/>
                <w:sz w:val="18"/>
                <w:szCs w:val="18"/>
                <w:lang w:val="ru-RU"/>
              </w:rPr>
            </w:pPr>
            <w:r>
              <w:rPr>
                <w:rFonts w:eastAsia="Calibri"/>
                <w:sz w:val="18"/>
                <w:szCs w:val="18"/>
                <w:lang w:val="ru-RU"/>
              </w:rPr>
              <w:t>09.12</w:t>
            </w:r>
          </w:p>
          <w:p w:rsidR="00704CD3" w:rsidRPr="00704CD3" w:rsidRDefault="00704CD3" w:rsidP="00EC782F">
            <w:pPr>
              <w:rPr>
                <w:rFonts w:eastAsia="Calibri"/>
                <w:sz w:val="18"/>
                <w:szCs w:val="18"/>
                <w:lang w:val="ru-RU"/>
              </w:rPr>
            </w:pPr>
            <w:r>
              <w:rPr>
                <w:rFonts w:eastAsia="Calibri"/>
                <w:sz w:val="18"/>
                <w:szCs w:val="18"/>
                <w:lang w:val="ru-RU"/>
              </w:rPr>
              <w:t>10.12</w:t>
            </w:r>
          </w:p>
        </w:tc>
        <w:tc>
          <w:tcPr>
            <w:tcW w:w="255" w:type="pct"/>
            <w:gridSpan w:val="2"/>
            <w:tcBorders>
              <w:top w:val="single" w:sz="4" w:space="0" w:color="auto"/>
              <w:left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79-80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643E5">
              <w:rPr>
                <w:rFonts w:eastAsia="Calibri"/>
              </w:rPr>
              <w:t xml:space="preserve">НЕ с </w:t>
            </w:r>
            <w:proofErr w:type="spellStart"/>
            <w:r w:rsidRPr="00E643E5">
              <w:rPr>
                <w:rFonts w:eastAsia="Calibri"/>
              </w:rPr>
              <w:t>сущест-вительными</w:t>
            </w:r>
            <w:proofErr w:type="spellEnd"/>
            <w:r w:rsidRPr="00E643E5">
              <w:rPr>
                <w:rFonts w:eastAsia="Calibri"/>
              </w:rPr>
              <w:t xml:space="preserve">. </w:t>
            </w:r>
          </w:p>
          <w:p w:rsidR="00EC782F" w:rsidRPr="00E643E5" w:rsidRDefault="00EC782F" w:rsidP="00EC782F">
            <w:pPr>
              <w:rPr>
                <w:rFonts w:eastAsia="Calibri"/>
                <w:b/>
                <w:color w:val="17365D"/>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Умение различать </w:t>
            </w:r>
            <w:r w:rsidRPr="00EC782F">
              <w:rPr>
                <w:rFonts w:eastAsia="Calibri"/>
                <w:i/>
                <w:lang w:val="ru-RU"/>
              </w:rPr>
              <w:t>не</w:t>
            </w:r>
            <w:r w:rsidRPr="00EC782F">
              <w:rPr>
                <w:rFonts w:eastAsia="Calibri"/>
                <w:lang w:val="ru-RU"/>
              </w:rPr>
              <w:t xml:space="preserve"> - частицу, приставку, часть корня. Условия выбора слитного и раздельного написания.</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w:t>
            </w:r>
            <w:r>
              <w:rPr>
                <w:rFonts w:eastAsia="Calibri"/>
              </w:rPr>
              <w:t>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Выражают смысл ситуации различными графическими средствами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w:t>
            </w:r>
          </w:p>
          <w:p w:rsidR="00EC782F" w:rsidRPr="00EC782F" w:rsidRDefault="00EC782F" w:rsidP="00EC782F">
            <w:pPr>
              <w:rPr>
                <w:rFonts w:eastAsia="Calibri"/>
                <w:sz w:val="18"/>
                <w:szCs w:val="18"/>
                <w:lang w:val="ru-RU"/>
              </w:rPr>
            </w:pPr>
            <w:r w:rsidRPr="00EC782F">
              <w:rPr>
                <w:rFonts w:eastAsia="Calibri"/>
                <w:sz w:val="18"/>
                <w:szCs w:val="18"/>
                <w:lang w:val="ru-RU"/>
              </w:rPr>
              <w:t>Адекватно используют речевые средства для дискуссии</w:t>
            </w:r>
          </w:p>
          <w:p w:rsidR="00EC782F" w:rsidRPr="00EC782F" w:rsidRDefault="00EC782F" w:rsidP="00EC782F">
            <w:pPr>
              <w:rPr>
                <w:rFonts w:eastAsia="Calibri"/>
                <w:sz w:val="18"/>
                <w:szCs w:val="18"/>
                <w:lang w:val="ru-RU"/>
              </w:rPr>
            </w:pPr>
            <w:r w:rsidRPr="00EC782F">
              <w:rPr>
                <w:rFonts w:eastAsia="Calibri"/>
                <w:sz w:val="18"/>
                <w:szCs w:val="18"/>
                <w:lang w:val="ru-RU"/>
              </w:rPr>
              <w:t xml:space="preserve">Формулируют собственное мнение и позицию, </w:t>
            </w:r>
            <w:proofErr w:type="gramStart"/>
            <w:r w:rsidRPr="00EC782F">
              <w:rPr>
                <w:rFonts w:eastAsia="Calibri"/>
                <w:sz w:val="18"/>
                <w:szCs w:val="18"/>
                <w:lang w:val="ru-RU"/>
              </w:rPr>
              <w:t>про-являют</w:t>
            </w:r>
            <w:proofErr w:type="gramEnd"/>
            <w:r w:rsidRPr="00EC782F">
              <w:rPr>
                <w:rFonts w:eastAsia="Calibri"/>
                <w:sz w:val="18"/>
                <w:szCs w:val="18"/>
                <w:lang w:val="ru-RU"/>
              </w:rPr>
              <w:t xml:space="preserve"> интерес к новому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704CD3" w:rsidP="00EC782F">
            <w:pPr>
              <w:rPr>
                <w:rFonts w:eastAsia="Calibri"/>
                <w:sz w:val="18"/>
                <w:szCs w:val="18"/>
              </w:rPr>
            </w:pPr>
            <w:r>
              <w:rPr>
                <w:rFonts w:eastAsia="Calibri"/>
                <w:sz w:val="18"/>
                <w:szCs w:val="18"/>
                <w:lang w:val="ru-RU"/>
              </w:rPr>
              <w:t>11</w:t>
            </w:r>
            <w:r w:rsidR="00EC782F">
              <w:rPr>
                <w:rFonts w:eastAsia="Calibri"/>
                <w:sz w:val="18"/>
                <w:szCs w:val="18"/>
              </w:rPr>
              <w:t>.12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81-82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lang w:val="ru-RU"/>
              </w:rPr>
            </w:pPr>
            <w:r w:rsidRPr="00EC782F">
              <w:rPr>
                <w:rFonts w:eastAsia="Calibri"/>
                <w:lang w:val="ru-RU"/>
              </w:rPr>
              <w:t xml:space="preserve">Буквы Ч и </w:t>
            </w:r>
            <w:proofErr w:type="gramStart"/>
            <w:r w:rsidRPr="00EC782F">
              <w:rPr>
                <w:rFonts w:eastAsia="Calibri"/>
                <w:lang w:val="ru-RU"/>
              </w:rPr>
              <w:t>Щ</w:t>
            </w:r>
            <w:proofErr w:type="gramEnd"/>
            <w:r w:rsidRPr="00EC782F">
              <w:rPr>
                <w:rFonts w:eastAsia="Calibri"/>
                <w:lang w:val="ru-RU"/>
              </w:rPr>
              <w:t xml:space="preserve"> в суффиксах                 -ЧИК  и -ЩИК.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Суффиксы имен существительных.                          Условия выбора  букв Ч и </w:t>
            </w:r>
            <w:proofErr w:type="gramStart"/>
            <w:r w:rsidRPr="00EC782F">
              <w:rPr>
                <w:rFonts w:eastAsia="Calibri"/>
                <w:lang w:val="ru-RU"/>
              </w:rPr>
              <w:t>Щ</w:t>
            </w:r>
            <w:proofErr w:type="gramEnd"/>
            <w:r w:rsidRPr="00EC782F">
              <w:rPr>
                <w:rFonts w:eastAsia="Calibri"/>
                <w:lang w:val="ru-RU"/>
              </w:rPr>
              <w:t xml:space="preserve"> в суффиксах  -ЧИК  и -ЩИК.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Знают образец рассуждения при выборе орфограмм,  умеют обозначать графически правила.</w:t>
            </w:r>
          </w:p>
          <w:p w:rsidR="00EC782F" w:rsidRPr="00EC782F" w:rsidRDefault="00EC782F" w:rsidP="00EC782F">
            <w:pPr>
              <w:ind w:right="-101"/>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w:t>
            </w:r>
          </w:p>
          <w:p w:rsidR="00EC782F" w:rsidRPr="00EC782F" w:rsidRDefault="00EC782F" w:rsidP="00EC782F">
            <w:pPr>
              <w:rPr>
                <w:rFonts w:eastAsia="Calibri"/>
                <w:sz w:val="18"/>
                <w:szCs w:val="18"/>
                <w:lang w:val="ru-RU"/>
              </w:rPr>
            </w:pPr>
            <w:r w:rsidRPr="00EC782F">
              <w:rPr>
                <w:rFonts w:eastAsia="Calibri"/>
                <w:sz w:val="18"/>
                <w:szCs w:val="18"/>
                <w:lang w:val="ru-RU"/>
              </w:rPr>
              <w:t>Понимают возможность различных точек зрения</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новому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1</w:t>
            </w:r>
            <w:r w:rsidR="00704CD3">
              <w:rPr>
                <w:rFonts w:eastAsia="Calibri"/>
                <w:sz w:val="18"/>
                <w:szCs w:val="18"/>
                <w:lang w:val="ru-RU"/>
              </w:rPr>
              <w:t>4</w:t>
            </w:r>
            <w:r>
              <w:rPr>
                <w:rFonts w:eastAsia="Calibri"/>
                <w:sz w:val="18"/>
                <w:szCs w:val="18"/>
              </w:rPr>
              <w:t>.12</w:t>
            </w:r>
          </w:p>
          <w:p w:rsidR="00704CD3" w:rsidRPr="00704CD3" w:rsidRDefault="00704CD3" w:rsidP="00EC782F">
            <w:pPr>
              <w:rPr>
                <w:rFonts w:eastAsia="Calibri"/>
                <w:sz w:val="18"/>
                <w:szCs w:val="18"/>
                <w:lang w:val="ru-RU"/>
              </w:rPr>
            </w:pPr>
            <w:r>
              <w:rPr>
                <w:rFonts w:eastAsia="Calibri"/>
                <w:sz w:val="18"/>
                <w:szCs w:val="18"/>
                <w:lang w:val="ru-RU"/>
              </w:rPr>
              <w:t>15.12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83-84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Гласные в суффиксах                      - ЕК и -ИК</w:t>
            </w:r>
          </w:p>
          <w:p w:rsidR="00EC782F" w:rsidRPr="00EC782F" w:rsidRDefault="00EC782F" w:rsidP="00EC782F">
            <w:pPr>
              <w:rPr>
                <w:rFonts w:eastAsia="Calibri"/>
                <w:b/>
                <w:color w:val="17365D"/>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Суффиксы имен существительных.                          Условия выбора букв Е и </w:t>
            </w:r>
            <w:proofErr w:type="spellStart"/>
            <w:r w:rsidRPr="00EC782F">
              <w:rPr>
                <w:rFonts w:eastAsia="Calibri"/>
                <w:lang w:val="ru-RU"/>
              </w:rPr>
              <w:t>И</w:t>
            </w:r>
            <w:proofErr w:type="spellEnd"/>
            <w:r w:rsidRPr="00EC782F">
              <w:rPr>
                <w:rFonts w:eastAsia="Calibri"/>
                <w:lang w:val="ru-RU"/>
              </w:rPr>
              <w:t xml:space="preserve"> в </w:t>
            </w:r>
            <w:r w:rsidRPr="00EC782F">
              <w:rPr>
                <w:rFonts w:eastAsia="Calibri"/>
                <w:lang w:val="ru-RU"/>
              </w:rPr>
              <w:lastRenderedPageBreak/>
              <w:t>суффиксах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lastRenderedPageBreak/>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Анализируют условия и требования учебной задачи </w:t>
            </w:r>
          </w:p>
          <w:p w:rsidR="00EC782F" w:rsidRPr="00EC782F" w:rsidRDefault="00EC782F" w:rsidP="00EC782F">
            <w:pPr>
              <w:rPr>
                <w:rFonts w:eastAsia="Calibri"/>
                <w:sz w:val="18"/>
                <w:szCs w:val="18"/>
                <w:lang w:val="ru-RU"/>
              </w:rPr>
            </w:pPr>
            <w:r w:rsidRPr="00EC782F">
              <w:rPr>
                <w:rFonts w:eastAsia="Calibri"/>
                <w:sz w:val="18"/>
                <w:szCs w:val="18"/>
                <w:lang w:val="ru-RU"/>
              </w:rPr>
              <w:t xml:space="preserve">Составляют план и последовательность действий </w:t>
            </w:r>
          </w:p>
          <w:p w:rsidR="00EC782F" w:rsidRPr="00EC782F" w:rsidRDefault="00EC782F" w:rsidP="00EC782F">
            <w:pPr>
              <w:rPr>
                <w:rFonts w:eastAsia="Calibri"/>
                <w:sz w:val="18"/>
                <w:szCs w:val="18"/>
                <w:lang w:val="ru-RU"/>
              </w:rPr>
            </w:pPr>
            <w:r w:rsidRPr="00EC782F">
              <w:rPr>
                <w:rFonts w:eastAsia="Calibri"/>
                <w:sz w:val="18"/>
                <w:szCs w:val="18"/>
                <w:lang w:val="ru-RU"/>
              </w:rPr>
              <w:t>Адекватно используют речевые средства для дискуссии</w:t>
            </w:r>
          </w:p>
          <w:p w:rsidR="00EC782F" w:rsidRPr="00EC782F" w:rsidRDefault="00EC782F" w:rsidP="00EC782F">
            <w:pPr>
              <w:rPr>
                <w:rFonts w:eastAsia="Calibri"/>
                <w:sz w:val="18"/>
                <w:szCs w:val="18"/>
                <w:lang w:val="ru-RU"/>
              </w:rPr>
            </w:pPr>
            <w:r w:rsidRPr="00EC782F">
              <w:rPr>
                <w:rFonts w:eastAsia="Calibri"/>
                <w:sz w:val="18"/>
                <w:szCs w:val="18"/>
                <w:lang w:val="ru-RU"/>
              </w:rPr>
              <w:t>Отвечать на вопросы учителя, товарищей по классу.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704CD3" w:rsidP="00EC782F">
            <w:pPr>
              <w:rPr>
                <w:rFonts w:eastAsia="Calibri"/>
                <w:sz w:val="18"/>
                <w:szCs w:val="18"/>
              </w:rPr>
            </w:pPr>
            <w:r>
              <w:rPr>
                <w:rFonts w:eastAsia="Calibri"/>
                <w:sz w:val="18"/>
                <w:szCs w:val="18"/>
                <w:lang w:val="ru-RU"/>
              </w:rPr>
              <w:t>15</w:t>
            </w:r>
            <w:r w:rsidR="00EC782F">
              <w:rPr>
                <w:rFonts w:eastAsia="Calibri"/>
                <w:sz w:val="18"/>
                <w:szCs w:val="18"/>
              </w:rPr>
              <w:t>.12</w:t>
            </w:r>
          </w:p>
          <w:p w:rsidR="00704CD3" w:rsidRPr="00704CD3" w:rsidRDefault="00704CD3" w:rsidP="00EC782F">
            <w:pPr>
              <w:rPr>
                <w:rFonts w:eastAsia="Calibri"/>
                <w:sz w:val="18"/>
                <w:szCs w:val="18"/>
                <w:lang w:val="ru-RU"/>
              </w:rPr>
            </w:pPr>
            <w:r>
              <w:rPr>
                <w:rFonts w:eastAsia="Calibri"/>
                <w:sz w:val="18"/>
                <w:szCs w:val="18"/>
                <w:lang w:val="ru-RU"/>
              </w:rPr>
              <w:t>16.12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85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color w:val="31849B"/>
                <w:lang w:val="ru-RU"/>
              </w:rPr>
            </w:pPr>
            <w:r w:rsidRPr="00EC782F">
              <w:rPr>
                <w:rFonts w:eastAsia="Calibri"/>
                <w:lang w:val="ru-RU"/>
              </w:rPr>
              <w:t xml:space="preserve">Гласные </w:t>
            </w:r>
            <w:proofErr w:type="gramStart"/>
            <w:r w:rsidRPr="00EC782F">
              <w:rPr>
                <w:rFonts w:eastAsia="Calibri"/>
                <w:lang w:val="ru-RU"/>
              </w:rPr>
              <w:t>О-Е</w:t>
            </w:r>
            <w:proofErr w:type="gramEnd"/>
            <w:r w:rsidRPr="00EC782F">
              <w:rPr>
                <w:rFonts w:eastAsia="Calibri"/>
                <w:lang w:val="ru-RU"/>
              </w:rPr>
              <w:t xml:space="preserve"> после шипящих в суффиксах имен </w:t>
            </w:r>
            <w:proofErr w:type="spellStart"/>
            <w:r w:rsidRPr="00EC782F">
              <w:rPr>
                <w:rFonts w:eastAsia="Calibri"/>
                <w:lang w:val="ru-RU"/>
              </w:rPr>
              <w:t>сущест-вительных</w:t>
            </w:r>
            <w:proofErr w:type="spellEnd"/>
            <w:r w:rsidRPr="00EC782F">
              <w:rPr>
                <w:rFonts w:eastAsia="Calibri"/>
                <w:lang w:val="ru-RU"/>
              </w:rPr>
              <w:t xml:space="preserve">. </w:t>
            </w:r>
          </w:p>
          <w:p w:rsidR="00EC782F" w:rsidRPr="00EC782F" w:rsidRDefault="00EC782F" w:rsidP="00EC782F">
            <w:pPr>
              <w:rPr>
                <w:rFonts w:eastAsia="Calibri"/>
                <w:b/>
                <w:color w:val="17365D"/>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Суффиксы имен существительных.                          Условия выбора гласных </w:t>
            </w:r>
            <w:proofErr w:type="gramStart"/>
            <w:r w:rsidRPr="00EC782F">
              <w:rPr>
                <w:rFonts w:eastAsia="Calibri"/>
                <w:lang w:val="ru-RU"/>
              </w:rPr>
              <w:t>О-Е</w:t>
            </w:r>
            <w:proofErr w:type="gramEnd"/>
            <w:r w:rsidRPr="00EC782F">
              <w:rPr>
                <w:rFonts w:eastAsia="Calibri"/>
                <w:lang w:val="ru-RU"/>
              </w:rPr>
              <w:t xml:space="preserve">  после шипящих в суффиксах и окончаниях имен существительных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Выбирают знаково-символические средства для построения модели</w:t>
            </w:r>
          </w:p>
          <w:p w:rsidR="00EC782F" w:rsidRPr="00EC782F" w:rsidRDefault="00EC782F" w:rsidP="00EC782F">
            <w:pPr>
              <w:ind w:right="-101"/>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и строят действия </w:t>
            </w:r>
          </w:p>
          <w:p w:rsidR="00EC782F" w:rsidRPr="00EC782F" w:rsidRDefault="00EC782F" w:rsidP="00EC782F">
            <w:pPr>
              <w:rPr>
                <w:rFonts w:eastAsia="Calibri"/>
                <w:sz w:val="18"/>
                <w:szCs w:val="18"/>
                <w:lang w:val="ru-RU"/>
              </w:rPr>
            </w:pPr>
            <w:r w:rsidRPr="00EC782F">
              <w:rPr>
                <w:rFonts w:eastAsia="Calibri"/>
                <w:sz w:val="18"/>
                <w:szCs w:val="18"/>
                <w:lang w:val="ru-RU"/>
              </w:rPr>
              <w:t>Обмениваются знаниями между членами группы</w:t>
            </w:r>
          </w:p>
          <w:p w:rsidR="00EC782F" w:rsidRPr="00EC782F" w:rsidRDefault="00EC782F" w:rsidP="00EC782F">
            <w:pPr>
              <w:ind w:right="-102"/>
              <w:rPr>
                <w:rFonts w:eastAsia="Calibri"/>
                <w:sz w:val="18"/>
                <w:szCs w:val="18"/>
                <w:lang w:val="ru-RU"/>
              </w:rPr>
            </w:pPr>
            <w:r w:rsidRPr="00EC782F">
              <w:rPr>
                <w:rFonts w:eastAsia="Calibri"/>
                <w:sz w:val="18"/>
                <w:szCs w:val="18"/>
                <w:lang w:val="ru-RU"/>
              </w:rPr>
              <w:t xml:space="preserve">Определять умения, которые будут сформированы на основе диалога </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704CD3">
              <w:rPr>
                <w:rFonts w:eastAsia="Calibri"/>
                <w:sz w:val="18"/>
                <w:szCs w:val="18"/>
                <w:lang w:val="ru-RU"/>
              </w:rPr>
              <w:t>7</w:t>
            </w:r>
            <w:r>
              <w:rPr>
                <w:rFonts w:eastAsia="Calibri"/>
                <w:sz w:val="18"/>
                <w:szCs w:val="18"/>
              </w:rPr>
              <w:t>.12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rPr>
            </w:pPr>
            <w:r w:rsidRPr="00E643E5">
              <w:rPr>
                <w:rFonts w:eastAsia="Calibri"/>
                <w:b/>
              </w:rPr>
              <w:t>86-87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Повторение и обобщение изученного материала.</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proofErr w:type="spellStart"/>
            <w:r w:rsidRPr="00E643E5">
              <w:rPr>
                <w:rFonts w:eastAsia="Calibri"/>
                <w:b/>
              </w:rPr>
              <w:t>Повторениетемы</w:t>
            </w:r>
            <w:proofErr w:type="spellEnd"/>
            <w:r w:rsidRPr="00E643E5">
              <w:rPr>
                <w:rFonts w:eastAsia="Calibri"/>
                <w:b/>
              </w:rPr>
              <w:t xml:space="preserve"> «</w:t>
            </w:r>
            <w:proofErr w:type="spellStart"/>
            <w:r w:rsidRPr="00E643E5">
              <w:rPr>
                <w:rFonts w:eastAsia="Calibri"/>
                <w:b/>
              </w:rPr>
              <w:t>Имясуществительное</w:t>
            </w:r>
            <w:proofErr w:type="spellEnd"/>
            <w:r w:rsidRPr="00E643E5">
              <w:rPr>
                <w:rFonts w:eastAsia="Calibri"/>
                <w:b/>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r>
              <w:rPr>
                <w:rFonts w:eastAsia="Calibri"/>
                <w:b/>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b/>
                <w:sz w:val="18"/>
                <w:szCs w:val="18"/>
                <w:lang w:val="ru-RU"/>
              </w:rPr>
            </w:pPr>
            <w:r w:rsidRPr="00EC782F">
              <w:rPr>
                <w:rFonts w:eastAsia="Calibri"/>
                <w:b/>
                <w:sz w:val="18"/>
                <w:szCs w:val="18"/>
                <w:lang w:val="ru-RU"/>
              </w:rPr>
              <w:t>Знают условия написания орфограмм,  умеют систематизировать основные правила.</w:t>
            </w:r>
          </w:p>
          <w:p w:rsidR="00EC782F" w:rsidRPr="00EC782F" w:rsidRDefault="00EC782F" w:rsidP="00EC782F">
            <w:pPr>
              <w:rPr>
                <w:rFonts w:eastAsia="Calibri"/>
                <w:b/>
                <w:sz w:val="18"/>
                <w:szCs w:val="18"/>
                <w:lang w:val="ru-RU"/>
              </w:rPr>
            </w:pPr>
            <w:r w:rsidRPr="00EC782F">
              <w:rPr>
                <w:rFonts w:eastAsia="Calibri"/>
                <w:b/>
                <w:sz w:val="18"/>
                <w:szCs w:val="18"/>
                <w:lang w:val="ru-RU"/>
              </w:rPr>
              <w:t>Осознают качество и уровень усвоения, корректируют свою работу.</w:t>
            </w:r>
          </w:p>
          <w:p w:rsidR="00EC782F" w:rsidRPr="00EC782F" w:rsidRDefault="00EC782F" w:rsidP="00EC782F">
            <w:pPr>
              <w:ind w:right="-123"/>
              <w:rPr>
                <w:rFonts w:eastAsia="Calibri"/>
                <w:b/>
                <w:sz w:val="18"/>
                <w:szCs w:val="18"/>
                <w:lang w:val="ru-RU"/>
              </w:rPr>
            </w:pPr>
            <w:r w:rsidRPr="00EC782F">
              <w:rPr>
                <w:rFonts w:eastAsia="Calibri"/>
                <w:b/>
                <w:sz w:val="18"/>
                <w:szCs w:val="18"/>
                <w:lang w:val="ru-RU"/>
              </w:rPr>
              <w:t xml:space="preserve">Аргументируют свою точку зрения </w:t>
            </w:r>
          </w:p>
          <w:p w:rsidR="00EC782F" w:rsidRPr="00EC782F" w:rsidRDefault="00EC782F" w:rsidP="00EC782F">
            <w:pPr>
              <w:ind w:right="-109"/>
              <w:rPr>
                <w:rFonts w:eastAsia="Calibri"/>
                <w:b/>
                <w:sz w:val="18"/>
                <w:szCs w:val="18"/>
                <w:lang w:val="ru-RU"/>
              </w:rPr>
            </w:pPr>
            <w:r w:rsidRPr="00EC782F">
              <w:rPr>
                <w:rFonts w:eastAsia="Calibri"/>
                <w:b/>
                <w:sz w:val="18"/>
                <w:szCs w:val="18"/>
                <w:lang w:val="ru-RU"/>
              </w:rPr>
              <w:t>Формулируют собственное мнение и позицию.</w:t>
            </w:r>
          </w:p>
          <w:p w:rsidR="00EC782F" w:rsidRPr="00EC782F" w:rsidRDefault="00EC782F" w:rsidP="00EC782F">
            <w:pPr>
              <w:rPr>
                <w:rFonts w:eastAsia="Calibri"/>
                <w:b/>
                <w:sz w:val="18"/>
                <w:szCs w:val="18"/>
                <w:lang w:val="ru-RU"/>
              </w:rPr>
            </w:pPr>
          </w:p>
          <w:p w:rsidR="00EC782F" w:rsidRPr="00EC782F" w:rsidRDefault="00EC782F" w:rsidP="00EC782F">
            <w:pPr>
              <w:rPr>
                <w:rFonts w:eastAsia="Calibri"/>
                <w:b/>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1</w:t>
            </w:r>
            <w:r w:rsidR="00704CD3">
              <w:rPr>
                <w:rFonts w:eastAsia="Calibri"/>
                <w:sz w:val="18"/>
                <w:szCs w:val="18"/>
                <w:lang w:val="ru-RU"/>
              </w:rPr>
              <w:t>8</w:t>
            </w:r>
            <w:r>
              <w:rPr>
                <w:rFonts w:eastAsia="Calibri"/>
                <w:sz w:val="18"/>
                <w:szCs w:val="18"/>
              </w:rPr>
              <w:t>.12</w:t>
            </w:r>
          </w:p>
          <w:p w:rsidR="00704CD3" w:rsidRPr="00704CD3" w:rsidRDefault="00704CD3" w:rsidP="00EC782F">
            <w:pPr>
              <w:rPr>
                <w:rFonts w:eastAsia="Calibri"/>
                <w:sz w:val="18"/>
                <w:szCs w:val="18"/>
                <w:lang w:val="ru-RU"/>
              </w:rPr>
            </w:pPr>
            <w:r>
              <w:rPr>
                <w:rFonts w:eastAsia="Calibri"/>
                <w:sz w:val="18"/>
                <w:szCs w:val="18"/>
                <w:lang w:val="ru-RU"/>
              </w:rPr>
              <w:t>21.12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CC0000"/>
              </w:rPr>
            </w:pPr>
            <w:r w:rsidRPr="00E643E5">
              <w:rPr>
                <w:rFonts w:eastAsia="Calibri"/>
                <w:b/>
                <w:color w:val="CC0000"/>
              </w:rPr>
              <w:t>88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sidRPr="00E643E5">
              <w:rPr>
                <w:rFonts w:eastAsia="Calibri"/>
                <w:b/>
                <w:color w:val="CC0000"/>
              </w:rPr>
              <w:t>Контрольныйдиктант</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t>Проверка знаний, умений и навыков по теме «Имя существительное»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vAlign w:val="center"/>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Умеют писать текст под диктовку и выполнять грамматическое задание к нему</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rPr>
                <w:rFonts w:eastAsia="Calibri"/>
                <w:b/>
                <w:color w:val="CC0000"/>
                <w:sz w:val="18"/>
                <w:szCs w:val="18"/>
                <w:lang w:val="ru-RU"/>
              </w:rPr>
            </w:pPr>
          </w:p>
          <w:p w:rsidR="00EC782F" w:rsidRPr="00EC782F" w:rsidRDefault="00EC782F" w:rsidP="00EC782F">
            <w:pPr>
              <w:rPr>
                <w:rFonts w:eastAsia="Calibri"/>
                <w:b/>
                <w:color w:val="CC0000"/>
                <w:sz w:val="18"/>
                <w:szCs w:val="18"/>
                <w:lang w:val="ru-RU"/>
              </w:rPr>
            </w:pP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15"/>
              <w:rPr>
                <w:rFonts w:eastAsia="Calibri"/>
                <w:b/>
                <w:color w:val="CC0000"/>
                <w:sz w:val="18"/>
                <w:szCs w:val="18"/>
                <w:lang w:val="ru-RU"/>
              </w:rPr>
            </w:pPr>
          </w:p>
          <w:p w:rsidR="00EC782F" w:rsidRPr="00EC782F" w:rsidRDefault="00EC782F" w:rsidP="00EC782F">
            <w:pPr>
              <w:ind w:right="-115"/>
              <w:rPr>
                <w:rFonts w:eastAsia="Calibri"/>
                <w:b/>
                <w:color w:val="CC0000"/>
                <w:sz w:val="18"/>
                <w:szCs w:val="18"/>
                <w:lang w:val="ru-RU"/>
              </w:rPr>
            </w:pPr>
          </w:p>
          <w:p w:rsidR="00EC782F" w:rsidRPr="00EC782F" w:rsidRDefault="00EC782F" w:rsidP="00EC782F">
            <w:pPr>
              <w:ind w:right="-115"/>
              <w:rPr>
                <w:rFonts w:eastAsia="Calibri"/>
                <w:b/>
                <w:color w:val="CC0000"/>
                <w:sz w:val="18"/>
                <w:szCs w:val="18"/>
                <w:lang w:val="ru-RU"/>
              </w:rPr>
            </w:pP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704CD3" w:rsidP="00EC782F">
            <w:pPr>
              <w:rPr>
                <w:rFonts w:eastAsia="Calibri"/>
                <w:sz w:val="18"/>
                <w:szCs w:val="18"/>
              </w:rPr>
            </w:pPr>
            <w:r>
              <w:rPr>
                <w:rFonts w:eastAsia="Calibri"/>
                <w:sz w:val="18"/>
                <w:szCs w:val="18"/>
                <w:lang w:val="ru-RU"/>
              </w:rPr>
              <w:t>22</w:t>
            </w:r>
            <w:r w:rsidR="00EC782F">
              <w:rPr>
                <w:rFonts w:eastAsia="Calibri"/>
                <w:sz w:val="18"/>
                <w:szCs w:val="18"/>
              </w:rPr>
              <w:t>.12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89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Умеют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704CD3" w:rsidP="00EC782F">
            <w:pPr>
              <w:rPr>
                <w:rFonts w:eastAsia="Calibri"/>
                <w:sz w:val="18"/>
                <w:szCs w:val="18"/>
              </w:rPr>
            </w:pPr>
            <w:r>
              <w:rPr>
                <w:rFonts w:eastAsia="Calibri"/>
                <w:sz w:val="18"/>
                <w:szCs w:val="18"/>
                <w:lang w:val="ru-RU"/>
              </w:rPr>
              <w:t>22</w:t>
            </w:r>
            <w:r w:rsidR="00EC782F">
              <w:rPr>
                <w:rFonts w:eastAsia="Calibri"/>
                <w:sz w:val="18"/>
                <w:szCs w:val="18"/>
              </w:rPr>
              <w:t>.12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90-91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Повторениеизученного</w:t>
            </w:r>
            <w:proofErr w:type="spellEnd"/>
            <w:r w:rsidRPr="00E643E5">
              <w:rPr>
                <w:rFonts w:eastAsia="Calibri"/>
              </w:rPr>
              <w:t xml:space="preserve"> в 5 </w:t>
            </w:r>
            <w:proofErr w:type="spellStart"/>
            <w:r w:rsidRPr="00E643E5">
              <w:rPr>
                <w:rFonts w:eastAsia="Calibri"/>
              </w:rPr>
              <w:t>классе</w:t>
            </w:r>
            <w:proofErr w:type="spellEnd"/>
            <w:r w:rsidRPr="00E643E5">
              <w:rPr>
                <w:rFonts w:eastAsia="Calibri"/>
              </w:rPr>
              <w:t xml:space="preserve">.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44"/>
              <w:rPr>
                <w:rFonts w:eastAsia="Calibri"/>
                <w:lang w:val="ru-RU"/>
              </w:rPr>
            </w:pPr>
            <w:proofErr w:type="gramStart"/>
            <w:r w:rsidRPr="00EC782F">
              <w:rPr>
                <w:rFonts w:eastAsia="Calibri"/>
                <w:lang w:val="ru-RU"/>
              </w:rPr>
              <w:t>Систематизация изученного об  имени прилагательном</w:t>
            </w:r>
            <w:proofErr w:type="gram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признаки прилагательного, уметь находить их в тексте.</w:t>
            </w:r>
          </w:p>
          <w:p w:rsidR="00EC782F" w:rsidRPr="00EC782F" w:rsidRDefault="00EC782F" w:rsidP="00EC782F">
            <w:pPr>
              <w:rPr>
                <w:rFonts w:eastAsia="Calibri"/>
                <w:sz w:val="18"/>
                <w:szCs w:val="18"/>
                <w:lang w:val="ru-RU"/>
              </w:rPr>
            </w:pPr>
            <w:r w:rsidRPr="00EC782F">
              <w:rPr>
                <w:rFonts w:eastAsia="Calibri"/>
                <w:sz w:val="18"/>
                <w:szCs w:val="18"/>
                <w:lang w:val="ru-RU"/>
              </w:rPr>
              <w:t xml:space="preserve">Проводят анализ способов решения </w:t>
            </w:r>
          </w:p>
          <w:p w:rsidR="00EC782F" w:rsidRPr="00EC782F" w:rsidRDefault="00EC782F" w:rsidP="00EC782F">
            <w:pPr>
              <w:ind w:right="-248"/>
              <w:rPr>
                <w:rFonts w:eastAsia="Calibri"/>
                <w:sz w:val="18"/>
                <w:szCs w:val="18"/>
                <w:lang w:val="ru-RU"/>
              </w:rPr>
            </w:pPr>
            <w:r w:rsidRPr="00EC782F">
              <w:rPr>
                <w:rFonts w:eastAsia="Calibri"/>
                <w:sz w:val="18"/>
                <w:szCs w:val="18"/>
                <w:lang w:val="ru-RU"/>
              </w:rPr>
              <w:t xml:space="preserve">Составляют план и последовательность действий </w:t>
            </w:r>
          </w:p>
          <w:p w:rsidR="00EC782F" w:rsidRPr="000F064F" w:rsidRDefault="00EC782F" w:rsidP="00EC782F">
            <w:pPr>
              <w:rPr>
                <w:rFonts w:eastAsia="Calibri"/>
                <w:sz w:val="18"/>
                <w:szCs w:val="18"/>
              </w:rPr>
            </w:pPr>
            <w:proofErr w:type="spellStart"/>
            <w:r w:rsidRPr="000F064F">
              <w:rPr>
                <w:rFonts w:eastAsia="Calibri"/>
                <w:sz w:val="18"/>
                <w:szCs w:val="18"/>
              </w:rPr>
              <w:t>Освоениеличностногосмыслаучения</w:t>
            </w:r>
            <w:proofErr w:type="spellEnd"/>
            <w:r w:rsidRPr="000F064F">
              <w:rPr>
                <w:rFonts w:eastAsia="Calibri"/>
                <w:sz w:val="18"/>
                <w:szCs w:val="18"/>
              </w:rPr>
              <w:t>.</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 xml:space="preserve"> 23.12</w:t>
            </w:r>
          </w:p>
          <w:p w:rsidR="00704CD3" w:rsidRPr="00704CD3" w:rsidRDefault="00704CD3" w:rsidP="00EC782F">
            <w:pPr>
              <w:rPr>
                <w:rFonts w:eastAsia="Calibri"/>
                <w:sz w:val="18"/>
                <w:szCs w:val="18"/>
                <w:lang w:val="ru-RU"/>
              </w:rPr>
            </w:pPr>
            <w:r>
              <w:rPr>
                <w:rFonts w:eastAsia="Calibri"/>
                <w:sz w:val="18"/>
                <w:szCs w:val="18"/>
                <w:lang w:val="ru-RU"/>
              </w:rPr>
              <w:t>24.12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b/>
                <w:color w:val="006600"/>
              </w:rPr>
              <w:t>92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Сочинение-описаниеприроды</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Сочинение-описание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b/>
                <w:color w:val="006600"/>
                <w:sz w:val="18"/>
                <w:szCs w:val="18"/>
                <w:lang w:val="ru-RU"/>
              </w:rPr>
              <w:t>Знать об описании как о типе речи,  уметь подбирать рабочий материал.</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lastRenderedPageBreak/>
              <w:t>2</w:t>
            </w:r>
            <w:r w:rsidR="00704CD3">
              <w:rPr>
                <w:rFonts w:eastAsia="Calibri"/>
                <w:sz w:val="18"/>
                <w:szCs w:val="18"/>
                <w:lang w:val="ru-RU"/>
              </w:rPr>
              <w:t>5</w:t>
            </w:r>
            <w:r>
              <w:rPr>
                <w:rFonts w:eastAsia="Calibri"/>
                <w:sz w:val="18"/>
                <w:szCs w:val="18"/>
              </w:rPr>
              <w:t>.12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93-94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b/>
                <w:color w:val="006600"/>
              </w:rPr>
            </w:pPr>
            <w:proofErr w:type="spellStart"/>
            <w:r w:rsidRPr="00E643E5">
              <w:rPr>
                <w:rFonts w:eastAsia="Calibri"/>
              </w:rPr>
              <w:t>Степенисравненияименприлагательных</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Способы образования степеней сравнения имен прилагательных. Употребление их в речи. Таблица степеней сравнения прилагательных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sz w:val="18"/>
                <w:szCs w:val="18"/>
                <w:lang w:val="ru-RU"/>
              </w:rPr>
            </w:pPr>
            <w:r w:rsidRPr="00EC782F">
              <w:rPr>
                <w:rFonts w:eastAsia="Calibri"/>
                <w:sz w:val="18"/>
                <w:szCs w:val="18"/>
                <w:lang w:val="ru-RU"/>
              </w:rPr>
              <w:t>Знать о формах степеней сравнения,  уметь заполнять таблицу, находить их в тексте.</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 xml:space="preserve">Формулируют собственное мнение, </w:t>
            </w:r>
            <w:proofErr w:type="gramStart"/>
            <w:r w:rsidRPr="00EC782F">
              <w:rPr>
                <w:rFonts w:eastAsia="Calibri"/>
                <w:sz w:val="18"/>
                <w:szCs w:val="18"/>
                <w:lang w:val="ru-RU"/>
              </w:rPr>
              <w:t>про-являют</w:t>
            </w:r>
            <w:proofErr w:type="gramEnd"/>
            <w:r w:rsidRPr="00EC782F">
              <w:rPr>
                <w:rFonts w:eastAsia="Calibri"/>
                <w:sz w:val="18"/>
                <w:szCs w:val="18"/>
                <w:lang w:val="ru-RU"/>
              </w:rPr>
              <w:t xml:space="preserve"> интерес к новому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704CD3" w:rsidP="00EC782F">
            <w:pPr>
              <w:rPr>
                <w:rFonts w:eastAsia="Calibri"/>
                <w:sz w:val="18"/>
                <w:szCs w:val="18"/>
              </w:rPr>
            </w:pPr>
            <w:r>
              <w:rPr>
                <w:rFonts w:eastAsia="Calibri"/>
                <w:sz w:val="18"/>
                <w:szCs w:val="18"/>
                <w:lang w:val="ru-RU"/>
              </w:rPr>
              <w:t>28</w:t>
            </w:r>
            <w:r w:rsidR="00EC782F">
              <w:rPr>
                <w:rFonts w:eastAsia="Calibri"/>
                <w:sz w:val="18"/>
                <w:szCs w:val="18"/>
              </w:rPr>
              <w:t>.12</w:t>
            </w:r>
          </w:p>
          <w:p w:rsidR="00704CD3" w:rsidRPr="00704CD3" w:rsidRDefault="00704CD3" w:rsidP="00EC782F">
            <w:pPr>
              <w:rPr>
                <w:rFonts w:eastAsia="Calibri"/>
                <w:sz w:val="18"/>
                <w:szCs w:val="18"/>
                <w:lang w:val="ru-RU"/>
              </w:rPr>
            </w:pPr>
            <w:r>
              <w:rPr>
                <w:rFonts w:eastAsia="Calibri"/>
                <w:sz w:val="18"/>
                <w:szCs w:val="18"/>
                <w:lang w:val="ru-RU"/>
              </w:rPr>
              <w:t>29.12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95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8"/>
              <w:rPr>
                <w:rFonts w:eastAsia="Calibri"/>
                <w:lang w:val="ru-RU"/>
              </w:rPr>
            </w:pPr>
            <w:r w:rsidRPr="00EC782F">
              <w:rPr>
                <w:rFonts w:eastAsia="Calibri"/>
                <w:lang w:val="ru-RU"/>
              </w:rPr>
              <w:t xml:space="preserve">Разряды имен прилагательных. </w:t>
            </w:r>
          </w:p>
          <w:p w:rsidR="00EC782F" w:rsidRPr="00EC782F" w:rsidRDefault="00EC782F" w:rsidP="00EC782F">
            <w:pPr>
              <w:ind w:right="-128"/>
              <w:rPr>
                <w:rFonts w:eastAsia="Calibri"/>
                <w:lang w:val="ru-RU"/>
              </w:rPr>
            </w:pPr>
            <w:r w:rsidRPr="00EC782F">
              <w:rPr>
                <w:rFonts w:eastAsia="Calibri"/>
                <w:lang w:val="ru-RU"/>
              </w:rPr>
              <w:t>Качественные прилагательные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Разряды по значению. Значение, грамматические признаки и правописание качественных имен прилагательных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Уметь различать разряд прилагательных по значению</w:t>
            </w:r>
          </w:p>
          <w:p w:rsidR="00EC782F" w:rsidRPr="00EC782F" w:rsidRDefault="00EC782F" w:rsidP="00EC782F">
            <w:pPr>
              <w:rPr>
                <w:rFonts w:eastAsia="Calibri"/>
                <w:sz w:val="18"/>
                <w:szCs w:val="18"/>
                <w:lang w:val="ru-RU"/>
              </w:rPr>
            </w:pPr>
            <w:r w:rsidRPr="00EC782F">
              <w:rPr>
                <w:rFonts w:eastAsia="Calibri"/>
                <w:sz w:val="18"/>
                <w:szCs w:val="18"/>
                <w:lang w:val="ru-RU"/>
              </w:rPr>
              <w:t xml:space="preserve">Выбирают, сопоставляют и обосновывают способы решения учебной задачи </w:t>
            </w:r>
          </w:p>
          <w:p w:rsidR="00EC782F" w:rsidRPr="00EC782F" w:rsidRDefault="00EC782F" w:rsidP="00EC782F">
            <w:pPr>
              <w:rPr>
                <w:rFonts w:eastAsia="Calibri"/>
                <w:sz w:val="18"/>
                <w:szCs w:val="18"/>
                <w:lang w:val="ru-RU"/>
              </w:rPr>
            </w:pPr>
            <w:r w:rsidRPr="00EC782F">
              <w:rPr>
                <w:rFonts w:eastAsia="Calibri"/>
                <w:sz w:val="18"/>
                <w:szCs w:val="18"/>
                <w:lang w:val="ru-RU"/>
              </w:rPr>
              <w:t xml:space="preserve">Принимают познавательную цель </w:t>
            </w:r>
          </w:p>
          <w:p w:rsidR="00EC782F" w:rsidRPr="00EC782F" w:rsidRDefault="00EC782F" w:rsidP="00EC782F">
            <w:pPr>
              <w:ind w:right="-102"/>
              <w:rPr>
                <w:rFonts w:eastAsia="Calibri"/>
                <w:sz w:val="18"/>
                <w:szCs w:val="18"/>
                <w:lang w:val="ru-RU"/>
              </w:rPr>
            </w:pPr>
            <w:r w:rsidRPr="00EC782F">
              <w:rPr>
                <w:rFonts w:eastAsia="Calibri"/>
                <w:sz w:val="18"/>
                <w:szCs w:val="18"/>
                <w:lang w:val="ru-RU"/>
              </w:rPr>
              <w:t xml:space="preserve">Определять умения, которые будут сформированы на основе изучения раздела. </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704CD3">
              <w:rPr>
                <w:rFonts w:eastAsia="Calibri"/>
                <w:sz w:val="18"/>
                <w:szCs w:val="18"/>
                <w:lang w:val="ru-RU"/>
              </w:rPr>
              <w:t>9</w:t>
            </w:r>
            <w:r>
              <w:rPr>
                <w:rFonts w:eastAsia="Calibri"/>
                <w:sz w:val="18"/>
                <w:szCs w:val="18"/>
              </w:rPr>
              <w:t>.12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96</w:t>
            </w:r>
          </w:p>
        </w:tc>
        <w:tc>
          <w:tcPr>
            <w:tcW w:w="787"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28"/>
              <w:rPr>
                <w:rFonts w:eastAsia="Calibri"/>
              </w:rPr>
            </w:pPr>
            <w:proofErr w:type="spellStart"/>
            <w:r w:rsidRPr="00E643E5">
              <w:rPr>
                <w:rFonts w:eastAsia="Calibri"/>
              </w:rPr>
              <w:t>Относительныеприлагательные</w:t>
            </w:r>
            <w:proofErr w:type="spellEnd"/>
          </w:p>
          <w:p w:rsidR="00704CD3" w:rsidRDefault="00704CD3" w:rsidP="00EC782F">
            <w:pPr>
              <w:ind w:right="-128"/>
              <w:rPr>
                <w:rFonts w:eastAsia="Calibri"/>
              </w:rPr>
            </w:pPr>
          </w:p>
          <w:p w:rsidR="00704CD3" w:rsidRDefault="00704CD3" w:rsidP="00EC782F">
            <w:pPr>
              <w:ind w:right="-128"/>
              <w:rPr>
                <w:rFonts w:eastAsia="Calibri"/>
              </w:rPr>
            </w:pPr>
          </w:p>
          <w:p w:rsidR="00704CD3" w:rsidRDefault="00704CD3" w:rsidP="00EC782F">
            <w:pPr>
              <w:ind w:right="-128"/>
              <w:rPr>
                <w:rFonts w:eastAsia="Calibri"/>
              </w:rPr>
            </w:pPr>
          </w:p>
          <w:p w:rsidR="00704CD3" w:rsidRPr="00704CD3" w:rsidRDefault="00704CD3" w:rsidP="00EC782F">
            <w:pPr>
              <w:ind w:right="-128"/>
              <w:rPr>
                <w:rFonts w:eastAsia="Calibri"/>
                <w:b/>
                <w:bCs/>
                <w:sz w:val="28"/>
                <w:szCs w:val="28"/>
                <w:lang w:val="ru-RU"/>
              </w:rPr>
            </w:pPr>
            <w:r w:rsidRPr="00704CD3">
              <w:rPr>
                <w:rFonts w:eastAsia="Calibri"/>
                <w:b/>
                <w:bCs/>
                <w:sz w:val="28"/>
                <w:szCs w:val="28"/>
                <w:lang w:val="ru-RU"/>
              </w:rPr>
              <w:t>3 четверть</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Значение, грамматические признаки и правописание относительных имен прилагательных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Уметь различать разряд прилагательных по значению</w:t>
            </w:r>
          </w:p>
          <w:p w:rsidR="00EC782F" w:rsidRPr="00EC782F" w:rsidRDefault="00EC782F" w:rsidP="00EC782F">
            <w:pPr>
              <w:ind w:right="-101"/>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и строят действия </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в письменной форме</w:t>
            </w:r>
          </w:p>
          <w:p w:rsidR="00EC782F" w:rsidRPr="000F064F" w:rsidRDefault="00EC782F" w:rsidP="00EC782F">
            <w:pPr>
              <w:rPr>
                <w:rFonts w:eastAsia="Calibri"/>
                <w:sz w:val="18"/>
                <w:szCs w:val="18"/>
              </w:rPr>
            </w:pPr>
            <w:proofErr w:type="spellStart"/>
            <w:r w:rsidRPr="000F064F">
              <w:rPr>
                <w:rFonts w:eastAsia="Calibri"/>
                <w:sz w:val="18"/>
                <w:szCs w:val="18"/>
              </w:rPr>
              <w:t>Определятькругсвоегонезнания</w:t>
            </w:r>
            <w:proofErr w:type="spellEnd"/>
            <w:r w:rsidRPr="000F064F">
              <w:rPr>
                <w:rFonts w:eastAsia="Calibri"/>
                <w:sz w:val="18"/>
                <w:szCs w:val="18"/>
              </w:rPr>
              <w:t>.</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704CD3" w:rsidRDefault="00704CD3" w:rsidP="00EC782F">
            <w:pPr>
              <w:rPr>
                <w:rFonts w:eastAsia="Calibri"/>
                <w:sz w:val="18"/>
                <w:szCs w:val="18"/>
                <w:lang w:val="ru-RU"/>
              </w:rPr>
            </w:pPr>
            <w:r>
              <w:rPr>
                <w:rFonts w:eastAsia="Calibri"/>
                <w:sz w:val="18"/>
                <w:szCs w:val="18"/>
                <w:lang w:val="ru-RU"/>
              </w:rPr>
              <w:t>30.12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97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Притяжательныеприлагательные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Значение, грамматические признаки и правописание притяжательных имен прилагательных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три разряда имен прилагательных,  уметь различать их по значению.</w:t>
            </w:r>
          </w:p>
          <w:p w:rsidR="00EC782F" w:rsidRPr="00EC782F" w:rsidRDefault="00EC782F" w:rsidP="00EC782F">
            <w:pPr>
              <w:rPr>
                <w:rFonts w:eastAsia="Calibri"/>
                <w:sz w:val="18"/>
                <w:szCs w:val="18"/>
                <w:lang w:val="ru-RU"/>
              </w:rPr>
            </w:pPr>
            <w:r w:rsidRPr="00EC782F">
              <w:rPr>
                <w:rFonts w:eastAsia="Calibri"/>
                <w:sz w:val="18"/>
                <w:szCs w:val="18"/>
                <w:lang w:val="ru-RU"/>
              </w:rPr>
              <w:t>Применяют методы информационного поиска</w:t>
            </w:r>
          </w:p>
          <w:p w:rsidR="00EC782F" w:rsidRPr="00EC782F" w:rsidRDefault="00EC782F" w:rsidP="00EC782F">
            <w:pPr>
              <w:rPr>
                <w:rFonts w:eastAsia="Calibri"/>
                <w:sz w:val="18"/>
                <w:szCs w:val="18"/>
                <w:lang w:val="ru-RU"/>
              </w:rPr>
            </w:pPr>
            <w:r w:rsidRPr="00EC782F">
              <w:rPr>
                <w:rFonts w:eastAsia="Calibri"/>
                <w:sz w:val="18"/>
                <w:szCs w:val="18"/>
                <w:lang w:val="ru-RU"/>
              </w:rPr>
              <w:t>Адекватно используют речевые средства для дискуссии</w:t>
            </w:r>
          </w:p>
          <w:p w:rsidR="00EC782F" w:rsidRPr="000F064F" w:rsidRDefault="00EC782F" w:rsidP="00EC782F">
            <w:pPr>
              <w:rPr>
                <w:rFonts w:eastAsia="Calibri"/>
                <w:sz w:val="18"/>
                <w:szCs w:val="18"/>
              </w:rPr>
            </w:pPr>
            <w:proofErr w:type="spellStart"/>
            <w:r w:rsidRPr="000F064F">
              <w:rPr>
                <w:rFonts w:eastAsia="Calibri"/>
                <w:sz w:val="18"/>
                <w:szCs w:val="18"/>
              </w:rPr>
              <w:t>Формулируютсобственноемнение</w:t>
            </w:r>
            <w:proofErr w:type="spellEnd"/>
            <w:r w:rsidRPr="000F064F">
              <w:rPr>
                <w:rFonts w:eastAsia="Calibri"/>
                <w:sz w:val="18"/>
                <w:szCs w:val="18"/>
              </w:rPr>
              <w:t xml:space="preserve"> и </w:t>
            </w:r>
            <w:proofErr w:type="spellStart"/>
            <w:r w:rsidRPr="000F064F">
              <w:rPr>
                <w:rFonts w:eastAsia="Calibri"/>
                <w:sz w:val="18"/>
                <w:szCs w:val="18"/>
              </w:rPr>
              <w:t>позицию</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1</w:t>
            </w:r>
            <w:r>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b/>
                <w:color w:val="006600"/>
              </w:rPr>
              <w:t>98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lang w:val="ru-RU"/>
              </w:rPr>
            </w:pPr>
            <w:r w:rsidRPr="00EC782F">
              <w:rPr>
                <w:rFonts w:eastAsia="Calibri"/>
                <w:b/>
                <w:color w:val="006600"/>
                <w:lang w:val="ru-RU"/>
              </w:rPr>
              <w:t xml:space="preserve">Выборочное изложение по повести </w:t>
            </w:r>
            <w:r w:rsidRPr="00EC782F">
              <w:rPr>
                <w:rFonts w:eastAsia="Calibri"/>
                <w:b/>
                <w:color w:val="006600"/>
                <w:lang w:val="ru-RU"/>
              </w:rPr>
              <w:lastRenderedPageBreak/>
              <w:t>А.С.Пушкина</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lastRenderedPageBreak/>
              <w:t>Урокразвитияречи</w:t>
            </w:r>
            <w:proofErr w:type="spellEnd"/>
            <w:r w:rsidRPr="00E643E5">
              <w:rPr>
                <w:rFonts w:eastAsia="Calibri"/>
                <w:b/>
                <w:color w:val="006600"/>
              </w:rPr>
              <w:t>.</w:t>
            </w:r>
          </w:p>
          <w:p w:rsidR="00EC782F" w:rsidRPr="00E643E5" w:rsidRDefault="00EC782F" w:rsidP="00EC782F">
            <w:pPr>
              <w:rPr>
                <w:rFonts w:eastAsia="Calibri"/>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Изложение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sz w:val="18"/>
                <w:szCs w:val="18"/>
                <w:lang w:val="ru-RU"/>
              </w:rPr>
            </w:pPr>
            <w:r w:rsidRPr="00EC782F">
              <w:rPr>
                <w:rFonts w:eastAsia="Calibri"/>
                <w:b/>
                <w:color w:val="006600"/>
                <w:sz w:val="18"/>
                <w:szCs w:val="18"/>
                <w:lang w:val="ru-RU"/>
              </w:rPr>
              <w:t>Знать приемы выборочного</w:t>
            </w:r>
          </w:p>
          <w:p w:rsidR="00EC782F" w:rsidRPr="00EC782F" w:rsidRDefault="00EC782F" w:rsidP="00EC782F">
            <w:pPr>
              <w:rPr>
                <w:rFonts w:eastAsia="Calibri"/>
                <w:sz w:val="18"/>
                <w:szCs w:val="18"/>
                <w:lang w:val="ru-RU"/>
              </w:rPr>
            </w:pPr>
            <w:r w:rsidRPr="00EC782F">
              <w:rPr>
                <w:rFonts w:eastAsia="Calibri"/>
                <w:b/>
                <w:color w:val="006600"/>
                <w:sz w:val="18"/>
                <w:szCs w:val="18"/>
                <w:lang w:val="ru-RU"/>
              </w:rPr>
              <w:t xml:space="preserve">изложения. уметь создавать связный текст. </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lastRenderedPageBreak/>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lastRenderedPageBreak/>
              <w:t>1</w:t>
            </w:r>
            <w:r w:rsidR="00DB16C4">
              <w:rPr>
                <w:rFonts w:eastAsia="Calibri"/>
                <w:sz w:val="18"/>
                <w:szCs w:val="18"/>
                <w:lang w:val="ru-RU"/>
              </w:rPr>
              <w:t>2</w:t>
            </w:r>
            <w:r>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99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proofErr w:type="spellStart"/>
            <w:r w:rsidRPr="00E643E5">
              <w:rPr>
                <w:rFonts w:eastAsia="Calibri"/>
              </w:rPr>
              <w:t>Морфологическийразборимениприлагательного</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Схемаразбораприлагательного</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Морфологическийразбор</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план разбора, уметь разбирать прилагательные устно и письменно.</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0F064F" w:rsidRDefault="00EC782F" w:rsidP="00EC782F">
            <w:pPr>
              <w:rPr>
                <w:rFonts w:eastAsia="Calibri"/>
                <w:sz w:val="18"/>
                <w:szCs w:val="18"/>
              </w:rPr>
            </w:pPr>
            <w:proofErr w:type="spellStart"/>
            <w:r w:rsidRPr="000F064F">
              <w:rPr>
                <w:rFonts w:eastAsia="Calibri"/>
                <w:sz w:val="18"/>
                <w:szCs w:val="18"/>
              </w:rPr>
              <w:t>Формулируютсобственноемнение</w:t>
            </w:r>
            <w:proofErr w:type="spellEnd"/>
            <w:r w:rsidRPr="000F064F">
              <w:rPr>
                <w:rFonts w:eastAsia="Calibri"/>
                <w:sz w:val="18"/>
                <w:szCs w:val="18"/>
              </w:rPr>
              <w:t xml:space="preserve"> и </w:t>
            </w:r>
            <w:proofErr w:type="spellStart"/>
            <w:r w:rsidRPr="000F064F">
              <w:rPr>
                <w:rFonts w:eastAsia="Calibri"/>
                <w:sz w:val="18"/>
                <w:szCs w:val="18"/>
              </w:rPr>
              <w:t>позицию</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2</w:t>
            </w:r>
            <w:r>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100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244"/>
              <w:rPr>
                <w:rFonts w:eastAsia="Calibri"/>
              </w:rPr>
            </w:pPr>
            <w:r w:rsidRPr="00E643E5">
              <w:rPr>
                <w:rFonts w:eastAsia="Calibri"/>
              </w:rPr>
              <w:t xml:space="preserve">НЕ с </w:t>
            </w:r>
            <w:proofErr w:type="spellStart"/>
            <w:r w:rsidRPr="00E643E5">
              <w:rPr>
                <w:rFonts w:eastAsia="Calibri"/>
              </w:rPr>
              <w:t>прилагательными</w:t>
            </w:r>
            <w:proofErr w:type="spellEnd"/>
            <w:r w:rsidRPr="00E643E5">
              <w:rPr>
                <w:rFonts w:eastAsia="Calibri"/>
              </w:rPr>
              <w:t>.</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lang w:val="ru-RU"/>
              </w:rPr>
            </w:pPr>
            <w:r w:rsidRPr="00EC782F">
              <w:rPr>
                <w:rFonts w:eastAsia="Calibri"/>
                <w:lang w:val="ru-RU"/>
              </w:rPr>
              <w:t xml:space="preserve">Умение отличать </w:t>
            </w:r>
            <w:r w:rsidRPr="00EC782F">
              <w:rPr>
                <w:rFonts w:eastAsia="Calibri"/>
                <w:i/>
                <w:lang w:val="ru-RU"/>
              </w:rPr>
              <w:t>не</w:t>
            </w:r>
            <w:r w:rsidRPr="00EC782F">
              <w:rPr>
                <w:rFonts w:eastAsia="Calibri"/>
                <w:lang w:val="ru-RU"/>
              </w:rPr>
              <w:t xml:space="preserve">- частицу, приставку, часть корня. Условия слитного и раздельного написания </w:t>
            </w:r>
            <w:r w:rsidRPr="00EC782F">
              <w:rPr>
                <w:rFonts w:eastAsia="Calibri"/>
                <w:i/>
                <w:lang w:val="ru-RU"/>
              </w:rPr>
              <w:t>не</w:t>
            </w:r>
            <w:r w:rsidRPr="00EC782F">
              <w:rPr>
                <w:rFonts w:eastAsia="Calibri"/>
                <w:lang w:val="ru-RU"/>
              </w:rPr>
              <w:t xml:space="preserve"> с прилагательными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правило слитного и раздельного написания, уметь правильно делать выбор написания.</w:t>
            </w:r>
          </w:p>
          <w:p w:rsidR="00EC782F" w:rsidRPr="00EC782F" w:rsidRDefault="00EC782F" w:rsidP="00EC782F">
            <w:pPr>
              <w:ind w:right="-101"/>
              <w:rPr>
                <w:rFonts w:eastAsia="Calibri"/>
                <w:sz w:val="18"/>
                <w:szCs w:val="18"/>
                <w:lang w:val="ru-RU"/>
              </w:rPr>
            </w:pPr>
            <w:r w:rsidRPr="00EC782F">
              <w:rPr>
                <w:rFonts w:eastAsia="Calibri"/>
                <w:sz w:val="18"/>
                <w:szCs w:val="18"/>
                <w:lang w:val="ru-RU"/>
              </w:rPr>
              <w:t xml:space="preserve">Принимают познавательную цель, сохраняют ее при выполнении учебных действий </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готовность к обсуждению разных точек зрения</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новому учебному материалу.</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3</w:t>
            </w:r>
            <w:r>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101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95"/>
              <w:rPr>
                <w:rFonts w:eastAsia="Calibri"/>
                <w:lang w:val="ru-RU"/>
              </w:rPr>
            </w:pPr>
            <w:r w:rsidRPr="00EC782F">
              <w:rPr>
                <w:rFonts w:eastAsia="Calibri"/>
                <w:lang w:val="ru-RU"/>
              </w:rPr>
              <w:t>Слитное и раздельное написание НЕ с прилагательными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Правописание</w:t>
            </w:r>
            <w:proofErr w:type="spellEnd"/>
            <w:r w:rsidRPr="00E643E5">
              <w:rPr>
                <w:rFonts w:eastAsia="Calibri"/>
              </w:rPr>
              <w:t xml:space="preserve"> НЕ с </w:t>
            </w:r>
            <w:proofErr w:type="spellStart"/>
            <w:r w:rsidRPr="00E643E5">
              <w:rPr>
                <w:rFonts w:eastAsia="Calibri"/>
              </w:rPr>
              <w:t>прилагательными</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правило слитного и раздельного написания</w:t>
            </w:r>
          </w:p>
          <w:p w:rsidR="00EC782F" w:rsidRPr="00EC782F" w:rsidRDefault="00EC782F" w:rsidP="00EC782F">
            <w:pPr>
              <w:ind w:right="-158"/>
              <w:rPr>
                <w:rFonts w:eastAsia="Calibri"/>
                <w:sz w:val="18"/>
                <w:szCs w:val="18"/>
                <w:lang w:val="ru-RU"/>
              </w:rPr>
            </w:pPr>
            <w:r w:rsidRPr="00EC782F">
              <w:rPr>
                <w:rFonts w:eastAsia="Calibri"/>
                <w:sz w:val="18"/>
                <w:szCs w:val="18"/>
                <w:lang w:val="ru-RU"/>
              </w:rPr>
              <w:t>Самостоятельно формулируют познавательную цель и задачи</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конкретные  объекты</w:t>
            </w:r>
          </w:p>
          <w:p w:rsidR="00EC782F" w:rsidRPr="00EC782F" w:rsidRDefault="00EC782F" w:rsidP="00EC782F">
            <w:pPr>
              <w:rPr>
                <w:rFonts w:eastAsia="Calibri"/>
                <w:sz w:val="18"/>
                <w:szCs w:val="18"/>
                <w:lang w:val="ru-RU"/>
              </w:rPr>
            </w:pPr>
            <w:r w:rsidRPr="00EC782F">
              <w:rPr>
                <w:rFonts w:eastAsia="Calibri"/>
                <w:sz w:val="18"/>
                <w:szCs w:val="18"/>
                <w:lang w:val="ru-RU"/>
              </w:rPr>
              <w:t xml:space="preserve">Формулируют собственное мнение </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4</w:t>
            </w:r>
            <w:r>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102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sidRPr="00E643E5">
              <w:rPr>
                <w:rFonts w:eastAsia="Calibri"/>
                <w:b/>
                <w:color w:val="CC0000"/>
              </w:rPr>
              <w:t>Контрольныйдиктант</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t>Проверка знаний, умений и навыков по теме «Имя прилагательное»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vAlign w:val="center"/>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Умеют писать текст под диктовку и выполнять грамматическое задание к нему</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15</w:t>
            </w:r>
            <w:r w:rsidR="00EC782F">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103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Слитное и раздельное написание НЕ с прилагательными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Умение отличать </w:t>
            </w:r>
            <w:r w:rsidRPr="00EC782F">
              <w:rPr>
                <w:rFonts w:eastAsia="Calibri"/>
                <w:i/>
                <w:lang w:val="ru-RU"/>
              </w:rPr>
              <w:t>не</w:t>
            </w:r>
            <w:r w:rsidRPr="00EC782F">
              <w:rPr>
                <w:rFonts w:eastAsia="Calibri"/>
                <w:lang w:val="ru-RU"/>
              </w:rPr>
              <w:t xml:space="preserve">- частицу, приставку, часть корня. Условия слитного и раздельного написания </w:t>
            </w:r>
            <w:r w:rsidRPr="00EC782F">
              <w:rPr>
                <w:rFonts w:eastAsia="Calibri"/>
                <w:i/>
                <w:lang w:val="ru-RU"/>
              </w:rPr>
              <w:t>не</w:t>
            </w:r>
            <w:r w:rsidRPr="00EC782F">
              <w:rPr>
                <w:rFonts w:eastAsia="Calibri"/>
                <w:lang w:val="ru-RU"/>
              </w:rPr>
              <w:t xml:space="preserve"> с прилагательными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Тест</w:t>
            </w:r>
            <w:proofErr w:type="spellEnd"/>
            <w:r w:rsidRPr="00E643E5">
              <w:rPr>
                <w:rFonts w:eastAsia="Calibri"/>
              </w:rPr>
              <w:t xml:space="preserve">, </w:t>
            </w:r>
            <w:proofErr w:type="spellStart"/>
            <w:r w:rsidRPr="00E643E5">
              <w:rPr>
                <w:rFonts w:eastAsia="Calibri"/>
              </w:rPr>
              <w:t>словарныйдиктант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правило слитного и раздельного написания, уметь правильно делать выбор написания</w:t>
            </w:r>
          </w:p>
          <w:p w:rsidR="00EC782F" w:rsidRPr="00EC782F" w:rsidRDefault="00EC782F" w:rsidP="00EC782F">
            <w:pPr>
              <w:ind w:right="-158"/>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0F064F" w:rsidRDefault="00EC782F" w:rsidP="00EC782F">
            <w:pPr>
              <w:rPr>
                <w:rFonts w:eastAsia="Calibri"/>
                <w:sz w:val="18"/>
                <w:szCs w:val="18"/>
              </w:rPr>
            </w:pPr>
            <w:proofErr w:type="spellStart"/>
            <w:r w:rsidRPr="000F064F">
              <w:rPr>
                <w:rFonts w:eastAsia="Calibri"/>
                <w:sz w:val="18"/>
                <w:szCs w:val="18"/>
              </w:rPr>
              <w:t>Определяютцельучебнойдеятельности</w:t>
            </w:r>
            <w:proofErr w:type="spellEnd"/>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18</w:t>
            </w:r>
            <w:r w:rsidR="00EC782F">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104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lang w:val="ru-RU"/>
              </w:rPr>
            </w:pPr>
            <w:r w:rsidRPr="00EC782F">
              <w:rPr>
                <w:rFonts w:eastAsia="Calibri"/>
                <w:lang w:val="ru-RU"/>
              </w:rPr>
              <w:t xml:space="preserve">Буквы О-Е после шипящих в </w:t>
            </w:r>
            <w:r w:rsidRPr="00EC782F">
              <w:rPr>
                <w:rFonts w:eastAsia="Calibri"/>
                <w:lang w:val="ru-RU"/>
              </w:rPr>
              <w:lastRenderedPageBreak/>
              <w:t>суффиксах прилагательных</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lastRenderedPageBreak/>
              <w:t>Правописание О-Е после шипящих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37"/>
              <w:rPr>
                <w:rFonts w:eastAsia="Calibri"/>
                <w:sz w:val="18"/>
                <w:szCs w:val="18"/>
                <w:lang w:val="ru-RU"/>
              </w:rPr>
            </w:pPr>
            <w:r w:rsidRPr="00EC782F">
              <w:rPr>
                <w:rFonts w:eastAsia="Calibri"/>
                <w:sz w:val="18"/>
                <w:szCs w:val="18"/>
                <w:lang w:val="ru-RU"/>
              </w:rPr>
              <w:t xml:space="preserve">Знать об </w:t>
            </w:r>
            <w:proofErr w:type="spellStart"/>
            <w:r w:rsidRPr="00EC782F">
              <w:rPr>
                <w:rFonts w:eastAsia="Calibri"/>
                <w:sz w:val="18"/>
                <w:szCs w:val="18"/>
                <w:lang w:val="ru-RU"/>
              </w:rPr>
              <w:t>образов</w:t>
            </w:r>
            <w:proofErr w:type="gramStart"/>
            <w:r w:rsidRPr="00EC782F">
              <w:rPr>
                <w:rFonts w:eastAsia="Calibri"/>
                <w:sz w:val="18"/>
                <w:szCs w:val="18"/>
                <w:lang w:val="ru-RU"/>
              </w:rPr>
              <w:t>а</w:t>
            </w:r>
            <w:proofErr w:type="spellEnd"/>
            <w:r w:rsidRPr="00EC782F">
              <w:rPr>
                <w:rFonts w:eastAsia="Calibri"/>
                <w:sz w:val="18"/>
                <w:szCs w:val="18"/>
                <w:lang w:val="ru-RU"/>
              </w:rPr>
              <w:t>-</w:t>
            </w:r>
            <w:proofErr w:type="gramEnd"/>
            <w:r w:rsidRPr="00EC782F">
              <w:rPr>
                <w:rFonts w:eastAsia="Calibri"/>
                <w:sz w:val="18"/>
                <w:szCs w:val="18"/>
                <w:lang w:val="ru-RU"/>
              </w:rPr>
              <w:t xml:space="preserve"> </w:t>
            </w:r>
            <w:proofErr w:type="spellStart"/>
            <w:r w:rsidRPr="00EC782F">
              <w:rPr>
                <w:rFonts w:eastAsia="Calibri"/>
                <w:sz w:val="18"/>
                <w:szCs w:val="18"/>
                <w:lang w:val="ru-RU"/>
              </w:rPr>
              <w:t>нии</w:t>
            </w:r>
            <w:proofErr w:type="spellEnd"/>
            <w:r w:rsidRPr="00EC782F">
              <w:rPr>
                <w:rFonts w:eastAsia="Calibri"/>
                <w:sz w:val="18"/>
                <w:szCs w:val="18"/>
                <w:lang w:val="ru-RU"/>
              </w:rPr>
              <w:t xml:space="preserve"> слов с помощью суффиксов             -ОВ, -ЕВ,  уметь группировать слова по видам орфограмм.</w:t>
            </w:r>
          </w:p>
          <w:p w:rsidR="00EC782F" w:rsidRPr="00EC782F" w:rsidRDefault="00EC782F" w:rsidP="00EC782F">
            <w:pPr>
              <w:rPr>
                <w:rFonts w:eastAsia="Calibri"/>
                <w:sz w:val="18"/>
                <w:szCs w:val="18"/>
                <w:lang w:val="ru-RU"/>
              </w:rPr>
            </w:pPr>
            <w:r w:rsidRPr="00EC782F">
              <w:rPr>
                <w:rFonts w:eastAsia="Calibri"/>
                <w:sz w:val="18"/>
                <w:szCs w:val="18"/>
                <w:lang w:val="ru-RU"/>
              </w:rPr>
              <w:t>Предвосхищают временные характеристики достижения результат</w:t>
            </w:r>
          </w:p>
          <w:p w:rsidR="00EC782F" w:rsidRPr="00EC782F" w:rsidRDefault="00EC782F" w:rsidP="00EC782F">
            <w:pPr>
              <w:ind w:right="-134"/>
              <w:rPr>
                <w:rFonts w:eastAsia="Calibri"/>
                <w:sz w:val="18"/>
                <w:szCs w:val="18"/>
                <w:lang w:val="ru-RU"/>
              </w:rPr>
            </w:pPr>
            <w:r w:rsidRPr="00EC782F">
              <w:rPr>
                <w:rFonts w:eastAsia="Calibri"/>
                <w:sz w:val="18"/>
                <w:szCs w:val="18"/>
                <w:lang w:val="ru-RU"/>
              </w:rPr>
              <w:lastRenderedPageBreak/>
              <w:t>Готовность  к равноправному сотрудничеству</w:t>
            </w:r>
          </w:p>
          <w:p w:rsidR="00EC782F" w:rsidRPr="007570EA" w:rsidRDefault="00EC782F" w:rsidP="00EC782F">
            <w:pPr>
              <w:rPr>
                <w:rFonts w:eastAsia="Calibri"/>
                <w:sz w:val="18"/>
                <w:szCs w:val="18"/>
                <w:lang w:val="ru-RU"/>
              </w:rPr>
            </w:pPr>
            <w:r w:rsidRPr="007570EA">
              <w:rPr>
                <w:rFonts w:eastAsia="Calibri"/>
                <w:sz w:val="18"/>
                <w:szCs w:val="18"/>
                <w:lang w:val="ru-RU"/>
              </w:rPr>
              <w:t>Формулируют собственное мнение и позицию</w:t>
            </w:r>
          </w:p>
          <w:p w:rsidR="00EC782F" w:rsidRPr="007570EA"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lastRenderedPageBreak/>
              <w:t>19</w:t>
            </w:r>
            <w:r w:rsidR="00EC782F">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006600"/>
              </w:rPr>
            </w:pPr>
            <w:r w:rsidRPr="00E643E5">
              <w:rPr>
                <w:rFonts w:eastAsia="Calibri"/>
                <w:b/>
                <w:color w:val="006600"/>
              </w:rPr>
              <w:lastRenderedPageBreak/>
              <w:t>105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lang w:val="ru-RU"/>
              </w:rPr>
            </w:pPr>
            <w:r w:rsidRPr="00EC782F">
              <w:rPr>
                <w:rFonts w:eastAsia="Calibri"/>
                <w:b/>
                <w:color w:val="006600"/>
                <w:lang w:val="ru-RU"/>
              </w:rPr>
              <w:t>Сочинение по картине Н.П. Крымова «Зимний вечер»</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b/>
                <w:color w:val="0066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Сочинение-описаниепейзажа</w:t>
            </w:r>
            <w:proofErr w:type="spellEnd"/>
          </w:p>
          <w:p w:rsidR="00EC782F" w:rsidRPr="00E643E5" w:rsidRDefault="00EC782F" w:rsidP="00EC782F">
            <w:pPr>
              <w:rPr>
                <w:rFonts w:eastAsia="Calibri"/>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b/>
                <w:color w:val="006600"/>
                <w:sz w:val="18"/>
                <w:szCs w:val="18"/>
                <w:lang w:val="ru-RU"/>
              </w:rPr>
              <w:t>Знать о художнике,  уметь подбирать рабочие материалы</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19</w:t>
            </w:r>
            <w:r w:rsidR="00EC782F">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842"/>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74"/>
              <w:rPr>
                <w:rFonts w:eastAsia="Calibri"/>
              </w:rPr>
            </w:pPr>
            <w:r w:rsidRPr="00E643E5">
              <w:rPr>
                <w:rFonts w:eastAsia="Calibri"/>
              </w:rPr>
              <w:t>106 </w:t>
            </w:r>
            <w:r>
              <w:rPr>
                <w:rFonts w:eastAsia="Calibri"/>
              </w:rPr>
              <w:t>-</w:t>
            </w:r>
          </w:p>
          <w:p w:rsidR="00EC782F" w:rsidRPr="00E643E5" w:rsidRDefault="00EC782F" w:rsidP="00EC782F">
            <w:pPr>
              <w:ind w:right="-74"/>
              <w:rPr>
                <w:rFonts w:eastAsia="Calibri"/>
              </w:rPr>
            </w:pPr>
            <w:r w:rsidRPr="00E643E5">
              <w:rPr>
                <w:rFonts w:eastAsia="Calibri"/>
              </w:rPr>
              <w:t xml:space="preserve">108 </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8"/>
              <w:rPr>
                <w:rFonts w:eastAsia="Calibri"/>
                <w:b/>
                <w:color w:val="006600"/>
                <w:lang w:val="ru-RU"/>
              </w:rPr>
            </w:pPr>
            <w:r w:rsidRPr="00EC782F">
              <w:rPr>
                <w:rFonts w:eastAsia="Calibri"/>
                <w:lang w:val="ru-RU"/>
              </w:rPr>
              <w:t xml:space="preserve">Одна и две буквы Н в суффиксах прилагательных.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Правило выбора Н и НН  в суффиксах </w:t>
            </w:r>
            <w:proofErr w:type="spellStart"/>
            <w:r w:rsidRPr="00EC782F">
              <w:rPr>
                <w:rFonts w:eastAsia="Calibri"/>
                <w:lang w:val="ru-RU"/>
              </w:rPr>
              <w:t>прилагатель</w:t>
            </w:r>
            <w:proofErr w:type="spellEnd"/>
          </w:p>
          <w:p w:rsidR="00EC782F" w:rsidRPr="00E643E5" w:rsidRDefault="00EC782F" w:rsidP="00EC782F">
            <w:pPr>
              <w:rPr>
                <w:rFonts w:eastAsia="Calibri"/>
              </w:rPr>
            </w:pPr>
            <w:proofErr w:type="spellStart"/>
            <w:r w:rsidRPr="00EC782F">
              <w:rPr>
                <w:rFonts w:eastAsia="Calibri"/>
                <w:lang w:val="ru-RU"/>
              </w:rPr>
              <w:t>ных</w:t>
            </w:r>
            <w:proofErr w:type="spellEnd"/>
            <w:r w:rsidRPr="00EC782F">
              <w:rPr>
                <w:rFonts w:eastAsia="Calibri"/>
                <w:lang w:val="ru-RU"/>
              </w:rPr>
              <w:t xml:space="preserve">. Умение находить данную орфограмму и обосновывать написание.  </w:t>
            </w:r>
            <w:r w:rsidRPr="00E643E5">
              <w:rPr>
                <w:rFonts w:eastAsia="Calibri"/>
              </w:rPr>
              <w:t xml:space="preserve">Н и НН в </w:t>
            </w:r>
            <w:proofErr w:type="spellStart"/>
            <w:r w:rsidRPr="00E643E5">
              <w:rPr>
                <w:rFonts w:eastAsia="Calibri"/>
              </w:rPr>
              <w:t>суффиксахприлагательных</w:t>
            </w:r>
            <w:proofErr w:type="spellEnd"/>
            <w:r w:rsidRPr="00E643E5">
              <w:rPr>
                <w:rFonts w:eastAsia="Calibri"/>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r>
              <w:rPr>
                <w:rFonts w:eastAsia="Calibri"/>
              </w:rPr>
              <w:t xml:space="preserve">. </w:t>
            </w:r>
            <w:proofErr w:type="spellStart"/>
            <w:r w:rsidRPr="00E643E5">
              <w:rPr>
                <w:rFonts w:eastAsia="Calibri"/>
              </w:rPr>
              <w:t>Объяснительныйдиктант</w:t>
            </w:r>
            <w:proofErr w:type="spellEnd"/>
            <w:r w:rsidRPr="00E643E5">
              <w:rPr>
                <w:rFonts w:eastAsia="Calibri"/>
              </w:rPr>
              <w:t xml:space="preserve">. </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sz w:val="18"/>
                <w:szCs w:val="18"/>
                <w:lang w:val="ru-RU"/>
              </w:rPr>
            </w:pPr>
            <w:r w:rsidRPr="00EC782F">
              <w:rPr>
                <w:rFonts w:eastAsia="Calibri"/>
                <w:sz w:val="18"/>
                <w:szCs w:val="18"/>
                <w:lang w:val="ru-RU"/>
              </w:rPr>
              <w:t>Знать правило написания Н и НН  в суффиксах прилагательных, уметь группировать слова с изученной орфограммой</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форме</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новому учебному материалу.</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6"/>
                <w:szCs w:val="16"/>
              </w:rPr>
            </w:pPr>
            <w:r>
              <w:rPr>
                <w:rFonts w:eastAsia="Calibri"/>
                <w:sz w:val="16"/>
                <w:szCs w:val="16"/>
                <w:lang w:val="ru-RU"/>
              </w:rPr>
              <w:t>20</w:t>
            </w:r>
            <w:r w:rsidR="00EC782F">
              <w:rPr>
                <w:rFonts w:eastAsia="Calibri"/>
                <w:sz w:val="16"/>
                <w:szCs w:val="16"/>
              </w:rPr>
              <w:t>.01</w:t>
            </w:r>
          </w:p>
          <w:p w:rsidR="00DB16C4" w:rsidRPr="00DB16C4" w:rsidRDefault="00DB16C4" w:rsidP="00EC782F">
            <w:pPr>
              <w:rPr>
                <w:rFonts w:eastAsia="Calibri"/>
                <w:sz w:val="16"/>
                <w:szCs w:val="16"/>
                <w:lang w:val="ru-RU"/>
              </w:rPr>
            </w:pPr>
            <w:r>
              <w:rPr>
                <w:rFonts w:eastAsia="Calibri"/>
                <w:sz w:val="16"/>
                <w:szCs w:val="16"/>
                <w:lang w:val="ru-RU"/>
              </w:rPr>
              <w:t>21.01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109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color w:val="31849B"/>
                <w:lang w:val="ru-RU"/>
              </w:rPr>
            </w:pPr>
            <w:r w:rsidRPr="00EC782F">
              <w:rPr>
                <w:rFonts w:eastAsia="Calibri"/>
                <w:lang w:val="ru-RU"/>
              </w:rPr>
              <w:t>Различение на письме суффиксов прилагательных –К- и –СК-</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Написание суффиксов К и СК в прилагательных, способы различения суффиксов -К</w:t>
            </w:r>
            <w:r w:rsidRPr="00EC782F">
              <w:rPr>
                <w:rFonts w:eastAsia="Calibri"/>
                <w:i/>
                <w:lang w:val="ru-RU"/>
              </w:rPr>
              <w:t>-</w:t>
            </w:r>
            <w:r w:rsidRPr="00EC782F">
              <w:rPr>
                <w:rFonts w:eastAsia="Calibri"/>
                <w:lang w:val="ru-RU"/>
              </w:rPr>
              <w:t xml:space="preserve"> и  </w:t>
            </w:r>
          </w:p>
          <w:p w:rsidR="00EC782F" w:rsidRPr="00EC782F" w:rsidRDefault="00EC782F" w:rsidP="00EC782F">
            <w:pPr>
              <w:rPr>
                <w:rFonts w:eastAsia="Calibri"/>
                <w:lang w:val="ru-RU"/>
              </w:rPr>
            </w:pPr>
            <w:r w:rsidRPr="00EC782F">
              <w:rPr>
                <w:rFonts w:eastAsia="Calibri"/>
                <w:lang w:val="ru-RU"/>
              </w:rPr>
              <w:t>-С</w:t>
            </w:r>
            <w:proofErr w:type="gramStart"/>
            <w:r w:rsidRPr="00EC782F">
              <w:rPr>
                <w:rFonts w:eastAsia="Calibri"/>
                <w:lang w:val="ru-RU"/>
              </w:rPr>
              <w:t>К-</w:t>
            </w:r>
            <w:proofErr w:type="gramEnd"/>
            <w:r w:rsidRPr="00EC782F">
              <w:rPr>
                <w:rFonts w:eastAsia="Calibri"/>
                <w:lang w:val="ru-RU"/>
              </w:rPr>
              <w:t xml:space="preserve">  в качественных и относительных прилагательных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правило, регулирующее написание суффиксов,  уметь заполнять таблицу и делать выбор орфограмм.</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форме</w:t>
            </w:r>
          </w:p>
          <w:p w:rsidR="00EC782F" w:rsidRPr="00EC782F" w:rsidRDefault="00EC782F" w:rsidP="00EC782F">
            <w:pPr>
              <w:rPr>
                <w:rFonts w:eastAsia="Calibri"/>
                <w:sz w:val="18"/>
                <w:szCs w:val="18"/>
                <w:lang w:val="ru-RU"/>
              </w:rPr>
            </w:pPr>
            <w:r w:rsidRPr="00EC782F">
              <w:rPr>
                <w:rFonts w:eastAsia="Calibri"/>
                <w:sz w:val="18"/>
                <w:szCs w:val="18"/>
                <w:lang w:val="ru-RU"/>
              </w:rPr>
              <w:t>Наблюдать и делать самостоятельные   выводы</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DB16C4">
              <w:rPr>
                <w:rFonts w:eastAsia="Calibri"/>
                <w:sz w:val="18"/>
                <w:szCs w:val="18"/>
                <w:lang w:val="ru-RU"/>
              </w:rPr>
              <w:t>2</w:t>
            </w:r>
            <w:r>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31"/>
              <w:rPr>
                <w:rFonts w:eastAsia="Calibri"/>
              </w:rPr>
            </w:pPr>
            <w:r w:rsidRPr="00E643E5">
              <w:rPr>
                <w:rFonts w:eastAsia="Calibri"/>
              </w:rPr>
              <w:t>110,</w:t>
            </w:r>
          </w:p>
          <w:p w:rsidR="00EC782F" w:rsidRPr="00E643E5" w:rsidRDefault="00EC782F" w:rsidP="00EC782F">
            <w:pPr>
              <w:ind w:right="-131"/>
              <w:rPr>
                <w:rFonts w:eastAsia="Calibri"/>
              </w:rPr>
            </w:pPr>
            <w:r w:rsidRPr="00E643E5">
              <w:rPr>
                <w:rFonts w:eastAsia="Calibri"/>
              </w:rPr>
              <w:t>111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lang w:val="ru-RU"/>
              </w:rPr>
            </w:pPr>
            <w:r w:rsidRPr="00EC782F">
              <w:rPr>
                <w:rFonts w:eastAsia="Calibri"/>
                <w:lang w:val="ru-RU"/>
              </w:rPr>
              <w:t>Дефисное и слитное написание сложных прилагательных</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Сложные прилагательные. Условия слитного и дефисного написания сложных прилагательных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Выборочныйдиктант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о двух способах написания прилагательных, уметь делать правильный выбор, расширять словарный запас.</w:t>
            </w:r>
          </w:p>
          <w:p w:rsidR="00EC782F" w:rsidRPr="00EC782F" w:rsidRDefault="00EC782F" w:rsidP="00EC782F">
            <w:pPr>
              <w:rPr>
                <w:rFonts w:eastAsia="Calibri"/>
                <w:sz w:val="18"/>
                <w:szCs w:val="18"/>
                <w:lang w:val="ru-RU"/>
              </w:rPr>
            </w:pPr>
            <w:r w:rsidRPr="00EC782F">
              <w:rPr>
                <w:rFonts w:eastAsia="Calibri"/>
                <w:sz w:val="18"/>
                <w:szCs w:val="18"/>
                <w:lang w:val="ru-RU"/>
              </w:rPr>
              <w:t>Структурируют знания</w:t>
            </w:r>
          </w:p>
          <w:p w:rsidR="00EC782F" w:rsidRPr="00EC782F" w:rsidRDefault="00EC782F" w:rsidP="00EC782F">
            <w:pPr>
              <w:rPr>
                <w:rFonts w:eastAsia="Calibri"/>
                <w:sz w:val="18"/>
                <w:szCs w:val="18"/>
                <w:lang w:val="ru-RU"/>
              </w:rPr>
            </w:pPr>
            <w:r w:rsidRPr="00EC782F">
              <w:rPr>
                <w:rFonts w:eastAsia="Calibri"/>
                <w:sz w:val="18"/>
                <w:szCs w:val="18"/>
                <w:lang w:val="ru-RU"/>
              </w:rPr>
              <w:t xml:space="preserve">Составляют план и последовательность действий </w:t>
            </w:r>
          </w:p>
          <w:p w:rsidR="00EC782F" w:rsidRPr="00EC782F" w:rsidRDefault="00EC782F" w:rsidP="00EC782F">
            <w:pPr>
              <w:rPr>
                <w:rFonts w:eastAsia="Calibri"/>
                <w:sz w:val="18"/>
                <w:szCs w:val="18"/>
                <w:lang w:val="ru-RU"/>
              </w:rPr>
            </w:pPr>
            <w:r w:rsidRPr="00EC782F">
              <w:rPr>
                <w:rFonts w:eastAsia="Calibri"/>
                <w:sz w:val="18"/>
                <w:szCs w:val="18"/>
                <w:lang w:val="ru-RU"/>
              </w:rPr>
              <w:t xml:space="preserve">Формулируют собственное мнение и позицию. </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2</w:t>
            </w:r>
            <w:r w:rsidR="00DB16C4">
              <w:rPr>
                <w:rFonts w:eastAsia="Calibri"/>
                <w:sz w:val="18"/>
                <w:szCs w:val="18"/>
                <w:lang w:val="ru-RU"/>
              </w:rPr>
              <w:t>5</w:t>
            </w:r>
            <w:r>
              <w:rPr>
                <w:rFonts w:eastAsia="Calibri"/>
                <w:sz w:val="18"/>
                <w:szCs w:val="18"/>
              </w:rPr>
              <w:t>.01</w:t>
            </w:r>
          </w:p>
          <w:p w:rsidR="00DB16C4" w:rsidRPr="00DB16C4" w:rsidRDefault="00DB16C4" w:rsidP="00EC782F">
            <w:pPr>
              <w:rPr>
                <w:rFonts w:eastAsia="Calibri"/>
                <w:sz w:val="18"/>
                <w:szCs w:val="18"/>
                <w:lang w:val="ru-RU"/>
              </w:rPr>
            </w:pPr>
            <w:r>
              <w:rPr>
                <w:rFonts w:eastAsia="Calibri"/>
                <w:sz w:val="18"/>
                <w:szCs w:val="18"/>
                <w:lang w:val="ru-RU"/>
              </w:rPr>
              <w:t>26.01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rPr>
            </w:pPr>
            <w:r w:rsidRPr="00E643E5">
              <w:rPr>
                <w:rFonts w:eastAsia="Calibri"/>
                <w:b/>
              </w:rPr>
              <w:t xml:space="preserve"> 112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b/>
                <w:lang w:val="ru-RU"/>
              </w:rPr>
            </w:pPr>
            <w:r w:rsidRPr="00EC782F">
              <w:rPr>
                <w:rFonts w:eastAsia="Calibri"/>
                <w:b/>
                <w:lang w:val="ru-RU"/>
              </w:rPr>
              <w:t xml:space="preserve">Повторение изученного по теме </w:t>
            </w:r>
            <w:r w:rsidRPr="00EC782F">
              <w:rPr>
                <w:rFonts w:eastAsia="Calibri"/>
                <w:b/>
                <w:lang w:val="ru-RU"/>
              </w:rPr>
              <w:lastRenderedPageBreak/>
              <w:t xml:space="preserve">«Имя </w:t>
            </w:r>
            <w:proofErr w:type="spellStart"/>
            <w:r w:rsidRPr="00EC782F">
              <w:rPr>
                <w:rFonts w:eastAsia="Calibri"/>
                <w:b/>
                <w:lang w:val="ru-RU"/>
              </w:rPr>
              <w:t>прилагатель-ное</w:t>
            </w:r>
            <w:proofErr w:type="spellEnd"/>
            <w:r w:rsidRPr="00EC782F">
              <w:rPr>
                <w:rFonts w:eastAsia="Calibri"/>
                <w:b/>
                <w:lang w:val="ru-RU"/>
              </w:rPr>
              <w:t>»</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lastRenderedPageBreak/>
              <w:t xml:space="preserve">Повторение по теме: «Имя </w:t>
            </w:r>
            <w:r w:rsidRPr="00EC782F">
              <w:rPr>
                <w:rFonts w:eastAsia="Calibri"/>
                <w:b/>
                <w:lang w:val="ru-RU"/>
              </w:rPr>
              <w:lastRenderedPageBreak/>
              <w:t>прилагательное».</w:t>
            </w:r>
          </w:p>
          <w:p w:rsidR="00EC782F" w:rsidRPr="00E643E5" w:rsidRDefault="00EC782F" w:rsidP="00EC782F">
            <w:pPr>
              <w:rPr>
                <w:rFonts w:eastAsia="Calibri"/>
                <w:b/>
              </w:rPr>
            </w:pPr>
            <w:r w:rsidRPr="00EC782F">
              <w:rPr>
                <w:rFonts w:eastAsia="Calibri"/>
                <w:b/>
                <w:lang w:val="ru-RU"/>
              </w:rPr>
              <w:t xml:space="preserve">Проверочная работа по теме «Имя прилагательное». </w:t>
            </w:r>
            <w:proofErr w:type="spellStart"/>
            <w:r w:rsidRPr="00E643E5">
              <w:rPr>
                <w:rFonts w:eastAsia="Calibri"/>
                <w:b/>
              </w:rPr>
              <w:t>Подготовка</w:t>
            </w:r>
            <w:proofErr w:type="spellEnd"/>
            <w:r w:rsidRPr="00E643E5">
              <w:rPr>
                <w:rFonts w:eastAsia="Calibri"/>
                <w:b/>
              </w:rPr>
              <w:t xml:space="preserve"> к </w:t>
            </w:r>
            <w:proofErr w:type="spellStart"/>
            <w:r w:rsidRPr="00E643E5">
              <w:rPr>
                <w:rFonts w:eastAsia="Calibri"/>
                <w:b/>
              </w:rPr>
              <w:t>контрольномудиктанту</w:t>
            </w:r>
            <w:proofErr w:type="spellEnd"/>
            <w:r w:rsidRPr="00E643E5">
              <w:rPr>
                <w:rFonts w:eastAsia="Calibri"/>
                <w:b/>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proofErr w:type="spellStart"/>
            <w:r w:rsidRPr="00E643E5">
              <w:rPr>
                <w:rFonts w:eastAsia="Calibri"/>
                <w:b/>
              </w:rPr>
              <w:lastRenderedPageBreak/>
              <w:t>Тест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83"/>
              <w:rPr>
                <w:rFonts w:eastAsia="Calibri"/>
                <w:b/>
                <w:sz w:val="18"/>
                <w:szCs w:val="18"/>
                <w:lang w:val="ru-RU"/>
              </w:rPr>
            </w:pPr>
            <w:r w:rsidRPr="00EC782F">
              <w:rPr>
                <w:rFonts w:eastAsia="Calibri"/>
                <w:b/>
                <w:sz w:val="18"/>
                <w:szCs w:val="18"/>
                <w:lang w:val="ru-RU"/>
              </w:rPr>
              <w:t xml:space="preserve">Знать основные правила </w:t>
            </w:r>
            <w:proofErr w:type="spellStart"/>
            <w:r w:rsidRPr="00EC782F">
              <w:rPr>
                <w:rFonts w:eastAsia="Calibri"/>
                <w:b/>
                <w:sz w:val="18"/>
                <w:szCs w:val="18"/>
                <w:lang w:val="ru-RU"/>
              </w:rPr>
              <w:t>правопи-санияприлага-тельных</w:t>
            </w:r>
            <w:proofErr w:type="spellEnd"/>
            <w:r w:rsidRPr="00EC782F">
              <w:rPr>
                <w:rFonts w:eastAsia="Calibri"/>
                <w:b/>
                <w:sz w:val="18"/>
                <w:szCs w:val="18"/>
                <w:lang w:val="ru-RU"/>
              </w:rPr>
              <w:t xml:space="preserve">,  уметь строить </w:t>
            </w:r>
            <w:proofErr w:type="spellStart"/>
            <w:proofErr w:type="gramStart"/>
            <w:r w:rsidRPr="00EC782F">
              <w:rPr>
                <w:rFonts w:eastAsia="Calibri"/>
                <w:b/>
                <w:sz w:val="18"/>
                <w:szCs w:val="18"/>
                <w:lang w:val="ru-RU"/>
              </w:rPr>
              <w:t>высказы-вание</w:t>
            </w:r>
            <w:proofErr w:type="spellEnd"/>
            <w:proofErr w:type="gramEnd"/>
            <w:r w:rsidRPr="00EC782F">
              <w:rPr>
                <w:rFonts w:eastAsia="Calibri"/>
                <w:b/>
                <w:sz w:val="18"/>
                <w:szCs w:val="18"/>
                <w:lang w:val="ru-RU"/>
              </w:rPr>
              <w:t xml:space="preserve"> на </w:t>
            </w:r>
            <w:proofErr w:type="spellStart"/>
            <w:r w:rsidRPr="00EC782F">
              <w:rPr>
                <w:rFonts w:eastAsia="Calibri"/>
                <w:b/>
                <w:sz w:val="18"/>
                <w:szCs w:val="18"/>
                <w:lang w:val="ru-RU"/>
              </w:rPr>
              <w:t>лингви-стические</w:t>
            </w:r>
            <w:proofErr w:type="spellEnd"/>
            <w:r w:rsidRPr="00EC782F">
              <w:rPr>
                <w:rFonts w:eastAsia="Calibri"/>
                <w:b/>
                <w:sz w:val="18"/>
                <w:szCs w:val="18"/>
                <w:lang w:val="ru-RU"/>
              </w:rPr>
              <w:t xml:space="preserve"> темы с использованием научного  стиля.</w:t>
            </w:r>
          </w:p>
          <w:p w:rsidR="00EC782F" w:rsidRPr="00EC782F" w:rsidRDefault="00EC782F" w:rsidP="00EC782F">
            <w:pPr>
              <w:rPr>
                <w:rFonts w:eastAsia="Calibri"/>
                <w:b/>
                <w:sz w:val="18"/>
                <w:szCs w:val="18"/>
                <w:lang w:val="ru-RU"/>
              </w:rPr>
            </w:pPr>
            <w:r w:rsidRPr="00EC782F">
              <w:rPr>
                <w:rFonts w:eastAsia="Calibri"/>
                <w:b/>
                <w:sz w:val="18"/>
                <w:szCs w:val="18"/>
                <w:lang w:val="ru-RU"/>
              </w:rPr>
              <w:lastRenderedPageBreak/>
              <w:t>Осознают качество и уровень усвоения, корректируют свою работу.</w:t>
            </w:r>
          </w:p>
          <w:p w:rsidR="00EC782F" w:rsidRPr="00EC782F" w:rsidRDefault="00EC782F" w:rsidP="00EC782F">
            <w:pPr>
              <w:ind w:right="-123"/>
              <w:rPr>
                <w:rFonts w:eastAsia="Calibri"/>
                <w:b/>
                <w:sz w:val="18"/>
                <w:szCs w:val="18"/>
                <w:lang w:val="ru-RU"/>
              </w:rPr>
            </w:pPr>
            <w:r w:rsidRPr="00EC782F">
              <w:rPr>
                <w:rFonts w:eastAsia="Calibri"/>
                <w:b/>
                <w:sz w:val="18"/>
                <w:szCs w:val="18"/>
                <w:lang w:val="ru-RU"/>
              </w:rPr>
              <w:t xml:space="preserve">Аргументируют свою точку зрения с помощью фактов и </w:t>
            </w:r>
            <w:proofErr w:type="spellStart"/>
            <w:r w:rsidRPr="00EC782F">
              <w:rPr>
                <w:rFonts w:eastAsia="Calibri"/>
                <w:b/>
                <w:sz w:val="18"/>
                <w:szCs w:val="18"/>
                <w:lang w:val="ru-RU"/>
              </w:rPr>
              <w:t>дополнитель</w:t>
            </w:r>
            <w:proofErr w:type="spellEnd"/>
          </w:p>
          <w:p w:rsidR="00EC782F" w:rsidRPr="00EC782F" w:rsidRDefault="00EC782F" w:rsidP="00EC782F">
            <w:pPr>
              <w:ind w:right="-123"/>
              <w:rPr>
                <w:rFonts w:eastAsia="Calibri"/>
                <w:b/>
                <w:sz w:val="18"/>
                <w:szCs w:val="18"/>
                <w:lang w:val="ru-RU"/>
              </w:rPr>
            </w:pPr>
            <w:proofErr w:type="spellStart"/>
            <w:r w:rsidRPr="00EC782F">
              <w:rPr>
                <w:rFonts w:eastAsia="Calibri"/>
                <w:b/>
                <w:sz w:val="18"/>
                <w:szCs w:val="18"/>
                <w:lang w:val="ru-RU"/>
              </w:rPr>
              <w:t>ных</w:t>
            </w:r>
            <w:proofErr w:type="spellEnd"/>
            <w:r w:rsidRPr="00EC782F">
              <w:rPr>
                <w:rFonts w:eastAsia="Calibri"/>
                <w:b/>
                <w:sz w:val="18"/>
                <w:szCs w:val="18"/>
                <w:lang w:val="ru-RU"/>
              </w:rPr>
              <w:t xml:space="preserve"> сведений</w:t>
            </w:r>
            <w:r w:rsidRPr="00EC782F">
              <w:rPr>
                <w:rFonts w:eastAsia="Calibri"/>
                <w:sz w:val="18"/>
                <w:szCs w:val="18"/>
                <w:lang w:val="ru-RU"/>
              </w:rPr>
              <w:t>.</w:t>
            </w:r>
          </w:p>
          <w:p w:rsidR="00EC782F" w:rsidRPr="00EC782F" w:rsidRDefault="00EC782F" w:rsidP="00EC782F">
            <w:pPr>
              <w:ind w:right="-109"/>
              <w:rPr>
                <w:rFonts w:eastAsia="Calibri"/>
                <w:b/>
                <w:sz w:val="18"/>
                <w:szCs w:val="18"/>
                <w:lang w:val="ru-RU"/>
              </w:rPr>
            </w:pPr>
            <w:r w:rsidRPr="00EC782F">
              <w:rPr>
                <w:rFonts w:eastAsia="Calibri"/>
                <w:b/>
                <w:sz w:val="18"/>
                <w:szCs w:val="18"/>
                <w:lang w:val="ru-RU"/>
              </w:rPr>
              <w:t>Формулируют собственное мнение и позицию.</w:t>
            </w:r>
          </w:p>
          <w:p w:rsidR="00EC782F" w:rsidRPr="00EC782F" w:rsidRDefault="00EC782F" w:rsidP="00EC782F">
            <w:pPr>
              <w:rPr>
                <w:rFonts w:eastAsia="Calibri"/>
                <w:b/>
                <w:sz w:val="18"/>
                <w:szCs w:val="18"/>
                <w:lang w:val="ru-RU"/>
              </w:rPr>
            </w:pPr>
          </w:p>
          <w:p w:rsidR="00EC782F" w:rsidRPr="00EC782F" w:rsidRDefault="00EC782F" w:rsidP="00EC782F">
            <w:pPr>
              <w:rPr>
                <w:rFonts w:eastAsia="Calibri"/>
                <w:b/>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lastRenderedPageBreak/>
              <w:t>26.01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CC0000"/>
              </w:rPr>
            </w:pPr>
            <w:r w:rsidRPr="00E643E5">
              <w:rPr>
                <w:rFonts w:eastAsia="Calibri"/>
                <w:b/>
                <w:color w:val="CC0000"/>
              </w:rPr>
              <w:lastRenderedPageBreak/>
              <w:t>113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t xml:space="preserve">Контрольный диктант по теме «Имя </w:t>
            </w:r>
            <w:proofErr w:type="spellStart"/>
            <w:r w:rsidRPr="00EC782F">
              <w:rPr>
                <w:rFonts w:eastAsia="Calibri"/>
                <w:b/>
                <w:color w:val="CC0000"/>
                <w:lang w:val="ru-RU"/>
              </w:rPr>
              <w:t>прилагатель-ное</w:t>
            </w:r>
            <w:proofErr w:type="spellEnd"/>
            <w:r w:rsidRPr="00EC782F">
              <w:rPr>
                <w:rFonts w:eastAsia="Calibri"/>
                <w:b/>
                <w:color w:val="CC0000"/>
                <w:lang w:val="ru-RU"/>
              </w:rPr>
              <w:t>»</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t>Проверка знаний, умений и навыков по теме «Имя прилагательное»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vAlign w:val="center"/>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Уметь писать текст под диктовку и выполнять грамматическое задание к нему</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rPr>
                <w:rFonts w:eastAsia="Calibri"/>
                <w:b/>
                <w:color w:val="CC0000"/>
                <w:sz w:val="18"/>
                <w:szCs w:val="18"/>
                <w:lang w:val="ru-RU"/>
              </w:rPr>
            </w:pP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27</w:t>
            </w:r>
            <w:r w:rsidR="00EC782F">
              <w:rPr>
                <w:rFonts w:eastAsia="Calibri"/>
                <w:sz w:val="18"/>
                <w:szCs w:val="18"/>
              </w:rPr>
              <w:t>.01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114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28.01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115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17365D"/>
                <w:lang w:val="ru-RU"/>
              </w:rPr>
            </w:pPr>
            <w:r w:rsidRPr="00EC782F">
              <w:rPr>
                <w:rFonts w:eastAsia="Calibri"/>
                <w:lang w:val="ru-RU"/>
              </w:rPr>
              <w:t xml:space="preserve">Имя числительное как часть речи.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Понятие числительного, его признаки. Количественные и порядковые числительные. </w:t>
            </w:r>
            <w:proofErr w:type="spellStart"/>
            <w:r w:rsidRPr="00E643E5">
              <w:rPr>
                <w:rFonts w:eastAsia="Calibri"/>
              </w:rPr>
              <w:t>Синтаксическаярольчислительных</w:t>
            </w:r>
            <w:proofErr w:type="spellEnd"/>
            <w:r w:rsidRPr="00E643E5">
              <w:rPr>
                <w:rFonts w:eastAsia="Calibri"/>
              </w:rPr>
              <w:t xml:space="preserve">.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Знать группы числительных,  определение, грамматические признаки, уметь группировать их и находить их </w:t>
            </w:r>
          </w:p>
          <w:p w:rsidR="00EC782F" w:rsidRPr="00EC782F" w:rsidRDefault="00EC782F" w:rsidP="00EC782F">
            <w:pPr>
              <w:ind w:right="-101"/>
              <w:rPr>
                <w:rFonts w:eastAsia="Calibri"/>
                <w:sz w:val="18"/>
                <w:szCs w:val="18"/>
                <w:lang w:val="ru-RU"/>
              </w:rPr>
            </w:pPr>
            <w:r w:rsidRPr="00EC782F">
              <w:rPr>
                <w:rFonts w:eastAsia="Calibri"/>
                <w:sz w:val="18"/>
                <w:szCs w:val="18"/>
                <w:lang w:val="ru-RU"/>
              </w:rPr>
              <w:t>Вносят коррективы и дополнения в способ действий в случае расхождения эталона</w:t>
            </w:r>
          </w:p>
          <w:p w:rsidR="00EC782F" w:rsidRPr="00EC782F" w:rsidRDefault="00EC782F" w:rsidP="00EC782F">
            <w:pPr>
              <w:rPr>
                <w:rFonts w:eastAsia="Calibri"/>
                <w:sz w:val="18"/>
                <w:szCs w:val="18"/>
                <w:lang w:val="ru-RU"/>
              </w:rPr>
            </w:pPr>
            <w:r w:rsidRPr="00EC782F">
              <w:rPr>
                <w:rFonts w:eastAsia="Calibri"/>
                <w:sz w:val="18"/>
                <w:szCs w:val="18"/>
                <w:lang w:val="ru-RU"/>
              </w:rPr>
              <w:t>Развивают способность с помощью вопросов добывать информацию</w:t>
            </w:r>
          </w:p>
          <w:p w:rsidR="00EC782F" w:rsidRPr="00EC782F" w:rsidRDefault="00EC782F" w:rsidP="00EC782F">
            <w:pPr>
              <w:rPr>
                <w:rFonts w:eastAsia="Calibri"/>
                <w:sz w:val="18"/>
                <w:szCs w:val="18"/>
                <w:lang w:val="ru-RU"/>
              </w:rPr>
            </w:pPr>
            <w:r w:rsidRPr="00EC782F">
              <w:rPr>
                <w:rFonts w:eastAsia="Calibri"/>
                <w:sz w:val="18"/>
                <w:szCs w:val="18"/>
                <w:lang w:val="ru-RU"/>
              </w:rPr>
              <w:t>Формулируют собственное мнение и позицию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29.01</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116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Простые</w:t>
            </w:r>
            <w:proofErr w:type="spellEnd"/>
            <w:r w:rsidRPr="00E643E5">
              <w:rPr>
                <w:rFonts w:eastAsia="Calibri"/>
              </w:rPr>
              <w:t xml:space="preserve"> и </w:t>
            </w:r>
            <w:proofErr w:type="spellStart"/>
            <w:r w:rsidRPr="00E643E5">
              <w:rPr>
                <w:rFonts w:eastAsia="Calibri"/>
              </w:rPr>
              <w:t>составныечислительные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Понятие о простых и составных числительных.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группы числительных,  определение, грамматические признаки</w:t>
            </w:r>
          </w:p>
          <w:p w:rsidR="00EC782F" w:rsidRPr="00EC782F" w:rsidRDefault="00EC782F" w:rsidP="00EC782F">
            <w:pPr>
              <w:ind w:right="-158"/>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и строят действия </w:t>
            </w:r>
          </w:p>
          <w:p w:rsidR="00EC782F" w:rsidRPr="00EC782F" w:rsidRDefault="00EC782F" w:rsidP="00EC782F">
            <w:pPr>
              <w:rPr>
                <w:rFonts w:eastAsia="Calibri"/>
                <w:sz w:val="18"/>
                <w:szCs w:val="18"/>
                <w:lang w:val="ru-RU"/>
              </w:rPr>
            </w:pPr>
            <w:r w:rsidRPr="00EC782F">
              <w:rPr>
                <w:rFonts w:eastAsia="Calibri"/>
                <w:sz w:val="18"/>
                <w:szCs w:val="18"/>
                <w:lang w:val="ru-RU"/>
              </w:rPr>
              <w:t xml:space="preserve">Умеют представлять конкретное содержание </w:t>
            </w:r>
          </w:p>
          <w:p w:rsidR="00EC782F" w:rsidRPr="00EC782F" w:rsidRDefault="00EC782F" w:rsidP="00EC782F">
            <w:pPr>
              <w:ind w:right="-45"/>
              <w:rPr>
                <w:rFonts w:eastAsia="Calibri"/>
                <w:sz w:val="18"/>
                <w:szCs w:val="18"/>
                <w:lang w:val="ru-RU"/>
              </w:rPr>
            </w:pPr>
            <w:r w:rsidRPr="00EC782F">
              <w:rPr>
                <w:rFonts w:eastAsia="Calibri"/>
                <w:sz w:val="18"/>
                <w:szCs w:val="18"/>
                <w:lang w:val="ru-RU"/>
              </w:rPr>
              <w:t>Определяют важность и  необходимость выполнения различных заданий</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01.02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31"/>
              <w:rPr>
                <w:rFonts w:eastAsia="Calibri"/>
              </w:rPr>
            </w:pPr>
            <w:r w:rsidRPr="00E643E5">
              <w:rPr>
                <w:rFonts w:eastAsia="Calibri"/>
              </w:rPr>
              <w:t>117,</w:t>
            </w:r>
          </w:p>
          <w:p w:rsidR="00EC782F" w:rsidRPr="00E643E5" w:rsidRDefault="00EC782F" w:rsidP="00EC782F">
            <w:pPr>
              <w:ind w:right="-131"/>
              <w:rPr>
                <w:rFonts w:eastAsia="Calibri"/>
              </w:rPr>
            </w:pPr>
            <w:r w:rsidRPr="00E643E5">
              <w:rPr>
                <w:rFonts w:eastAsia="Calibri"/>
              </w:rPr>
              <w:t>118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Мягкий знак на конце и в середине числительных.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Правило постановки мягкого знака в числительных.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правило написания Ь, уметь определять условия постановки Ь в числительных.</w:t>
            </w:r>
          </w:p>
          <w:p w:rsidR="00EC782F" w:rsidRPr="00EC782F" w:rsidRDefault="00EC782F" w:rsidP="00EC782F">
            <w:pPr>
              <w:ind w:right="-101"/>
              <w:rPr>
                <w:rFonts w:eastAsia="Calibri"/>
                <w:sz w:val="18"/>
                <w:szCs w:val="18"/>
                <w:lang w:val="ru-RU"/>
              </w:rPr>
            </w:pPr>
            <w:r w:rsidRPr="00EC782F">
              <w:rPr>
                <w:rFonts w:eastAsia="Calibri"/>
                <w:sz w:val="18"/>
                <w:szCs w:val="18"/>
                <w:lang w:val="ru-RU"/>
              </w:rPr>
              <w:t xml:space="preserve">Принимают познавательную цель, сохраняют ее при выполнении учебных действий </w:t>
            </w:r>
          </w:p>
          <w:p w:rsidR="00EC782F" w:rsidRPr="00EC782F" w:rsidRDefault="00EC782F" w:rsidP="00EC782F">
            <w:pPr>
              <w:rPr>
                <w:rFonts w:eastAsia="Calibri"/>
                <w:sz w:val="18"/>
                <w:szCs w:val="18"/>
                <w:lang w:val="ru-RU"/>
              </w:rPr>
            </w:pPr>
            <w:r w:rsidRPr="00EC782F">
              <w:rPr>
                <w:rFonts w:eastAsia="Calibri"/>
                <w:sz w:val="18"/>
                <w:szCs w:val="18"/>
                <w:lang w:val="ru-RU"/>
              </w:rPr>
              <w:t>Развивают способность с помощью вопросов добывать информацию</w:t>
            </w:r>
          </w:p>
          <w:p w:rsidR="00EC782F" w:rsidRPr="000F064F" w:rsidRDefault="00EC782F" w:rsidP="00EC782F">
            <w:pPr>
              <w:rPr>
                <w:rFonts w:eastAsia="Calibri"/>
                <w:sz w:val="18"/>
                <w:szCs w:val="18"/>
              </w:rPr>
            </w:pPr>
            <w:proofErr w:type="spellStart"/>
            <w:r w:rsidRPr="000F064F">
              <w:rPr>
                <w:rFonts w:eastAsia="Calibri"/>
                <w:sz w:val="18"/>
                <w:szCs w:val="18"/>
              </w:rPr>
              <w:t>Устойчивыйпознавательныйинтерес</w:t>
            </w:r>
            <w:proofErr w:type="spellEnd"/>
          </w:p>
          <w:p w:rsidR="00EC782F" w:rsidRPr="000F064F" w:rsidRDefault="00EC782F" w:rsidP="00EC782F">
            <w:pPr>
              <w:ind w:right="-102"/>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lang w:val="ru-RU"/>
              </w:rPr>
            </w:pPr>
            <w:r>
              <w:rPr>
                <w:rFonts w:eastAsia="Calibri"/>
                <w:sz w:val="18"/>
                <w:szCs w:val="18"/>
                <w:lang w:val="ru-RU"/>
              </w:rPr>
              <w:t>02.02</w:t>
            </w:r>
          </w:p>
          <w:p w:rsidR="00DB16C4" w:rsidRPr="00DB16C4" w:rsidRDefault="00DB16C4" w:rsidP="00EC782F">
            <w:pPr>
              <w:rPr>
                <w:rFonts w:eastAsia="Calibri"/>
                <w:sz w:val="18"/>
                <w:szCs w:val="18"/>
                <w:lang w:val="ru-RU"/>
              </w:rPr>
            </w:pPr>
            <w:r>
              <w:rPr>
                <w:rFonts w:eastAsia="Calibri"/>
                <w:sz w:val="18"/>
                <w:szCs w:val="18"/>
                <w:lang w:val="ru-RU"/>
              </w:rPr>
              <w:t>02.02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780"/>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31"/>
              <w:rPr>
                <w:rFonts w:eastAsia="Calibri"/>
              </w:rPr>
            </w:pPr>
            <w:r w:rsidRPr="00E643E5">
              <w:rPr>
                <w:rFonts w:eastAsia="Calibri"/>
              </w:rPr>
              <w:lastRenderedPageBreak/>
              <w:t>119,</w:t>
            </w:r>
          </w:p>
          <w:p w:rsidR="00EC782F" w:rsidRPr="00E643E5" w:rsidRDefault="00EC782F" w:rsidP="00EC782F">
            <w:pPr>
              <w:ind w:right="-131"/>
              <w:rPr>
                <w:rFonts w:eastAsia="Calibri"/>
              </w:rPr>
            </w:pPr>
            <w:r w:rsidRPr="00E643E5">
              <w:rPr>
                <w:rFonts w:eastAsia="Calibri"/>
              </w:rPr>
              <w:t>120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Порядковые числительные.  Склонение простых и составных порядковых числительных</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388"/>
              <w:rPr>
                <w:rFonts w:eastAsia="Calibri"/>
                <w:lang w:val="ru-RU"/>
              </w:rPr>
            </w:pPr>
            <w:r w:rsidRPr="00EC782F">
              <w:rPr>
                <w:rFonts w:eastAsia="Calibri"/>
                <w:lang w:val="ru-RU"/>
              </w:rPr>
              <w:t>Значение порядковых  числительных.</w:t>
            </w:r>
          </w:p>
          <w:p w:rsidR="00EC782F" w:rsidRPr="00EC782F" w:rsidRDefault="00EC782F" w:rsidP="00EC782F">
            <w:pPr>
              <w:ind w:right="-388"/>
              <w:rPr>
                <w:rFonts w:eastAsia="Calibri"/>
                <w:lang w:val="ru-RU"/>
              </w:rPr>
            </w:pPr>
            <w:r w:rsidRPr="00EC782F">
              <w:rPr>
                <w:rFonts w:eastAsia="Calibri"/>
                <w:lang w:val="ru-RU"/>
              </w:rPr>
              <w:t xml:space="preserve">Синтаксическая роль порядковых числительных. Правописание  порядковых числительных на – сотый,              </w:t>
            </w:r>
            <w:proofErr w:type="gramStart"/>
            <w:r w:rsidRPr="00EC782F">
              <w:rPr>
                <w:rFonts w:eastAsia="Calibri"/>
                <w:lang w:val="ru-RU"/>
              </w:rPr>
              <w:t>-т</w:t>
            </w:r>
            <w:proofErr w:type="gramEnd"/>
            <w:r w:rsidRPr="00EC782F">
              <w:rPr>
                <w:rFonts w:eastAsia="Calibri"/>
                <w:lang w:val="ru-RU"/>
              </w:rPr>
              <w:t xml:space="preserve">ысячный, -миллионный,               -миллиардный.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r w:rsidRPr="00E643E5">
              <w:rPr>
                <w:rFonts w:eastAsia="Calibri"/>
              </w:rPr>
              <w:t>.</w:t>
            </w:r>
          </w:p>
          <w:p w:rsidR="00EC782F" w:rsidRPr="00E643E5" w:rsidRDefault="00EC782F" w:rsidP="00EC782F">
            <w:pPr>
              <w:rPr>
                <w:rFonts w:eastAsia="Calibri"/>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что обозначают порядковые числительные, как они образуются и изменяются, уметь склонять данные слова</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Обмениваются знаниями между членами группы</w:t>
            </w:r>
          </w:p>
          <w:p w:rsidR="00EC782F" w:rsidRPr="00EC782F" w:rsidRDefault="00EC782F" w:rsidP="00EC782F">
            <w:pPr>
              <w:rPr>
                <w:rFonts w:eastAsia="Calibri"/>
                <w:sz w:val="18"/>
                <w:szCs w:val="18"/>
                <w:lang w:val="ru-RU"/>
              </w:rPr>
            </w:pPr>
            <w:r w:rsidRPr="00EC782F">
              <w:rPr>
                <w:rFonts w:eastAsia="Calibri"/>
                <w:sz w:val="18"/>
                <w:szCs w:val="18"/>
                <w:lang w:val="ru-RU"/>
              </w:rPr>
              <w:t>Оптимизм в восприятии мира</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lang w:val="ru-RU"/>
              </w:rPr>
            </w:pPr>
            <w:r>
              <w:rPr>
                <w:rFonts w:eastAsia="Calibri"/>
                <w:sz w:val="18"/>
                <w:szCs w:val="18"/>
                <w:lang w:val="ru-RU"/>
              </w:rPr>
              <w:t>03.02</w:t>
            </w:r>
          </w:p>
          <w:p w:rsidR="00DB16C4" w:rsidRPr="00DB16C4" w:rsidRDefault="00DB16C4" w:rsidP="00EC782F">
            <w:pPr>
              <w:rPr>
                <w:rFonts w:eastAsia="Calibri"/>
                <w:sz w:val="18"/>
                <w:szCs w:val="18"/>
                <w:lang w:val="ru-RU"/>
              </w:rPr>
            </w:pPr>
            <w:r>
              <w:rPr>
                <w:rFonts w:eastAsia="Calibri"/>
                <w:sz w:val="18"/>
                <w:szCs w:val="18"/>
                <w:lang w:val="ru-RU"/>
              </w:rPr>
              <w:t>04.02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121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8"/>
              <w:rPr>
                <w:rFonts w:eastAsia="Calibri"/>
                <w:lang w:val="ru-RU"/>
              </w:rPr>
            </w:pPr>
            <w:r w:rsidRPr="00EC782F">
              <w:rPr>
                <w:rFonts w:eastAsia="Calibri"/>
                <w:lang w:val="ru-RU"/>
              </w:rPr>
              <w:t>Разряды количественных числительных. Разряды: целые, дробные, собирательные.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Отличие порядковых числительных от количественных. Их изменение и согласование с существительными.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w:t>
            </w:r>
            <w:r>
              <w:rPr>
                <w:rFonts w:eastAsia="Calibri"/>
              </w:rPr>
              <w:t>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разряды числительных, их различия и значения,  уметь определять разряды.</w:t>
            </w:r>
          </w:p>
          <w:p w:rsidR="00EC782F" w:rsidRPr="00EC782F" w:rsidRDefault="00EC782F" w:rsidP="00EC782F">
            <w:pPr>
              <w:ind w:right="-101"/>
              <w:rPr>
                <w:rFonts w:eastAsia="Calibri"/>
                <w:sz w:val="18"/>
                <w:szCs w:val="18"/>
                <w:lang w:val="ru-RU"/>
              </w:rPr>
            </w:pPr>
            <w:r w:rsidRPr="00EC782F">
              <w:rPr>
                <w:rFonts w:eastAsia="Calibri"/>
                <w:sz w:val="18"/>
                <w:szCs w:val="18"/>
                <w:lang w:val="ru-RU"/>
              </w:rPr>
              <w:t xml:space="preserve">Принимают познавательную цель, сохраняют ее при выполнении учебных действий </w:t>
            </w:r>
          </w:p>
          <w:p w:rsidR="00EC782F" w:rsidRPr="00EC782F" w:rsidRDefault="00EC782F" w:rsidP="00EC782F">
            <w:pPr>
              <w:rPr>
                <w:rFonts w:eastAsia="Calibri"/>
                <w:sz w:val="18"/>
                <w:szCs w:val="18"/>
                <w:lang w:val="ru-RU"/>
              </w:rPr>
            </w:pPr>
            <w:r w:rsidRPr="00EC782F">
              <w:rPr>
                <w:rFonts w:eastAsia="Calibri"/>
                <w:sz w:val="18"/>
                <w:szCs w:val="18"/>
                <w:lang w:val="ru-RU"/>
              </w:rPr>
              <w:t>Учатся аргументировать свою точку зрения, спорить и отстаивать свою позицию</w:t>
            </w:r>
          </w:p>
          <w:p w:rsidR="00EC782F" w:rsidRPr="000F064F" w:rsidRDefault="00EC782F" w:rsidP="00EC782F">
            <w:pPr>
              <w:rPr>
                <w:rFonts w:eastAsia="Calibri"/>
                <w:sz w:val="18"/>
                <w:szCs w:val="18"/>
              </w:rPr>
            </w:pPr>
            <w:proofErr w:type="spellStart"/>
            <w:r w:rsidRPr="000F064F">
              <w:rPr>
                <w:rFonts w:eastAsia="Calibri"/>
                <w:sz w:val="18"/>
                <w:szCs w:val="18"/>
              </w:rPr>
              <w:t>Уважениеличности</w:t>
            </w:r>
            <w:proofErr w:type="spellEnd"/>
            <w:r w:rsidRPr="000F064F">
              <w:rPr>
                <w:rFonts w:eastAsia="Calibri"/>
                <w:sz w:val="18"/>
                <w:szCs w:val="18"/>
              </w:rPr>
              <w:t xml:space="preserve"> и </w:t>
            </w:r>
            <w:proofErr w:type="spellStart"/>
            <w:r w:rsidRPr="000F064F">
              <w:rPr>
                <w:rFonts w:eastAsia="Calibri"/>
                <w:sz w:val="18"/>
                <w:szCs w:val="18"/>
              </w:rPr>
              <w:t>еедостоинства</w:t>
            </w:r>
            <w:proofErr w:type="spellEnd"/>
          </w:p>
          <w:p w:rsidR="00EC782F" w:rsidRPr="000F064F" w:rsidRDefault="00EC782F" w:rsidP="00EC782F">
            <w:pPr>
              <w:rPr>
                <w:rFonts w:eastAsia="Calibri"/>
                <w:sz w:val="18"/>
                <w:szCs w:val="18"/>
              </w:rPr>
            </w:pPr>
          </w:p>
          <w:p w:rsidR="00EC782F" w:rsidRPr="000F064F" w:rsidRDefault="00EC782F" w:rsidP="00EC782F">
            <w:pPr>
              <w:jc w:val="cente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05.02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122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Числительные</w:t>
            </w:r>
            <w:proofErr w:type="spellEnd"/>
            <w:r w:rsidRPr="00E643E5">
              <w:rPr>
                <w:rFonts w:eastAsia="Calibri"/>
              </w:rPr>
              <w:t xml:space="preserve">, </w:t>
            </w:r>
            <w:proofErr w:type="spellStart"/>
            <w:r w:rsidRPr="00E643E5">
              <w:rPr>
                <w:rFonts w:eastAsia="Calibri"/>
              </w:rPr>
              <w:t>обозначающиецелыечисла</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Особенности склонения числительных, обозначающих целые числа, правописание в косвенных падежах. </w:t>
            </w:r>
            <w:proofErr w:type="spellStart"/>
            <w:r w:rsidRPr="00E643E5">
              <w:rPr>
                <w:rFonts w:eastAsia="Calibri"/>
              </w:rPr>
              <w:t>Употребление</w:t>
            </w:r>
            <w:proofErr w:type="spellEnd"/>
            <w:r w:rsidRPr="00E643E5">
              <w:rPr>
                <w:rFonts w:eastAsia="Calibri"/>
              </w:rPr>
              <w:t xml:space="preserve"> в </w:t>
            </w:r>
            <w:proofErr w:type="spellStart"/>
            <w:r w:rsidRPr="00E643E5">
              <w:rPr>
                <w:rFonts w:eastAsia="Calibri"/>
              </w:rPr>
              <w:t>речи</w:t>
            </w:r>
            <w:proofErr w:type="spellEnd"/>
            <w:r w:rsidRPr="00E643E5">
              <w:rPr>
                <w:rFonts w:eastAsia="Calibri"/>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данные числительные,  уметь определять морфологические признаки их.</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Вступают в диалог, участвуют в коллективном обсуждении</w:t>
            </w:r>
          </w:p>
          <w:p w:rsidR="00EC782F" w:rsidRPr="00EC782F" w:rsidRDefault="00EC782F" w:rsidP="00EC782F">
            <w:pPr>
              <w:rPr>
                <w:rFonts w:eastAsia="Calibri"/>
                <w:sz w:val="18"/>
                <w:szCs w:val="18"/>
                <w:lang w:val="ru-RU"/>
              </w:rPr>
            </w:pPr>
            <w:r w:rsidRPr="00EC782F">
              <w:rPr>
                <w:rFonts w:eastAsia="Calibri"/>
                <w:sz w:val="18"/>
                <w:szCs w:val="18"/>
                <w:lang w:val="ru-RU"/>
              </w:rPr>
              <w:t>Определять личностную цель учебной деятельности</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08</w:t>
            </w:r>
            <w:r w:rsidR="00EC782F">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123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Дробныечислительные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Структурные части дробных числительных, их значение. Особенности склонения и сочетание с существительным</w:t>
            </w:r>
            <w:r w:rsidRPr="00EC782F">
              <w:rPr>
                <w:rFonts w:eastAsia="Calibri"/>
                <w:lang w:val="ru-RU"/>
              </w:rPr>
              <w:lastRenderedPageBreak/>
              <w:t xml:space="preserve">и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lastRenderedPageBreak/>
              <w:t>Объяснительныйдиктант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69"/>
              <w:rPr>
                <w:rFonts w:eastAsia="Calibri"/>
                <w:sz w:val="18"/>
                <w:szCs w:val="18"/>
                <w:lang w:val="ru-RU"/>
              </w:rPr>
            </w:pPr>
            <w:r w:rsidRPr="00EC782F">
              <w:rPr>
                <w:rFonts w:eastAsia="Calibri"/>
                <w:sz w:val="18"/>
                <w:szCs w:val="18"/>
                <w:lang w:val="ru-RU"/>
              </w:rPr>
              <w:t>Знать структурные части дробных числительных, уметь сочетать дробные числительные с существительными</w:t>
            </w:r>
          </w:p>
          <w:p w:rsidR="00EC782F" w:rsidRPr="00EC782F" w:rsidRDefault="00EC782F" w:rsidP="00EC782F">
            <w:pPr>
              <w:ind w:right="-158"/>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Определять личностную цель учебной деятельности</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09</w:t>
            </w:r>
            <w:r w:rsidR="00EC782F">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008000"/>
              </w:rPr>
            </w:pPr>
            <w:r w:rsidRPr="00E643E5">
              <w:rPr>
                <w:rFonts w:eastAsia="Calibri"/>
                <w:b/>
                <w:color w:val="008000"/>
              </w:rPr>
              <w:lastRenderedPageBreak/>
              <w:t>124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b/>
                <w:color w:val="006600"/>
                <w:lang w:val="ru-RU"/>
              </w:rPr>
              <w:t>Публичное выступление-призыв на тему: «Берегите природу!»</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Урокразвитияречи</w:t>
            </w:r>
            <w:proofErr w:type="spellEnd"/>
            <w:r w:rsidRPr="00E643E5">
              <w:rPr>
                <w:rFonts w:eastAsia="Calibri"/>
                <w:b/>
                <w:color w:val="006600"/>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Публичноеустноевыступление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Знать признаки публицистического стиля, уметь строить устное высказывание</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09</w:t>
            </w:r>
            <w:r w:rsidR="00EC782F">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125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Собирательные числительные. Падежные окончания собирательных числительных.</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Собирательные числительные. Особенности сочетания собирательных числительных с существительными. </w:t>
            </w:r>
            <w:proofErr w:type="spellStart"/>
            <w:r w:rsidRPr="00E643E5">
              <w:rPr>
                <w:rFonts w:eastAsia="Calibri"/>
              </w:rPr>
              <w:t>Разборчислительного</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r w:rsidRPr="00E643E5">
              <w:rPr>
                <w:rFonts w:eastAsia="Calibri"/>
              </w:rPr>
              <w:t xml:space="preserve">. </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что обозначают собирательные числительные, уметь склонять данные слова, употреблять их в речи</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новому учебному материалу.</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0</w:t>
            </w:r>
            <w:r>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705"/>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126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roofErr w:type="spellStart"/>
            <w:proofErr w:type="gramStart"/>
            <w:r w:rsidRPr="00EC782F">
              <w:rPr>
                <w:rFonts w:eastAsia="Calibri"/>
                <w:lang w:val="ru-RU"/>
              </w:rPr>
              <w:t>Морфологиче-ский</w:t>
            </w:r>
            <w:proofErr w:type="spellEnd"/>
            <w:proofErr w:type="gramEnd"/>
            <w:r w:rsidRPr="00EC782F">
              <w:rPr>
                <w:rFonts w:eastAsia="Calibri"/>
                <w:lang w:val="ru-RU"/>
              </w:rPr>
              <w:t xml:space="preserve"> разбор имени числительного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7"/>
              <w:rPr>
                <w:rFonts w:eastAsia="Calibri"/>
              </w:rPr>
            </w:pPr>
            <w:r w:rsidRPr="00EC782F">
              <w:rPr>
                <w:rFonts w:eastAsia="Calibri"/>
                <w:lang w:val="ru-RU"/>
              </w:rPr>
              <w:t xml:space="preserve">Систематизация изученного о значении, правописании и синтаксической роли числительного. </w:t>
            </w:r>
            <w:proofErr w:type="spellStart"/>
            <w:r w:rsidRPr="00E643E5">
              <w:rPr>
                <w:rFonts w:eastAsia="Calibri"/>
              </w:rPr>
              <w:t>Особенностисклонения</w:t>
            </w:r>
            <w:proofErr w:type="spellEnd"/>
            <w:r w:rsidRPr="00E643E5">
              <w:rPr>
                <w:rFonts w:eastAsia="Calibri"/>
              </w:rPr>
              <w:t xml:space="preserve"> и </w:t>
            </w:r>
            <w:proofErr w:type="spellStart"/>
            <w:r w:rsidRPr="00E643E5">
              <w:rPr>
                <w:rFonts w:eastAsia="Calibri"/>
              </w:rPr>
              <w:t>сочетание</w:t>
            </w:r>
            <w:proofErr w:type="spellEnd"/>
            <w:r w:rsidRPr="00E643E5">
              <w:rPr>
                <w:rFonts w:eastAsia="Calibri"/>
              </w:rPr>
              <w:t xml:space="preserve"> с </w:t>
            </w:r>
            <w:proofErr w:type="spellStart"/>
            <w:r w:rsidRPr="00E643E5">
              <w:rPr>
                <w:rFonts w:eastAsia="Calibri"/>
              </w:rPr>
              <w:t>существи</w:t>
            </w:r>
            <w:r>
              <w:rPr>
                <w:rFonts w:eastAsia="Calibri"/>
              </w:rPr>
              <w:t>тель</w:t>
            </w:r>
            <w:r w:rsidRPr="00E643E5">
              <w:rPr>
                <w:rFonts w:eastAsia="Calibri"/>
              </w:rPr>
              <w:t>ными</w:t>
            </w:r>
            <w:proofErr w:type="spellEnd"/>
            <w:r w:rsidRPr="00E643E5">
              <w:rPr>
                <w:rFonts w:eastAsia="Calibri"/>
              </w:rPr>
              <w:t xml:space="preserve">.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Объяснительныйдиктант</w:t>
            </w:r>
            <w:proofErr w:type="spellEnd"/>
            <w:r w:rsidRPr="00E643E5">
              <w:rPr>
                <w:rFonts w:eastAsia="Calibri"/>
              </w:rPr>
              <w:t xml:space="preserve">.  </w:t>
            </w:r>
            <w:proofErr w:type="spellStart"/>
            <w:r w:rsidRPr="00E643E5">
              <w:rPr>
                <w:rFonts w:eastAsia="Calibri"/>
              </w:rPr>
              <w:t>Морфологическийразбор</w:t>
            </w:r>
            <w:proofErr w:type="spellEnd"/>
            <w:r w:rsidRPr="00E643E5">
              <w:rPr>
                <w:rFonts w:eastAsia="Calibri"/>
              </w:rPr>
              <w:t xml:space="preserve">. </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план устного и письменного разбора, уметь определять грамматические признаки.</w:t>
            </w:r>
          </w:p>
          <w:p w:rsidR="00EC782F" w:rsidRPr="00EC782F" w:rsidRDefault="00EC782F" w:rsidP="00EC782F">
            <w:pPr>
              <w:rPr>
                <w:rFonts w:eastAsia="Calibri"/>
                <w:sz w:val="18"/>
                <w:szCs w:val="18"/>
                <w:lang w:val="ru-RU"/>
              </w:rPr>
            </w:pPr>
            <w:r w:rsidRPr="00EC782F">
              <w:rPr>
                <w:rFonts w:eastAsia="Calibri"/>
                <w:sz w:val="18"/>
                <w:szCs w:val="18"/>
                <w:lang w:val="ru-RU"/>
              </w:rPr>
              <w:t>Строят логические цепи рассуждения</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1</w:t>
            </w:r>
            <w:r>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74"/>
              <w:rPr>
                <w:rFonts w:eastAsia="Calibri"/>
                <w:b/>
              </w:rPr>
            </w:pPr>
            <w:r w:rsidRPr="00E643E5">
              <w:rPr>
                <w:rFonts w:eastAsia="Calibri"/>
                <w:b/>
              </w:rPr>
              <w:t>127,</w:t>
            </w:r>
          </w:p>
          <w:p w:rsidR="00EC782F" w:rsidRPr="00E643E5" w:rsidRDefault="00EC782F" w:rsidP="00EC782F">
            <w:pPr>
              <w:ind w:right="-74"/>
              <w:rPr>
                <w:rFonts w:eastAsia="Calibri"/>
                <w:b/>
              </w:rPr>
            </w:pPr>
            <w:r w:rsidRPr="00E643E5">
              <w:rPr>
                <w:rFonts w:eastAsia="Calibri"/>
                <w:b/>
              </w:rPr>
              <w:t>128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Повторение изученного материала по теме «Имя числительное»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lang w:val="ru-RU"/>
              </w:rPr>
            </w:pPr>
            <w:r w:rsidRPr="00EC782F">
              <w:rPr>
                <w:rFonts w:eastAsia="Calibri"/>
                <w:b/>
                <w:lang w:val="ru-RU"/>
              </w:rPr>
              <w:t xml:space="preserve">Повторение по теме «Имя числительное». Проверочная работа по теме «Имя числительное».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proofErr w:type="spellStart"/>
            <w:r w:rsidRPr="00E643E5">
              <w:rPr>
                <w:rFonts w:eastAsia="Calibri"/>
                <w:b/>
              </w:rPr>
              <w:t>Тест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sz w:val="18"/>
                <w:szCs w:val="18"/>
                <w:lang w:val="ru-RU"/>
              </w:rPr>
            </w:pPr>
            <w:r w:rsidRPr="00EC782F">
              <w:rPr>
                <w:rFonts w:eastAsia="Calibri"/>
                <w:b/>
                <w:sz w:val="18"/>
                <w:szCs w:val="18"/>
                <w:lang w:val="ru-RU"/>
              </w:rPr>
              <w:t xml:space="preserve">Знать сходство и различие </w:t>
            </w:r>
            <w:proofErr w:type="spellStart"/>
            <w:r w:rsidRPr="00EC782F">
              <w:rPr>
                <w:rFonts w:eastAsia="Calibri"/>
                <w:b/>
                <w:sz w:val="18"/>
                <w:szCs w:val="18"/>
                <w:lang w:val="ru-RU"/>
              </w:rPr>
              <w:t>числ</w:t>
            </w:r>
            <w:proofErr w:type="spellEnd"/>
            <w:r w:rsidRPr="00EC782F">
              <w:rPr>
                <w:rFonts w:eastAsia="Calibri"/>
                <w:b/>
                <w:sz w:val="18"/>
                <w:szCs w:val="18"/>
                <w:lang w:val="ru-RU"/>
              </w:rPr>
              <w:t>. другими частями речи,  уметь делать устное сообщение о числительном.</w:t>
            </w:r>
          </w:p>
          <w:p w:rsidR="00EC782F" w:rsidRPr="00EC782F" w:rsidRDefault="00EC782F" w:rsidP="00EC782F">
            <w:pPr>
              <w:rPr>
                <w:rFonts w:eastAsia="Calibri"/>
                <w:b/>
                <w:sz w:val="18"/>
                <w:szCs w:val="18"/>
                <w:lang w:val="ru-RU"/>
              </w:rPr>
            </w:pPr>
            <w:r w:rsidRPr="00EC782F">
              <w:rPr>
                <w:rFonts w:eastAsia="Calibri"/>
                <w:b/>
                <w:sz w:val="18"/>
                <w:szCs w:val="18"/>
                <w:lang w:val="ru-RU"/>
              </w:rPr>
              <w:t>Осознают качество и уровень усвоения, корректируют свою работу.</w:t>
            </w:r>
          </w:p>
          <w:p w:rsidR="00EC782F" w:rsidRPr="00EC782F" w:rsidRDefault="00EC782F" w:rsidP="00EC782F">
            <w:pPr>
              <w:ind w:right="-123"/>
              <w:rPr>
                <w:rFonts w:eastAsia="Calibri"/>
                <w:b/>
                <w:sz w:val="18"/>
                <w:szCs w:val="18"/>
                <w:lang w:val="ru-RU"/>
              </w:rPr>
            </w:pPr>
            <w:r w:rsidRPr="00EC782F">
              <w:rPr>
                <w:rFonts w:eastAsia="Calibri"/>
                <w:b/>
                <w:sz w:val="18"/>
                <w:szCs w:val="18"/>
                <w:lang w:val="ru-RU"/>
              </w:rPr>
              <w:t xml:space="preserve">Аргументируют свою точку зрения с помощью фактов и </w:t>
            </w:r>
            <w:proofErr w:type="spellStart"/>
            <w:r w:rsidRPr="00EC782F">
              <w:rPr>
                <w:rFonts w:eastAsia="Calibri"/>
                <w:b/>
                <w:sz w:val="18"/>
                <w:szCs w:val="18"/>
                <w:lang w:val="ru-RU"/>
              </w:rPr>
              <w:t>дополнитель</w:t>
            </w:r>
            <w:proofErr w:type="spellEnd"/>
          </w:p>
          <w:p w:rsidR="00EC782F" w:rsidRPr="00EC782F" w:rsidRDefault="00EC782F" w:rsidP="00EC782F">
            <w:pPr>
              <w:ind w:right="-123"/>
              <w:rPr>
                <w:rFonts w:eastAsia="Calibri"/>
                <w:b/>
                <w:sz w:val="18"/>
                <w:szCs w:val="18"/>
                <w:lang w:val="ru-RU"/>
              </w:rPr>
            </w:pPr>
            <w:proofErr w:type="spellStart"/>
            <w:r w:rsidRPr="00EC782F">
              <w:rPr>
                <w:rFonts w:eastAsia="Calibri"/>
                <w:b/>
                <w:sz w:val="18"/>
                <w:szCs w:val="18"/>
                <w:lang w:val="ru-RU"/>
              </w:rPr>
              <w:t>ных</w:t>
            </w:r>
            <w:proofErr w:type="spellEnd"/>
            <w:r w:rsidRPr="00EC782F">
              <w:rPr>
                <w:rFonts w:eastAsia="Calibri"/>
                <w:b/>
                <w:sz w:val="18"/>
                <w:szCs w:val="18"/>
                <w:lang w:val="ru-RU"/>
              </w:rPr>
              <w:t xml:space="preserve"> сведений</w:t>
            </w:r>
            <w:r w:rsidRPr="00EC782F">
              <w:rPr>
                <w:rFonts w:eastAsia="Calibri"/>
                <w:sz w:val="18"/>
                <w:szCs w:val="18"/>
                <w:lang w:val="ru-RU"/>
              </w:rPr>
              <w:t>.</w:t>
            </w:r>
          </w:p>
          <w:p w:rsidR="00EC782F" w:rsidRPr="00EC782F" w:rsidRDefault="00EC782F" w:rsidP="00EC782F">
            <w:pPr>
              <w:ind w:right="-109"/>
              <w:rPr>
                <w:rFonts w:eastAsia="Calibri"/>
                <w:b/>
                <w:sz w:val="18"/>
                <w:szCs w:val="18"/>
                <w:lang w:val="ru-RU"/>
              </w:rPr>
            </w:pPr>
            <w:r w:rsidRPr="00EC782F">
              <w:rPr>
                <w:rFonts w:eastAsia="Calibri"/>
                <w:b/>
                <w:sz w:val="18"/>
                <w:szCs w:val="18"/>
                <w:lang w:val="ru-RU"/>
              </w:rPr>
              <w:t>Формулируют собственное мнение и позицию.</w:t>
            </w:r>
          </w:p>
          <w:p w:rsidR="00EC782F" w:rsidRPr="00EC782F" w:rsidRDefault="00EC782F" w:rsidP="00EC782F">
            <w:pPr>
              <w:rPr>
                <w:rFonts w:eastAsia="Calibri"/>
                <w:b/>
                <w:sz w:val="18"/>
                <w:szCs w:val="18"/>
                <w:lang w:val="ru-RU"/>
              </w:rPr>
            </w:pPr>
          </w:p>
          <w:p w:rsidR="00EC782F" w:rsidRPr="00EC782F" w:rsidRDefault="00EC782F" w:rsidP="00EC782F">
            <w:pPr>
              <w:rPr>
                <w:rFonts w:eastAsia="Calibri"/>
                <w:b/>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rPr>
            </w:pPr>
            <w:r>
              <w:rPr>
                <w:rFonts w:eastAsia="Calibri"/>
                <w:sz w:val="18"/>
                <w:szCs w:val="18"/>
                <w:lang w:val="ru-RU"/>
              </w:rPr>
              <w:t>12</w:t>
            </w:r>
            <w:r w:rsidR="00EC782F">
              <w:rPr>
                <w:rFonts w:eastAsia="Calibri"/>
                <w:sz w:val="18"/>
                <w:szCs w:val="18"/>
              </w:rPr>
              <w:t>.02</w:t>
            </w:r>
          </w:p>
          <w:p w:rsidR="00DB16C4" w:rsidRPr="00DB16C4" w:rsidRDefault="00DB16C4" w:rsidP="00EC782F">
            <w:pPr>
              <w:rPr>
                <w:rFonts w:eastAsia="Calibri"/>
                <w:sz w:val="18"/>
                <w:szCs w:val="18"/>
                <w:lang w:val="ru-RU"/>
              </w:rPr>
            </w:pPr>
            <w:r>
              <w:rPr>
                <w:rFonts w:eastAsia="Calibri"/>
                <w:sz w:val="18"/>
                <w:szCs w:val="18"/>
                <w:lang w:val="ru-RU"/>
              </w:rPr>
              <w:t>15.02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C00000"/>
              </w:rPr>
            </w:pPr>
            <w:r w:rsidRPr="00E643E5">
              <w:rPr>
                <w:rFonts w:eastAsia="Calibri"/>
                <w:b/>
                <w:color w:val="C00000"/>
              </w:rPr>
              <w:t>129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00000"/>
                <w:lang w:val="ru-RU"/>
              </w:rPr>
            </w:pPr>
            <w:r w:rsidRPr="00EC782F">
              <w:rPr>
                <w:rFonts w:eastAsia="Calibri"/>
                <w:b/>
                <w:color w:val="C00000"/>
                <w:lang w:val="ru-RU"/>
              </w:rPr>
              <w:t xml:space="preserve">Контрольный диктант по теме </w:t>
            </w:r>
            <w:r w:rsidRPr="00EC782F">
              <w:rPr>
                <w:rFonts w:eastAsia="Calibri"/>
                <w:b/>
                <w:color w:val="C00000"/>
                <w:lang w:val="ru-RU"/>
              </w:rPr>
              <w:lastRenderedPageBreak/>
              <w:t>«Имя числительное»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lastRenderedPageBreak/>
              <w:t xml:space="preserve">Проверка знаний, умений и </w:t>
            </w:r>
            <w:r w:rsidRPr="00EC782F">
              <w:rPr>
                <w:rFonts w:eastAsia="Calibri"/>
                <w:b/>
                <w:color w:val="CC0000"/>
                <w:lang w:val="ru-RU"/>
              </w:rPr>
              <w:lastRenderedPageBreak/>
              <w:t xml:space="preserve">навыков по теме «Имя </w:t>
            </w:r>
            <w:r w:rsidRPr="00EC782F">
              <w:rPr>
                <w:rFonts w:eastAsia="Calibri"/>
                <w:b/>
                <w:color w:val="C00000"/>
                <w:lang w:val="ru-RU"/>
              </w:rPr>
              <w:t>числительное</w:t>
            </w:r>
            <w:r w:rsidRPr="00EC782F">
              <w:rPr>
                <w:rFonts w:eastAsia="Calibri"/>
                <w:b/>
                <w:color w:val="CC0000"/>
                <w:lang w:val="ru-RU"/>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lastRenderedPageBreak/>
              <w:t>Диктант</w:t>
            </w:r>
            <w:proofErr w:type="spellEnd"/>
          </w:p>
        </w:tc>
        <w:tc>
          <w:tcPr>
            <w:tcW w:w="1985" w:type="pct"/>
            <w:tcBorders>
              <w:top w:val="single" w:sz="4" w:space="0" w:color="auto"/>
              <w:left w:val="single" w:sz="4" w:space="0" w:color="auto"/>
              <w:bottom w:val="single" w:sz="4" w:space="0" w:color="auto"/>
              <w:right w:val="single" w:sz="4" w:space="0" w:color="auto"/>
            </w:tcBorders>
            <w:vAlign w:val="center"/>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Уметь писать текст под диктовку и выполнять грамматическое задание к нему</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lastRenderedPageBreak/>
              <w:t xml:space="preserve">Контроль полученных знаний </w:t>
            </w: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EC782F" w:rsidP="00EC782F">
            <w:pPr>
              <w:rPr>
                <w:rFonts w:eastAsia="Calibri"/>
                <w:sz w:val="18"/>
                <w:szCs w:val="18"/>
                <w:lang w:val="ru-RU"/>
              </w:rPr>
            </w:pPr>
            <w:r>
              <w:rPr>
                <w:rFonts w:eastAsia="Calibri"/>
                <w:sz w:val="18"/>
                <w:szCs w:val="18"/>
              </w:rPr>
              <w:lastRenderedPageBreak/>
              <w:t>1</w:t>
            </w:r>
            <w:r w:rsidR="00DB16C4">
              <w:rPr>
                <w:rFonts w:eastAsia="Calibri"/>
                <w:sz w:val="18"/>
                <w:szCs w:val="18"/>
                <w:lang w:val="ru-RU"/>
              </w:rPr>
              <w:t>6.02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130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Строят логические цепи рассуждения</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содержание и сообщать его в письменной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16.02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74"/>
              <w:rPr>
                <w:rFonts w:eastAsia="Calibri"/>
              </w:rPr>
            </w:pPr>
            <w:r w:rsidRPr="00E643E5">
              <w:rPr>
                <w:rFonts w:eastAsia="Calibri"/>
              </w:rPr>
              <w:t>131,</w:t>
            </w:r>
          </w:p>
          <w:p w:rsidR="00EC782F" w:rsidRPr="00E643E5" w:rsidRDefault="00EC782F" w:rsidP="00EC782F">
            <w:pPr>
              <w:ind w:right="-74"/>
              <w:rPr>
                <w:rFonts w:eastAsia="Calibri"/>
              </w:rPr>
            </w:pPr>
            <w:r w:rsidRPr="00E643E5">
              <w:rPr>
                <w:rFonts w:eastAsia="Calibri"/>
              </w:rPr>
              <w:t>132</w:t>
            </w:r>
          </w:p>
          <w:p w:rsidR="00EC782F" w:rsidRPr="00E643E5" w:rsidRDefault="00EC782F" w:rsidP="00EC782F">
            <w:pPr>
              <w:ind w:right="-74"/>
              <w:rPr>
                <w:rFonts w:eastAsia="Calibri"/>
              </w:rPr>
            </w:pPr>
            <w:r w:rsidRPr="00E643E5">
              <w:rPr>
                <w:rFonts w:eastAsia="Calibri"/>
              </w:rPr>
              <w:t>р/р</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Защитаисследовательскихпроектов</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Учебный исследовательский проект. Презентационные материалы.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Доклад</w:t>
            </w:r>
            <w:proofErr w:type="spellEnd"/>
            <w:r w:rsidRPr="00E643E5">
              <w:rPr>
                <w:rFonts w:eastAsia="Calibri"/>
              </w:rPr>
              <w:t xml:space="preserve"> и </w:t>
            </w:r>
            <w:proofErr w:type="spellStart"/>
            <w:r w:rsidRPr="00E643E5">
              <w:rPr>
                <w:rFonts w:eastAsia="Calibri"/>
              </w:rPr>
              <w:t>презен</w:t>
            </w:r>
            <w:r>
              <w:rPr>
                <w:rFonts w:eastAsia="Calibri"/>
              </w:rPr>
              <w:t>тация</w:t>
            </w:r>
            <w:proofErr w:type="spellEnd"/>
          </w:p>
        </w:tc>
        <w:tc>
          <w:tcPr>
            <w:tcW w:w="1985" w:type="pct"/>
            <w:tcBorders>
              <w:top w:val="single" w:sz="4" w:space="0" w:color="auto"/>
              <w:left w:val="single" w:sz="4" w:space="0" w:color="auto"/>
              <w:bottom w:val="single" w:sz="4" w:space="0" w:color="auto"/>
              <w:right w:val="single" w:sz="4" w:space="0" w:color="auto"/>
            </w:tcBorders>
            <w:vAlign w:val="center"/>
          </w:tcPr>
          <w:p w:rsidR="00EC782F" w:rsidRPr="00EC782F" w:rsidRDefault="00EC782F" w:rsidP="00EC782F">
            <w:pPr>
              <w:ind w:right="-126"/>
              <w:rPr>
                <w:rFonts w:eastAsia="Calibri"/>
                <w:sz w:val="18"/>
                <w:szCs w:val="18"/>
                <w:lang w:val="ru-RU"/>
              </w:rPr>
            </w:pPr>
            <w:r w:rsidRPr="00EC782F">
              <w:rPr>
                <w:rFonts w:eastAsia="Calibri"/>
                <w:sz w:val="18"/>
                <w:szCs w:val="18"/>
                <w:lang w:val="ru-RU"/>
              </w:rPr>
              <w:t xml:space="preserve">Уметь представлять учебный исследовательский проект, сопровождая выступление презентационными материалами. </w:t>
            </w:r>
          </w:p>
          <w:p w:rsidR="00EC782F" w:rsidRPr="00EC782F" w:rsidRDefault="00EC782F" w:rsidP="00EC782F">
            <w:pPr>
              <w:rPr>
                <w:rFonts w:eastAsia="Calibri"/>
                <w:sz w:val="18"/>
                <w:szCs w:val="18"/>
                <w:lang w:val="ru-RU"/>
              </w:rPr>
            </w:pPr>
            <w:r w:rsidRPr="00EC782F">
              <w:rPr>
                <w:rFonts w:eastAsia="Calibri"/>
                <w:sz w:val="18"/>
                <w:szCs w:val="18"/>
                <w:lang w:val="ru-RU"/>
              </w:rPr>
              <w:t>Строят логические цепи рассуждения</w:t>
            </w:r>
          </w:p>
          <w:p w:rsidR="00EC782F" w:rsidRPr="00EC782F" w:rsidRDefault="00EC782F" w:rsidP="00EC782F">
            <w:pPr>
              <w:ind w:right="-158"/>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rPr>
                <w:rFonts w:eastAsia="Calibri"/>
                <w:sz w:val="18"/>
                <w:szCs w:val="18"/>
                <w:lang w:val="ru-RU"/>
              </w:rPr>
            </w:pPr>
            <w:r w:rsidRPr="00EC782F">
              <w:rPr>
                <w:rFonts w:eastAsia="Calibri"/>
                <w:sz w:val="18"/>
                <w:szCs w:val="18"/>
                <w:lang w:val="ru-RU"/>
              </w:rPr>
              <w:t>Готовность и способность к соблюдению норм и требований школьной жизни</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rPr>
            </w:pPr>
            <w:r>
              <w:rPr>
                <w:rFonts w:eastAsia="Calibri"/>
                <w:sz w:val="18"/>
                <w:szCs w:val="18"/>
                <w:lang w:val="ru-RU"/>
              </w:rPr>
              <w:t>17.</w:t>
            </w:r>
            <w:r w:rsidR="00EC782F">
              <w:rPr>
                <w:rFonts w:eastAsia="Calibri"/>
                <w:sz w:val="18"/>
                <w:szCs w:val="18"/>
              </w:rPr>
              <w:t>02</w:t>
            </w:r>
          </w:p>
          <w:p w:rsidR="00DB16C4" w:rsidRPr="00DB16C4" w:rsidRDefault="00DB16C4" w:rsidP="00EC782F">
            <w:pPr>
              <w:rPr>
                <w:rFonts w:eastAsia="Calibri"/>
                <w:sz w:val="18"/>
                <w:szCs w:val="18"/>
                <w:lang w:val="ru-RU"/>
              </w:rPr>
            </w:pPr>
            <w:r>
              <w:rPr>
                <w:rFonts w:eastAsia="Calibri"/>
                <w:sz w:val="18"/>
                <w:szCs w:val="18"/>
                <w:lang w:val="ru-RU"/>
              </w:rPr>
              <w:t>18.02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133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color w:val="31849B"/>
              </w:rPr>
            </w:pPr>
            <w:proofErr w:type="spellStart"/>
            <w:r w:rsidRPr="00E643E5">
              <w:rPr>
                <w:rFonts w:eastAsia="Calibri"/>
              </w:rPr>
              <w:t>Местоимениекакчастьречи</w:t>
            </w:r>
            <w:proofErr w:type="spellEnd"/>
            <w:r w:rsidRPr="00E643E5">
              <w:rPr>
                <w:rFonts w:eastAsia="Calibri"/>
              </w:rPr>
              <w:t xml:space="preserve">. </w:t>
            </w:r>
          </w:p>
          <w:p w:rsidR="00EC782F" w:rsidRPr="00E643E5" w:rsidRDefault="00EC782F" w:rsidP="00EC782F">
            <w:pPr>
              <w:rPr>
                <w:rFonts w:eastAsia="Calibri"/>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Понятие о местоимении. Лексико-грамматическое значение местоимений, их функция в речи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 xml:space="preserve">Знать общее представление о новой лексической категории, </w:t>
            </w:r>
            <w:proofErr w:type="spellStart"/>
            <w:r w:rsidRPr="00EC782F">
              <w:rPr>
                <w:rFonts w:eastAsia="Calibri"/>
                <w:sz w:val="18"/>
                <w:szCs w:val="18"/>
                <w:lang w:val="ru-RU"/>
              </w:rPr>
              <w:t>опре-делениеместоиме-ния</w:t>
            </w:r>
            <w:proofErr w:type="spellEnd"/>
            <w:r w:rsidRPr="00EC782F">
              <w:rPr>
                <w:rFonts w:eastAsia="Calibri"/>
                <w:sz w:val="18"/>
                <w:szCs w:val="18"/>
                <w:lang w:val="ru-RU"/>
              </w:rPr>
              <w:t>, уметь находить местоимения в тексте</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ind w:right="-134"/>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rPr>
                <w:rFonts w:eastAsia="Calibri"/>
                <w:sz w:val="18"/>
                <w:szCs w:val="18"/>
                <w:lang w:val="ru-RU"/>
              </w:rPr>
            </w:pPr>
            <w:r w:rsidRPr="00EC782F">
              <w:rPr>
                <w:rFonts w:eastAsia="Calibri"/>
                <w:sz w:val="18"/>
                <w:szCs w:val="18"/>
                <w:lang w:val="ru-RU"/>
              </w:rPr>
              <w:t xml:space="preserve">Формулируют собственное мнение, </w:t>
            </w:r>
            <w:proofErr w:type="gramStart"/>
            <w:r w:rsidRPr="00EC782F">
              <w:rPr>
                <w:rFonts w:eastAsia="Calibri"/>
                <w:sz w:val="18"/>
                <w:szCs w:val="18"/>
                <w:lang w:val="ru-RU"/>
              </w:rPr>
              <w:t>про-являют</w:t>
            </w:r>
            <w:proofErr w:type="gramEnd"/>
            <w:r w:rsidRPr="00EC782F">
              <w:rPr>
                <w:rFonts w:eastAsia="Calibri"/>
                <w:sz w:val="18"/>
                <w:szCs w:val="18"/>
                <w:lang w:val="ru-RU"/>
              </w:rPr>
              <w:t xml:space="preserve"> интерес к новому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19</w:t>
            </w:r>
            <w:r w:rsidR="00EC782F">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134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Разрядыместоимений</w:t>
            </w:r>
            <w:proofErr w:type="spellEnd"/>
            <w:r w:rsidRPr="00E643E5">
              <w:rPr>
                <w:rFonts w:eastAsia="Calibri"/>
              </w:rPr>
              <w:t xml:space="preserve">. </w:t>
            </w:r>
            <w:proofErr w:type="spellStart"/>
            <w:r w:rsidRPr="00E643E5">
              <w:rPr>
                <w:rFonts w:eastAsia="Calibri"/>
              </w:rPr>
              <w:t>Личныеместоимения</w:t>
            </w:r>
            <w:proofErr w:type="spellEnd"/>
            <w:r w:rsidRPr="00E643E5">
              <w:rPr>
                <w:rFonts w:eastAsia="Calibri"/>
              </w:rPr>
              <w:t>.</w:t>
            </w:r>
          </w:p>
          <w:p w:rsidR="00EC782F" w:rsidRPr="00E643E5" w:rsidRDefault="00EC782F" w:rsidP="00EC782F">
            <w:pPr>
              <w:rPr>
                <w:rFonts w:eastAsia="Calibri"/>
                <w:b/>
                <w:color w:val="17365D"/>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Понятие о личных местоимениях.</w:t>
            </w:r>
          </w:p>
          <w:p w:rsidR="00EC782F" w:rsidRPr="00EC782F" w:rsidRDefault="00EC782F" w:rsidP="00EC782F">
            <w:pPr>
              <w:rPr>
                <w:rFonts w:eastAsia="Calibri"/>
                <w:lang w:val="ru-RU"/>
              </w:rPr>
            </w:pPr>
            <w:r w:rsidRPr="00EC782F">
              <w:rPr>
                <w:rFonts w:eastAsia="Calibri"/>
                <w:lang w:val="ru-RU"/>
              </w:rPr>
              <w:t xml:space="preserve">Употребление личных местоимений в речи. Правописание личных местоимений с предлогами.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разряды местоимений, Знать уметь склонять личные местоимения.</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ind w:right="-102"/>
              <w:rPr>
                <w:rFonts w:eastAsia="Calibri"/>
                <w:sz w:val="18"/>
                <w:szCs w:val="18"/>
                <w:lang w:val="ru-RU"/>
              </w:rPr>
            </w:pPr>
            <w:r w:rsidRPr="00EC782F">
              <w:rPr>
                <w:rFonts w:eastAsia="Calibri"/>
                <w:sz w:val="18"/>
                <w:szCs w:val="18"/>
                <w:lang w:val="ru-RU"/>
              </w:rPr>
              <w:t>Определять важность и  необходимость общения в учебной среде</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DB16C4">
              <w:rPr>
                <w:rFonts w:eastAsia="Calibri"/>
                <w:sz w:val="18"/>
                <w:szCs w:val="18"/>
                <w:lang w:val="ru-RU"/>
              </w:rPr>
              <w:t>2</w:t>
            </w:r>
            <w:r>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31"/>
              <w:rPr>
                <w:rFonts w:eastAsia="Calibri"/>
              </w:rPr>
            </w:pPr>
            <w:r>
              <w:rPr>
                <w:rFonts w:eastAsia="Calibri"/>
              </w:rPr>
              <w:t>135,</w:t>
            </w:r>
          </w:p>
          <w:p w:rsidR="00EC782F" w:rsidRPr="00E643E5" w:rsidRDefault="00EC782F" w:rsidP="00EC782F">
            <w:pPr>
              <w:ind w:right="-131"/>
              <w:rPr>
                <w:rFonts w:eastAsia="Calibri"/>
              </w:rPr>
            </w:pPr>
            <w:r w:rsidRPr="00E643E5">
              <w:rPr>
                <w:rFonts w:eastAsia="Calibri"/>
              </w:rPr>
              <w:t>136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Особенностисклоненияличныхместоимений</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Употребление личных местоимений в речи. </w:t>
            </w:r>
            <w:proofErr w:type="spellStart"/>
            <w:r w:rsidRPr="00E643E5">
              <w:rPr>
                <w:rFonts w:eastAsia="Calibri"/>
              </w:rPr>
              <w:t>Особенностисклоненияличныхместоимений</w:t>
            </w:r>
            <w:proofErr w:type="spellEnd"/>
            <w:r w:rsidRPr="00E643E5">
              <w:rPr>
                <w:rFonts w:eastAsia="Calibri"/>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Уметь склонять личные местоимения.</w:t>
            </w:r>
          </w:p>
          <w:p w:rsidR="00EC782F" w:rsidRPr="00EC782F" w:rsidRDefault="00EC782F" w:rsidP="00EC782F">
            <w:pPr>
              <w:ind w:right="-101"/>
              <w:rPr>
                <w:rFonts w:eastAsia="Calibri"/>
                <w:sz w:val="18"/>
                <w:szCs w:val="18"/>
                <w:lang w:val="ru-RU"/>
              </w:rPr>
            </w:pPr>
            <w:r w:rsidRPr="00EC782F">
              <w:rPr>
                <w:rFonts w:eastAsia="Calibri"/>
                <w:sz w:val="18"/>
                <w:szCs w:val="18"/>
                <w:lang w:val="ru-RU"/>
              </w:rPr>
              <w:t>Формулируют познавательную цель и строят действия в соответствии с ней</w:t>
            </w:r>
          </w:p>
          <w:p w:rsidR="00EC782F" w:rsidRPr="00EC782F" w:rsidRDefault="00EC782F" w:rsidP="00EC782F">
            <w:pPr>
              <w:ind w:right="-134"/>
              <w:rPr>
                <w:rFonts w:eastAsia="Calibri"/>
                <w:sz w:val="18"/>
                <w:szCs w:val="18"/>
                <w:lang w:val="ru-RU"/>
              </w:rPr>
            </w:pPr>
            <w:r w:rsidRPr="00EC782F">
              <w:rPr>
                <w:rFonts w:eastAsia="Calibri"/>
                <w:sz w:val="18"/>
                <w:szCs w:val="18"/>
                <w:lang w:val="ru-RU"/>
              </w:rPr>
              <w:t>Готовность  к равноправному сотрудничеству</w:t>
            </w:r>
          </w:p>
          <w:p w:rsidR="00EC782F" w:rsidRPr="00EC782F" w:rsidRDefault="00EC782F" w:rsidP="00EC782F">
            <w:pPr>
              <w:ind w:right="-178"/>
              <w:rPr>
                <w:rFonts w:eastAsia="Calibri"/>
                <w:sz w:val="18"/>
                <w:szCs w:val="18"/>
                <w:lang w:val="ru-RU"/>
              </w:rPr>
            </w:pPr>
            <w:r w:rsidRPr="00EC782F">
              <w:rPr>
                <w:rFonts w:eastAsia="Calibri"/>
                <w:sz w:val="18"/>
                <w:szCs w:val="18"/>
                <w:lang w:val="ru-RU"/>
              </w:rPr>
              <w:t>Определять важность и  необходимость общения в учебной среде</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lang w:val="ru-RU"/>
              </w:rPr>
            </w:pPr>
            <w:r>
              <w:rPr>
                <w:rFonts w:eastAsia="Calibri"/>
                <w:sz w:val="18"/>
                <w:szCs w:val="18"/>
                <w:lang w:val="ru-RU"/>
              </w:rPr>
              <w:t>23.02</w:t>
            </w:r>
          </w:p>
          <w:p w:rsidR="00DB16C4" w:rsidRPr="00DB16C4" w:rsidRDefault="00DB16C4" w:rsidP="00EC782F">
            <w:pPr>
              <w:rPr>
                <w:rFonts w:eastAsia="Calibri"/>
                <w:sz w:val="18"/>
                <w:szCs w:val="18"/>
                <w:lang w:val="ru-RU"/>
              </w:rPr>
            </w:pPr>
            <w:r>
              <w:rPr>
                <w:rFonts w:eastAsia="Calibri"/>
                <w:sz w:val="18"/>
                <w:szCs w:val="18"/>
                <w:lang w:val="ru-RU"/>
              </w:rPr>
              <w:t>23.02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137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Возвратноеместоимение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Лексическое значение, особенности склонения местоимения </w:t>
            </w:r>
            <w:r w:rsidRPr="00EC782F">
              <w:rPr>
                <w:rFonts w:eastAsia="Calibri"/>
                <w:i/>
                <w:lang w:val="ru-RU"/>
              </w:rPr>
              <w:t>себя</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разряды местоимений, уметь в тексте находить местоимение СЕБЯ</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форме</w:t>
            </w:r>
          </w:p>
          <w:p w:rsidR="00EC782F" w:rsidRPr="00EC782F" w:rsidRDefault="00EC782F" w:rsidP="00EC782F">
            <w:pPr>
              <w:ind w:right="-102"/>
              <w:rPr>
                <w:rFonts w:eastAsia="Calibri"/>
                <w:sz w:val="18"/>
                <w:szCs w:val="18"/>
                <w:lang w:val="ru-RU"/>
              </w:rPr>
            </w:pPr>
            <w:r w:rsidRPr="00EC782F">
              <w:rPr>
                <w:rFonts w:eastAsia="Calibri"/>
                <w:sz w:val="18"/>
                <w:szCs w:val="18"/>
                <w:lang w:val="ru-RU"/>
              </w:rPr>
              <w:t>Определять важность и  необходимость общения в учебной среде</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DB16C4">
              <w:rPr>
                <w:rFonts w:eastAsia="Calibri"/>
                <w:sz w:val="18"/>
                <w:szCs w:val="18"/>
                <w:lang w:val="ru-RU"/>
              </w:rPr>
              <w:t>4</w:t>
            </w:r>
            <w:r>
              <w:rPr>
                <w:rFonts w:eastAsia="Calibri"/>
                <w:sz w:val="18"/>
                <w:szCs w:val="18"/>
              </w:rPr>
              <w:t>.02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6600"/>
              </w:rPr>
            </w:pPr>
            <w:r w:rsidRPr="00E643E5">
              <w:rPr>
                <w:rFonts w:eastAsia="Calibri"/>
                <w:b/>
                <w:color w:val="006600"/>
              </w:rPr>
              <w:t>138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Рассказпосюжетнымкартинкам</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Pr>
                <w:rFonts w:eastAsia="Calibri"/>
                <w:b/>
                <w:color w:val="006600"/>
              </w:rPr>
              <w:t>Устноемонологическоевысказывание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02"/>
              <w:rPr>
                <w:rFonts w:eastAsia="Calibri"/>
                <w:b/>
                <w:color w:val="006600"/>
                <w:sz w:val="18"/>
                <w:szCs w:val="18"/>
                <w:lang w:val="ru-RU"/>
              </w:rPr>
            </w:pPr>
            <w:r w:rsidRPr="00EC782F">
              <w:rPr>
                <w:rFonts w:eastAsia="Calibri"/>
                <w:b/>
                <w:color w:val="006600"/>
                <w:sz w:val="18"/>
                <w:szCs w:val="18"/>
                <w:lang w:val="ru-RU"/>
              </w:rPr>
              <w:t xml:space="preserve">Знать композицию рассказа, уметь составлять рассказ по сюжетным рисункам. </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25.02</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139-140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Вопросительныеместоимения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Понятие о вопросительных местоимениях, их назначение в речи и грамматические особенности. </w:t>
            </w:r>
            <w:proofErr w:type="spellStart"/>
            <w:r w:rsidRPr="00E643E5">
              <w:rPr>
                <w:rFonts w:eastAsia="Calibri"/>
              </w:rPr>
              <w:t>Склонениевопросительныхместоимений</w:t>
            </w:r>
            <w:proofErr w:type="spellEnd"/>
            <w:r w:rsidRPr="00E643E5">
              <w:rPr>
                <w:rFonts w:eastAsia="Calibri"/>
              </w:rPr>
              <w:t xml:space="preserve">.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 xml:space="preserve">Знать группу вопросительных местоимений, их назначение в речи и грамматическую роль. Уметь склонять их. </w:t>
            </w:r>
          </w:p>
          <w:p w:rsidR="00EC782F" w:rsidRPr="00EC782F" w:rsidRDefault="00EC782F" w:rsidP="00EC782F">
            <w:pPr>
              <w:ind w:right="-158"/>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0F064F" w:rsidRDefault="00EC782F" w:rsidP="00EC782F">
            <w:pPr>
              <w:ind w:right="-141"/>
              <w:rPr>
                <w:rFonts w:eastAsia="Calibri"/>
                <w:sz w:val="18"/>
                <w:szCs w:val="18"/>
              </w:rPr>
            </w:pPr>
            <w:proofErr w:type="spellStart"/>
            <w:r w:rsidRPr="000F064F">
              <w:rPr>
                <w:rFonts w:eastAsia="Calibri"/>
                <w:sz w:val="18"/>
                <w:szCs w:val="18"/>
              </w:rPr>
              <w:t>Готовность</w:t>
            </w:r>
            <w:proofErr w:type="spellEnd"/>
            <w:r w:rsidRPr="000F064F">
              <w:rPr>
                <w:rFonts w:eastAsia="Calibri"/>
                <w:sz w:val="18"/>
                <w:szCs w:val="18"/>
              </w:rPr>
              <w:t xml:space="preserve">  </w:t>
            </w:r>
            <w:proofErr w:type="spellStart"/>
            <w:r w:rsidRPr="000F064F">
              <w:rPr>
                <w:rFonts w:eastAsia="Calibri"/>
                <w:sz w:val="18"/>
                <w:szCs w:val="18"/>
              </w:rPr>
              <w:t>кравноправномусотрудничеству</w:t>
            </w:r>
            <w:proofErr w:type="spellEnd"/>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lang w:val="ru-RU"/>
              </w:rPr>
            </w:pPr>
            <w:r>
              <w:rPr>
                <w:rFonts w:eastAsia="Calibri"/>
                <w:sz w:val="18"/>
                <w:szCs w:val="18"/>
                <w:lang w:val="ru-RU"/>
              </w:rPr>
              <w:t>26.02</w:t>
            </w:r>
          </w:p>
          <w:p w:rsidR="00DB16C4" w:rsidRPr="00DB16C4" w:rsidRDefault="00DB16C4" w:rsidP="00EC782F">
            <w:pPr>
              <w:rPr>
                <w:rFonts w:eastAsia="Calibri"/>
                <w:sz w:val="18"/>
                <w:szCs w:val="18"/>
                <w:lang w:val="ru-RU"/>
              </w:rPr>
            </w:pPr>
            <w:r>
              <w:rPr>
                <w:rFonts w:eastAsia="Calibri"/>
                <w:sz w:val="18"/>
                <w:szCs w:val="18"/>
                <w:lang w:val="ru-RU"/>
              </w:rPr>
              <w:t>01.03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141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Относительныеместоимения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Отличие вопросительных и относительных местоимений, роль относительных местоимений в сложном предложении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Знать особенности употребления относительных местоимений. </w:t>
            </w:r>
          </w:p>
          <w:p w:rsidR="00EC782F" w:rsidRPr="00EC782F" w:rsidRDefault="00EC782F" w:rsidP="00EC782F">
            <w:pPr>
              <w:ind w:right="-101"/>
              <w:rPr>
                <w:rFonts w:eastAsia="Calibri"/>
                <w:lang w:val="ru-RU"/>
              </w:rPr>
            </w:pPr>
            <w:r w:rsidRPr="00EC782F">
              <w:rPr>
                <w:rFonts w:eastAsia="Calibri"/>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lang w:val="ru-RU"/>
              </w:rPr>
            </w:pPr>
            <w:r w:rsidRPr="00EC782F">
              <w:rPr>
                <w:rFonts w:eastAsia="Calibri"/>
                <w:lang w:val="ru-RU"/>
              </w:rPr>
              <w:t>С достаточной полнотой и точностью выражают свои мысли и чувства</w:t>
            </w:r>
          </w:p>
          <w:p w:rsidR="00EC782F" w:rsidRPr="000F064F" w:rsidRDefault="00EC782F" w:rsidP="00EC782F">
            <w:pPr>
              <w:ind w:right="-198"/>
              <w:rPr>
                <w:rFonts w:eastAsia="Calibri"/>
                <w:sz w:val="18"/>
                <w:szCs w:val="18"/>
              </w:rPr>
            </w:pPr>
            <w:proofErr w:type="spellStart"/>
            <w:r w:rsidRPr="000F064F">
              <w:rPr>
                <w:rFonts w:eastAsia="Calibri"/>
                <w:sz w:val="18"/>
                <w:szCs w:val="18"/>
              </w:rPr>
              <w:t>Готовность</w:t>
            </w:r>
            <w:proofErr w:type="spellEnd"/>
            <w:r w:rsidRPr="000F064F">
              <w:rPr>
                <w:rFonts w:eastAsia="Calibri"/>
                <w:sz w:val="18"/>
                <w:szCs w:val="18"/>
              </w:rPr>
              <w:t xml:space="preserve">  </w:t>
            </w:r>
            <w:proofErr w:type="spellStart"/>
            <w:r w:rsidRPr="000F064F">
              <w:rPr>
                <w:rFonts w:eastAsia="Calibri"/>
                <w:sz w:val="18"/>
                <w:szCs w:val="18"/>
              </w:rPr>
              <w:t>кравноправномусотрудничеству</w:t>
            </w:r>
            <w:proofErr w:type="spellEnd"/>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02</w:t>
            </w:r>
            <w:r w:rsidR="00EC782F">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142-143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proofErr w:type="spellStart"/>
            <w:r w:rsidRPr="00E643E5">
              <w:rPr>
                <w:rFonts w:eastAsia="Calibri"/>
              </w:rPr>
              <w:t>Неопределенныеместоимения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7"/>
              <w:rPr>
                <w:rFonts w:eastAsia="Calibri"/>
                <w:lang w:val="ru-RU"/>
              </w:rPr>
            </w:pPr>
            <w:r w:rsidRPr="00EC782F">
              <w:rPr>
                <w:rFonts w:eastAsia="Calibri"/>
                <w:lang w:val="ru-RU"/>
              </w:rPr>
              <w:t xml:space="preserve">Отличительные признаки неопределенных местоимений, способ образования неопределенных местоимений, дефисное написание </w:t>
            </w:r>
            <w:r w:rsidRPr="00EC782F">
              <w:rPr>
                <w:rFonts w:eastAsia="Calibri"/>
                <w:lang w:val="ru-RU"/>
              </w:rPr>
              <w:lastRenderedPageBreak/>
              <w:t xml:space="preserve">приставки </w:t>
            </w:r>
            <w:r w:rsidRPr="00EC782F">
              <w:rPr>
                <w:rFonts w:eastAsia="Calibri"/>
                <w:i/>
                <w:lang w:val="ru-RU"/>
              </w:rPr>
              <w:t>кое-</w:t>
            </w:r>
            <w:r w:rsidRPr="00EC782F">
              <w:rPr>
                <w:rFonts w:eastAsia="Calibri"/>
                <w:lang w:val="ru-RU"/>
              </w:rPr>
              <w:t xml:space="preserve"> и суффиксов – то, - либо, - </w:t>
            </w:r>
            <w:proofErr w:type="spellStart"/>
            <w:r w:rsidRPr="00EC782F">
              <w:rPr>
                <w:rFonts w:eastAsia="Calibri"/>
                <w:lang w:val="ru-RU"/>
              </w:rPr>
              <w:t>нибудь</w:t>
            </w:r>
            <w:proofErr w:type="spellEnd"/>
            <w:r w:rsidRPr="00EC782F">
              <w:rPr>
                <w:rFonts w:eastAsia="Calibri"/>
                <w:lang w:val="ru-RU"/>
              </w:rPr>
              <w:t xml:space="preserve">.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lastRenderedPageBreak/>
              <w:t>Учебноеисследование</w:t>
            </w:r>
            <w:proofErr w:type="spellEnd"/>
            <w:r w:rsidRPr="00E643E5">
              <w:rPr>
                <w:rFonts w:eastAsia="Calibri"/>
              </w:rPr>
              <w:t>.</w:t>
            </w:r>
          </w:p>
          <w:p w:rsidR="00EC782F" w:rsidRPr="00E643E5" w:rsidRDefault="00EC782F" w:rsidP="00EC782F">
            <w:pPr>
              <w:rPr>
                <w:rFonts w:eastAsia="Calibri"/>
              </w:rPr>
            </w:pPr>
          </w:p>
          <w:p w:rsidR="00EC782F" w:rsidRPr="00E643E5" w:rsidRDefault="00EC782F" w:rsidP="00EC782F">
            <w:pPr>
              <w:rPr>
                <w:rFonts w:eastAsia="Calibri"/>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Знать способ образования неопределенных местоимений, уметь отличать данные разряды местоимений, правильно их писать. </w:t>
            </w:r>
          </w:p>
          <w:p w:rsidR="00EC782F" w:rsidRPr="00EC782F" w:rsidRDefault="00EC782F" w:rsidP="00EC782F">
            <w:pPr>
              <w:ind w:right="-101"/>
              <w:rPr>
                <w:rFonts w:eastAsia="Calibri"/>
                <w:sz w:val="18"/>
                <w:szCs w:val="18"/>
                <w:lang w:val="ru-RU"/>
              </w:rPr>
            </w:pPr>
            <w:r w:rsidRPr="00EC782F">
              <w:rPr>
                <w:rFonts w:eastAsia="Calibri"/>
                <w:sz w:val="18"/>
                <w:szCs w:val="18"/>
                <w:lang w:val="ru-RU"/>
              </w:rPr>
              <w:t>Оценивают достигнутый результат</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 xml:space="preserve">Формулируют собственное мнение и позицию, </w:t>
            </w:r>
            <w:proofErr w:type="gramStart"/>
            <w:r w:rsidRPr="00EC782F">
              <w:rPr>
                <w:rFonts w:eastAsia="Calibri"/>
                <w:sz w:val="18"/>
                <w:szCs w:val="18"/>
                <w:lang w:val="ru-RU"/>
              </w:rPr>
              <w:t>про-являют</w:t>
            </w:r>
            <w:proofErr w:type="gramEnd"/>
            <w:r w:rsidRPr="00EC782F">
              <w:rPr>
                <w:rFonts w:eastAsia="Calibri"/>
                <w:sz w:val="18"/>
                <w:szCs w:val="18"/>
                <w:lang w:val="ru-RU"/>
              </w:rPr>
              <w:t xml:space="preserve"> интерес к новому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lang w:val="ru-RU"/>
              </w:rPr>
            </w:pPr>
            <w:r>
              <w:rPr>
                <w:rFonts w:eastAsia="Calibri"/>
                <w:sz w:val="18"/>
                <w:szCs w:val="18"/>
                <w:lang w:val="ru-RU"/>
              </w:rPr>
              <w:t>02.03</w:t>
            </w:r>
          </w:p>
          <w:p w:rsidR="00DB16C4" w:rsidRPr="00DB16C4" w:rsidRDefault="00DB16C4" w:rsidP="00EC782F">
            <w:pPr>
              <w:rPr>
                <w:rFonts w:eastAsia="Calibri"/>
                <w:sz w:val="18"/>
                <w:szCs w:val="18"/>
                <w:lang w:val="ru-RU"/>
              </w:rPr>
            </w:pPr>
            <w:r>
              <w:rPr>
                <w:rFonts w:eastAsia="Calibri"/>
                <w:sz w:val="18"/>
                <w:szCs w:val="18"/>
                <w:lang w:val="ru-RU"/>
              </w:rPr>
              <w:t>03.03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144</w:t>
            </w:r>
          </w:p>
          <w:p w:rsidR="00EC782F" w:rsidRPr="00E643E5" w:rsidRDefault="00EC782F" w:rsidP="00EC782F">
            <w:pPr>
              <w:ind w:right="-131"/>
              <w:rPr>
                <w:rFonts w:eastAsia="Calibri"/>
              </w:rPr>
            </w:pPr>
            <w:r w:rsidRPr="00E643E5">
              <w:rPr>
                <w:rFonts w:eastAsia="Calibri"/>
              </w:rPr>
              <w:t>145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Отрицательныеместоимения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7"/>
              <w:rPr>
                <w:rFonts w:eastAsia="Calibri"/>
              </w:rPr>
            </w:pPr>
            <w:r w:rsidRPr="00EC782F">
              <w:rPr>
                <w:rFonts w:eastAsia="Calibri"/>
                <w:lang w:val="ru-RU"/>
              </w:rPr>
              <w:t xml:space="preserve">Понятие о данных местоимениях. Образование отрицательных местоимений. </w:t>
            </w:r>
            <w:proofErr w:type="spellStart"/>
            <w:r w:rsidRPr="00E643E5">
              <w:rPr>
                <w:rFonts w:eastAsia="Calibri"/>
              </w:rPr>
              <w:t>Выборприставок</w:t>
            </w:r>
            <w:r w:rsidRPr="00E643E5">
              <w:rPr>
                <w:rFonts w:eastAsia="Calibri"/>
                <w:i/>
              </w:rPr>
              <w:t>не</w:t>
            </w:r>
            <w:proofErr w:type="spellEnd"/>
            <w:r w:rsidRPr="00E643E5">
              <w:rPr>
                <w:rFonts w:eastAsia="Calibri"/>
                <w:i/>
              </w:rPr>
              <w:t>-</w:t>
            </w:r>
            <w:r w:rsidRPr="00E643E5">
              <w:rPr>
                <w:rFonts w:eastAsia="Calibri"/>
              </w:rPr>
              <w:t xml:space="preserve"> и </w:t>
            </w:r>
            <w:proofErr w:type="spellStart"/>
            <w:r w:rsidRPr="00E643E5">
              <w:rPr>
                <w:rFonts w:eastAsia="Calibri"/>
                <w:i/>
              </w:rPr>
              <w:t>ни</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Учебноеисследование</w:t>
            </w:r>
            <w:proofErr w:type="spellEnd"/>
            <w:r w:rsidRPr="00E643E5">
              <w:rPr>
                <w:rFonts w:eastAsia="Calibri"/>
              </w:rPr>
              <w:t>.</w:t>
            </w:r>
          </w:p>
          <w:p w:rsidR="00EC782F" w:rsidRPr="00E643E5" w:rsidRDefault="00EC782F" w:rsidP="00EC782F">
            <w:pPr>
              <w:rPr>
                <w:rFonts w:eastAsia="Calibri"/>
              </w:rPr>
            </w:pPr>
            <w:proofErr w:type="spellStart"/>
            <w:r w:rsidRPr="00E643E5">
              <w:rPr>
                <w:rFonts w:eastAsia="Calibri"/>
              </w:rPr>
              <w:t>Объяснительныйдиктант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значения отрицательных местоимений, уметь изменять их по падежам</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С достаточной полнотой и точностью выражают свои мысли и чувства</w:t>
            </w:r>
          </w:p>
          <w:p w:rsidR="00EC782F" w:rsidRPr="00EC782F" w:rsidRDefault="00EC782F" w:rsidP="00EC782F">
            <w:pPr>
              <w:ind w:right="-102"/>
              <w:rPr>
                <w:rFonts w:eastAsia="Calibri"/>
                <w:sz w:val="18"/>
                <w:szCs w:val="18"/>
                <w:lang w:val="ru-RU"/>
              </w:rPr>
            </w:pPr>
            <w:r w:rsidRPr="00EC782F">
              <w:rPr>
                <w:rFonts w:eastAsia="Calibri"/>
                <w:sz w:val="18"/>
                <w:szCs w:val="18"/>
                <w:lang w:val="ru-RU"/>
              </w:rPr>
              <w:t>Определять важность и  необходимость общения в учебной среде</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rPr>
            </w:pPr>
            <w:r>
              <w:rPr>
                <w:rFonts w:eastAsia="Calibri"/>
                <w:sz w:val="18"/>
                <w:szCs w:val="18"/>
                <w:lang w:val="ru-RU"/>
              </w:rPr>
              <w:t>04</w:t>
            </w:r>
            <w:r w:rsidR="00EC782F">
              <w:rPr>
                <w:rFonts w:eastAsia="Calibri"/>
                <w:sz w:val="18"/>
                <w:szCs w:val="18"/>
              </w:rPr>
              <w:t>.03</w:t>
            </w:r>
          </w:p>
          <w:p w:rsidR="00DB16C4" w:rsidRPr="00DB16C4" w:rsidRDefault="00DB16C4" w:rsidP="00EC782F">
            <w:pPr>
              <w:rPr>
                <w:rFonts w:eastAsia="Calibri"/>
                <w:sz w:val="18"/>
                <w:szCs w:val="18"/>
                <w:lang w:val="ru-RU"/>
              </w:rPr>
            </w:pPr>
            <w:r>
              <w:rPr>
                <w:rFonts w:eastAsia="Calibri"/>
                <w:sz w:val="18"/>
                <w:szCs w:val="18"/>
                <w:lang w:val="ru-RU"/>
              </w:rPr>
              <w:t>05.03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146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28"/>
              <w:rPr>
                <w:rFonts w:eastAsia="Calibri"/>
              </w:rPr>
            </w:pPr>
            <w:proofErr w:type="spellStart"/>
            <w:r w:rsidRPr="00E643E5">
              <w:rPr>
                <w:rFonts w:eastAsia="Calibri"/>
              </w:rPr>
              <w:t>Притяжательныеместоимения</w:t>
            </w:r>
            <w:proofErr w:type="spellEnd"/>
            <w:r w:rsidRPr="00E643E5">
              <w:rPr>
                <w:rFonts w:eastAsia="Calibri"/>
              </w:rPr>
              <w:t>.</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7"/>
              <w:rPr>
                <w:rFonts w:eastAsia="Calibri"/>
                <w:lang w:val="ru-RU"/>
              </w:rPr>
            </w:pPr>
            <w:r w:rsidRPr="00EC782F">
              <w:rPr>
                <w:rFonts w:eastAsia="Calibri"/>
                <w:lang w:val="ru-RU"/>
              </w:rPr>
              <w:t>Грамматические признаки и значение притяжательных местоимений. Правописание и употребление в речи.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Знать признаки притяжательных прилагательных и местоимений,  уметь отличать их.</w:t>
            </w:r>
          </w:p>
          <w:p w:rsidR="00EC782F" w:rsidRPr="00EC782F" w:rsidRDefault="00EC782F" w:rsidP="00EC782F">
            <w:pPr>
              <w:ind w:right="-101"/>
              <w:rPr>
                <w:rFonts w:eastAsia="Calibri"/>
                <w:sz w:val="18"/>
                <w:szCs w:val="18"/>
                <w:lang w:val="ru-RU"/>
              </w:rPr>
            </w:pPr>
            <w:r w:rsidRPr="00EC782F">
              <w:rPr>
                <w:rFonts w:eastAsia="Calibri"/>
                <w:sz w:val="18"/>
                <w:szCs w:val="18"/>
                <w:lang w:val="ru-RU"/>
              </w:rPr>
              <w:t>Оценивают достигнутый результат</w:t>
            </w:r>
          </w:p>
          <w:p w:rsidR="00EC782F" w:rsidRPr="00EC782F" w:rsidRDefault="00EC782F" w:rsidP="00EC782F">
            <w:pPr>
              <w:ind w:right="-191"/>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0F064F" w:rsidRDefault="00EC782F" w:rsidP="00EC782F">
            <w:pPr>
              <w:rPr>
                <w:rFonts w:eastAsia="Calibri"/>
                <w:sz w:val="18"/>
                <w:szCs w:val="18"/>
              </w:rPr>
            </w:pPr>
            <w:proofErr w:type="spellStart"/>
            <w:r w:rsidRPr="000F064F">
              <w:rPr>
                <w:rFonts w:eastAsia="Calibri"/>
                <w:sz w:val="18"/>
                <w:szCs w:val="18"/>
              </w:rPr>
              <w:t>Позитивнаяморальнаясамооценка</w:t>
            </w:r>
            <w:proofErr w:type="spellEnd"/>
          </w:p>
          <w:p w:rsidR="00EC782F" w:rsidRPr="000F064F" w:rsidRDefault="00EC782F" w:rsidP="00EC782F">
            <w:pPr>
              <w:ind w:right="-102"/>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08</w:t>
            </w:r>
            <w:r w:rsidR="00EC782F">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147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lang w:val="ru-RU"/>
              </w:rPr>
            </w:pPr>
            <w:r w:rsidRPr="00EC782F">
              <w:rPr>
                <w:rFonts w:eastAsia="Calibri"/>
                <w:lang w:val="ru-RU"/>
              </w:rPr>
              <w:t>Переход личных местоимений в притяжательные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Различать личные и притяжательные местоимения. Правописание и употребление в речи.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Объяснительныйдиктант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Уметь правильно писать и употреблять в речи притяжательные местоимения</w:t>
            </w:r>
          </w:p>
          <w:p w:rsidR="00EC782F" w:rsidRPr="00EC782F" w:rsidRDefault="00EC782F" w:rsidP="00EC782F">
            <w:pPr>
              <w:ind w:right="-158"/>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w:t>
            </w:r>
          </w:p>
          <w:p w:rsidR="00EC782F" w:rsidRPr="00EC782F" w:rsidRDefault="00EC782F" w:rsidP="00EC782F">
            <w:pPr>
              <w:rPr>
                <w:rFonts w:eastAsia="Calibri"/>
                <w:sz w:val="18"/>
                <w:szCs w:val="18"/>
                <w:lang w:val="ru-RU"/>
              </w:rPr>
            </w:pPr>
            <w:r w:rsidRPr="00EC782F">
              <w:rPr>
                <w:rFonts w:eastAsia="Calibri"/>
                <w:sz w:val="18"/>
                <w:szCs w:val="18"/>
                <w:lang w:val="ru-RU"/>
              </w:rPr>
              <w:t>С достаточной полнотой и точностью выражают свои мысли и чувства</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новому учебному материалу.</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09</w:t>
            </w:r>
            <w:r w:rsidR="00EC782F">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b/>
                <w:color w:val="006600"/>
              </w:rPr>
              <w:t>148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Сочинение-рассуждение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b/>
                <w:color w:val="0066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b/>
                <w:color w:val="006600"/>
              </w:rPr>
              <w:t>Сочинение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83"/>
              <w:rPr>
                <w:rFonts w:eastAsia="Calibri"/>
                <w:sz w:val="18"/>
                <w:szCs w:val="18"/>
                <w:lang w:val="ru-RU"/>
              </w:rPr>
            </w:pPr>
            <w:r w:rsidRPr="00EC782F">
              <w:rPr>
                <w:rFonts w:eastAsia="Calibri"/>
                <w:b/>
                <w:color w:val="006600"/>
                <w:sz w:val="18"/>
                <w:szCs w:val="18"/>
                <w:lang w:val="ru-RU"/>
              </w:rPr>
              <w:t xml:space="preserve">Знать особенности текста типа рассуждения,  </w:t>
            </w:r>
            <w:proofErr w:type="spellStart"/>
            <w:r w:rsidRPr="00EC782F">
              <w:rPr>
                <w:rFonts w:eastAsia="Calibri"/>
                <w:b/>
                <w:color w:val="006600"/>
                <w:sz w:val="18"/>
                <w:szCs w:val="18"/>
                <w:lang w:val="ru-RU"/>
              </w:rPr>
              <w:t>уметьпоследова-тельно</w:t>
            </w:r>
            <w:proofErr w:type="spellEnd"/>
            <w:r w:rsidRPr="00EC782F">
              <w:rPr>
                <w:rFonts w:eastAsia="Calibri"/>
                <w:b/>
                <w:color w:val="006600"/>
                <w:sz w:val="18"/>
                <w:szCs w:val="18"/>
                <w:lang w:val="ru-RU"/>
              </w:rPr>
              <w:t xml:space="preserve"> излагать собственные мысли.</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09</w:t>
            </w:r>
            <w:r w:rsidR="00EC782F">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149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rPr>
              <w:t>Указательныеместоимения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Значение указательных местоимений, их изменение, синтаксическая роль. </w:t>
            </w:r>
            <w:proofErr w:type="spellStart"/>
            <w:r w:rsidRPr="00E643E5">
              <w:rPr>
                <w:rFonts w:eastAsia="Calibri"/>
              </w:rPr>
              <w:t>Указательныеместоимения</w:t>
            </w:r>
            <w:proofErr w:type="spellEnd"/>
            <w:r w:rsidRPr="00E643E5">
              <w:rPr>
                <w:rFonts w:eastAsia="Calibri"/>
              </w:rPr>
              <w:t xml:space="preserve"> в </w:t>
            </w:r>
            <w:proofErr w:type="spellStart"/>
            <w:r w:rsidRPr="00E643E5">
              <w:rPr>
                <w:rFonts w:eastAsia="Calibri"/>
              </w:rPr>
              <w:lastRenderedPageBreak/>
              <w:t>сложноподчиненномпредложении</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r>
              <w:rPr>
                <w:rFonts w:eastAsia="Calibri"/>
              </w:rPr>
              <w:lastRenderedPageBreak/>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sz w:val="18"/>
                <w:szCs w:val="18"/>
                <w:lang w:val="ru-RU"/>
              </w:rPr>
            </w:pPr>
            <w:r w:rsidRPr="00EC782F">
              <w:rPr>
                <w:rFonts w:eastAsia="Calibri"/>
                <w:sz w:val="18"/>
                <w:szCs w:val="18"/>
                <w:lang w:val="ru-RU"/>
              </w:rPr>
              <w:t>Знать значение указательных местоимений,  уметь с их помощью связывать предложения в тексте.</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rPr>
                <w:rFonts w:eastAsia="Calibri"/>
                <w:sz w:val="18"/>
                <w:szCs w:val="18"/>
                <w:lang w:val="ru-RU"/>
              </w:rPr>
            </w:pPr>
            <w:r w:rsidRPr="00EC782F">
              <w:rPr>
                <w:rFonts w:eastAsia="Calibri"/>
                <w:sz w:val="18"/>
                <w:szCs w:val="18"/>
                <w:lang w:val="ru-RU"/>
              </w:rPr>
              <w:t>Определять важность и  необходимость общения в учебной среде</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0</w:t>
            </w:r>
            <w:r>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150, 151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Определитель-ныеместоимения</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Значение и употребление в речи определительных местоимений</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Знать признаки и отличия, особенности определительных местоимений, </w:t>
            </w:r>
          </w:p>
          <w:p w:rsidR="00EC782F" w:rsidRPr="00EC782F" w:rsidRDefault="00EC782F" w:rsidP="00EC782F">
            <w:pPr>
              <w:rPr>
                <w:rFonts w:eastAsia="Calibri"/>
                <w:sz w:val="18"/>
                <w:szCs w:val="18"/>
                <w:lang w:val="ru-RU"/>
              </w:rPr>
            </w:pPr>
            <w:r w:rsidRPr="00EC782F">
              <w:rPr>
                <w:rFonts w:eastAsia="Calibri"/>
                <w:sz w:val="18"/>
                <w:szCs w:val="18"/>
                <w:lang w:val="ru-RU"/>
              </w:rPr>
              <w:t>уметь находить их в тексте.</w:t>
            </w:r>
          </w:p>
          <w:p w:rsidR="00EC782F" w:rsidRPr="00EC782F" w:rsidRDefault="00EC782F" w:rsidP="00EC782F">
            <w:pPr>
              <w:ind w:right="-101"/>
              <w:rPr>
                <w:rFonts w:eastAsia="Calibri"/>
                <w:sz w:val="18"/>
                <w:szCs w:val="18"/>
                <w:lang w:val="ru-RU"/>
              </w:rPr>
            </w:pPr>
            <w:r w:rsidRPr="00EC782F">
              <w:rPr>
                <w:rFonts w:eastAsia="Calibri"/>
                <w:sz w:val="18"/>
                <w:szCs w:val="18"/>
                <w:lang w:val="ru-RU"/>
              </w:rPr>
              <w:t>Оценивают достигнутый результат</w:t>
            </w:r>
          </w:p>
          <w:p w:rsidR="00EC782F" w:rsidRPr="00EC782F" w:rsidRDefault="00EC782F" w:rsidP="00EC782F">
            <w:pPr>
              <w:rPr>
                <w:rFonts w:eastAsia="Calibri"/>
                <w:sz w:val="18"/>
                <w:szCs w:val="18"/>
                <w:lang w:val="ru-RU"/>
              </w:rPr>
            </w:pPr>
            <w:r w:rsidRPr="00EC782F">
              <w:rPr>
                <w:rFonts w:eastAsia="Calibri"/>
                <w:sz w:val="18"/>
                <w:szCs w:val="18"/>
                <w:lang w:val="ru-RU"/>
              </w:rPr>
              <w:t>Умеют С достаточной полнотой и точностью выражают свои мысли и чувства</w:t>
            </w:r>
          </w:p>
          <w:p w:rsidR="00EC782F" w:rsidRPr="000F064F" w:rsidRDefault="00EC782F" w:rsidP="00EC782F">
            <w:pPr>
              <w:rPr>
                <w:rFonts w:eastAsia="Calibri"/>
                <w:sz w:val="18"/>
                <w:szCs w:val="18"/>
              </w:rPr>
            </w:pPr>
            <w:proofErr w:type="spellStart"/>
            <w:r w:rsidRPr="000F064F">
              <w:rPr>
                <w:rFonts w:eastAsia="Calibri"/>
                <w:sz w:val="18"/>
                <w:szCs w:val="18"/>
              </w:rPr>
              <w:t>Формулируютсобственноемнение</w:t>
            </w:r>
            <w:proofErr w:type="spellEnd"/>
            <w:r w:rsidRPr="000F064F">
              <w:rPr>
                <w:rFonts w:eastAsia="Calibri"/>
                <w:sz w:val="18"/>
                <w:szCs w:val="18"/>
              </w:rPr>
              <w:t xml:space="preserve"> и </w:t>
            </w:r>
            <w:proofErr w:type="spellStart"/>
            <w:r w:rsidRPr="000F064F">
              <w:rPr>
                <w:rFonts w:eastAsia="Calibri"/>
                <w:sz w:val="18"/>
                <w:szCs w:val="18"/>
              </w:rPr>
              <w:t>позицию</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rPr>
            </w:pPr>
            <w:r>
              <w:rPr>
                <w:rFonts w:eastAsia="Calibri"/>
                <w:sz w:val="18"/>
                <w:szCs w:val="18"/>
                <w:lang w:val="ru-RU"/>
              </w:rPr>
              <w:t>11</w:t>
            </w:r>
            <w:r w:rsidR="00EC782F">
              <w:rPr>
                <w:rFonts w:eastAsia="Calibri"/>
                <w:sz w:val="18"/>
                <w:szCs w:val="18"/>
              </w:rPr>
              <w:t>.03</w:t>
            </w:r>
          </w:p>
          <w:p w:rsidR="00DB16C4" w:rsidRPr="00DB16C4" w:rsidRDefault="00DB16C4" w:rsidP="00EC782F">
            <w:pPr>
              <w:rPr>
                <w:rFonts w:eastAsia="Calibri"/>
                <w:sz w:val="18"/>
                <w:szCs w:val="18"/>
                <w:lang w:val="ru-RU"/>
              </w:rPr>
            </w:pPr>
            <w:r>
              <w:rPr>
                <w:rFonts w:eastAsia="Calibri"/>
                <w:sz w:val="18"/>
                <w:szCs w:val="18"/>
                <w:lang w:val="ru-RU"/>
              </w:rPr>
              <w:t>12.03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152-153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Морфологиче</w:t>
            </w:r>
            <w:r w:rsidRPr="00E643E5">
              <w:rPr>
                <w:rFonts w:eastAsia="Calibri"/>
              </w:rPr>
              <w:t>скийразборместоимений</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Систематизация изученного о правописании местоимений. </w:t>
            </w:r>
            <w:proofErr w:type="spellStart"/>
            <w:r w:rsidRPr="00E643E5">
              <w:rPr>
                <w:rFonts w:eastAsia="Calibri"/>
              </w:rPr>
              <w:t>Морфологическийразбор</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Разбор</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план устного и письменного разбора</w:t>
            </w:r>
            <w:proofErr w:type="gramStart"/>
            <w:r w:rsidRPr="00EC782F">
              <w:rPr>
                <w:rFonts w:eastAsia="Calibri"/>
                <w:sz w:val="18"/>
                <w:szCs w:val="18"/>
                <w:lang w:val="ru-RU"/>
              </w:rPr>
              <w:t xml:space="preserve"> ,</w:t>
            </w:r>
            <w:proofErr w:type="gramEnd"/>
          </w:p>
          <w:p w:rsidR="00EC782F" w:rsidRPr="00EC782F" w:rsidRDefault="00EC782F" w:rsidP="00EC782F">
            <w:pPr>
              <w:rPr>
                <w:rFonts w:eastAsia="Calibri"/>
                <w:sz w:val="18"/>
                <w:szCs w:val="18"/>
                <w:lang w:val="ru-RU"/>
              </w:rPr>
            </w:pPr>
            <w:r w:rsidRPr="00EC782F">
              <w:rPr>
                <w:rFonts w:eastAsia="Calibri"/>
                <w:sz w:val="18"/>
                <w:szCs w:val="18"/>
                <w:lang w:val="ru-RU"/>
              </w:rPr>
              <w:t>уметь делать разбор данных слов.</w:t>
            </w:r>
          </w:p>
          <w:p w:rsidR="00EC782F" w:rsidRPr="00EC782F" w:rsidRDefault="00EC782F" w:rsidP="00EC782F">
            <w:pPr>
              <w:ind w:right="-256"/>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ind w:right="-191"/>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rPr>
            </w:pPr>
            <w:r>
              <w:rPr>
                <w:rFonts w:eastAsia="Calibri"/>
                <w:sz w:val="18"/>
                <w:szCs w:val="18"/>
                <w:lang w:val="ru-RU"/>
              </w:rPr>
              <w:t>15</w:t>
            </w:r>
            <w:r w:rsidR="00EC782F">
              <w:rPr>
                <w:rFonts w:eastAsia="Calibri"/>
                <w:sz w:val="18"/>
                <w:szCs w:val="18"/>
              </w:rPr>
              <w:t>.03</w:t>
            </w:r>
          </w:p>
          <w:p w:rsidR="00DB16C4" w:rsidRPr="00DB16C4" w:rsidRDefault="00DB16C4" w:rsidP="00EC782F">
            <w:pPr>
              <w:rPr>
                <w:rFonts w:eastAsia="Calibri"/>
                <w:sz w:val="18"/>
                <w:szCs w:val="18"/>
                <w:lang w:val="ru-RU"/>
              </w:rPr>
            </w:pPr>
            <w:r>
              <w:rPr>
                <w:rFonts w:eastAsia="Calibri"/>
                <w:sz w:val="18"/>
                <w:szCs w:val="18"/>
                <w:lang w:val="ru-RU"/>
              </w:rPr>
              <w:t>16.03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008000"/>
              </w:rPr>
            </w:pPr>
            <w:r w:rsidRPr="00E643E5">
              <w:rPr>
                <w:rFonts w:eastAsia="Calibri"/>
                <w:b/>
                <w:color w:val="008000"/>
              </w:rPr>
              <w:t>154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Изложение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b/>
                <w:color w:val="0066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Изложение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b/>
                <w:color w:val="008000"/>
                <w:sz w:val="18"/>
                <w:szCs w:val="18"/>
                <w:lang w:val="ru-RU"/>
              </w:rPr>
              <w:t xml:space="preserve">Знать </w:t>
            </w:r>
            <w:r w:rsidRPr="00EC782F">
              <w:rPr>
                <w:rFonts w:eastAsia="Calibri"/>
                <w:b/>
                <w:color w:val="006600"/>
                <w:sz w:val="18"/>
                <w:szCs w:val="18"/>
                <w:lang w:val="ru-RU"/>
              </w:rPr>
              <w:t>строение, языковые особенности.</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DB16C4">
              <w:rPr>
                <w:rFonts w:eastAsia="Calibri"/>
                <w:sz w:val="18"/>
                <w:szCs w:val="18"/>
                <w:lang w:val="ru-RU"/>
              </w:rPr>
              <w:t>6</w:t>
            </w:r>
            <w:r>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rPr>
            </w:pPr>
            <w:r w:rsidRPr="00E643E5">
              <w:rPr>
                <w:rFonts w:eastAsia="Calibri"/>
                <w:b/>
              </w:rPr>
              <w:t>155-156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8"/>
              <w:rPr>
                <w:rFonts w:eastAsia="Calibri"/>
                <w:b/>
                <w:lang w:val="ru-RU"/>
              </w:rPr>
            </w:pPr>
            <w:r w:rsidRPr="00EC782F">
              <w:rPr>
                <w:rFonts w:eastAsia="Calibri"/>
                <w:b/>
                <w:lang w:val="ru-RU"/>
              </w:rPr>
              <w:t>Повторение изученного материала по теме «Местоимение»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Повторение по теме «Местоимение». Проверочная работа.</w:t>
            </w:r>
          </w:p>
          <w:p w:rsidR="00EC782F" w:rsidRPr="00E643E5" w:rsidRDefault="00EC782F" w:rsidP="00EC782F">
            <w:pPr>
              <w:rPr>
                <w:rFonts w:eastAsia="Calibri"/>
                <w:b/>
                <w:color w:val="006600"/>
              </w:rPr>
            </w:pPr>
            <w:proofErr w:type="spellStart"/>
            <w:r w:rsidRPr="00E643E5">
              <w:rPr>
                <w:rFonts w:eastAsia="Calibri"/>
                <w:b/>
              </w:rPr>
              <w:t>Подготовка</w:t>
            </w:r>
            <w:proofErr w:type="spellEnd"/>
            <w:r w:rsidRPr="00E643E5">
              <w:rPr>
                <w:rFonts w:eastAsia="Calibri"/>
                <w:b/>
              </w:rPr>
              <w:t xml:space="preserve"> к </w:t>
            </w:r>
            <w:proofErr w:type="spellStart"/>
            <w:r w:rsidRPr="00E643E5">
              <w:rPr>
                <w:rFonts w:eastAsia="Calibri"/>
                <w:b/>
              </w:rPr>
              <w:t>контрольномудиктанту</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proofErr w:type="spellStart"/>
            <w:r w:rsidRPr="00E643E5">
              <w:rPr>
                <w:rFonts w:eastAsia="Calibri"/>
                <w:b/>
              </w:rPr>
              <w:t>Тестиро</w:t>
            </w:r>
            <w:r>
              <w:rPr>
                <w:rFonts w:eastAsia="Calibri"/>
                <w:b/>
              </w:rPr>
              <w:t>вание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sz w:val="18"/>
                <w:szCs w:val="18"/>
                <w:lang w:val="ru-RU"/>
              </w:rPr>
            </w:pPr>
            <w:r w:rsidRPr="00EC782F">
              <w:rPr>
                <w:rFonts w:eastAsia="Calibri"/>
                <w:b/>
                <w:sz w:val="18"/>
                <w:szCs w:val="18"/>
                <w:lang w:val="ru-RU"/>
              </w:rPr>
              <w:t xml:space="preserve">Знать сходство и различие местоимений с другими частями речи,  уметь делать устное сообщение. </w:t>
            </w:r>
          </w:p>
          <w:p w:rsidR="00EC782F" w:rsidRPr="00EC782F" w:rsidRDefault="00EC782F" w:rsidP="00EC782F">
            <w:pPr>
              <w:rPr>
                <w:rFonts w:eastAsia="Calibri"/>
                <w:b/>
                <w:sz w:val="18"/>
                <w:szCs w:val="18"/>
                <w:lang w:val="ru-RU"/>
              </w:rPr>
            </w:pPr>
            <w:r w:rsidRPr="00EC782F">
              <w:rPr>
                <w:rFonts w:eastAsia="Calibri"/>
                <w:b/>
                <w:sz w:val="18"/>
                <w:szCs w:val="18"/>
                <w:lang w:val="ru-RU"/>
              </w:rPr>
              <w:t>Осознают качество и уровень усвоения, корректируют свою работу.</w:t>
            </w:r>
          </w:p>
          <w:p w:rsidR="00EC782F" w:rsidRPr="00EC782F" w:rsidRDefault="00EC782F" w:rsidP="00EC782F">
            <w:pPr>
              <w:ind w:right="-123"/>
              <w:rPr>
                <w:rFonts w:eastAsia="Calibri"/>
                <w:b/>
                <w:sz w:val="18"/>
                <w:szCs w:val="18"/>
                <w:lang w:val="ru-RU"/>
              </w:rPr>
            </w:pPr>
            <w:r w:rsidRPr="00EC782F">
              <w:rPr>
                <w:rFonts w:eastAsia="Calibri"/>
                <w:b/>
                <w:sz w:val="18"/>
                <w:szCs w:val="18"/>
                <w:lang w:val="ru-RU"/>
              </w:rPr>
              <w:t xml:space="preserve">Аргументируют свою точку зрения с помощью фактов и </w:t>
            </w:r>
            <w:proofErr w:type="spellStart"/>
            <w:r w:rsidRPr="00EC782F">
              <w:rPr>
                <w:rFonts w:eastAsia="Calibri"/>
                <w:b/>
                <w:sz w:val="18"/>
                <w:szCs w:val="18"/>
                <w:lang w:val="ru-RU"/>
              </w:rPr>
              <w:t>дополнитель</w:t>
            </w:r>
            <w:proofErr w:type="spellEnd"/>
          </w:p>
          <w:p w:rsidR="00EC782F" w:rsidRPr="00EC782F" w:rsidRDefault="00EC782F" w:rsidP="00EC782F">
            <w:pPr>
              <w:ind w:right="-123"/>
              <w:rPr>
                <w:rFonts w:eastAsia="Calibri"/>
                <w:b/>
                <w:sz w:val="18"/>
                <w:szCs w:val="18"/>
                <w:lang w:val="ru-RU"/>
              </w:rPr>
            </w:pPr>
            <w:proofErr w:type="spellStart"/>
            <w:r w:rsidRPr="00EC782F">
              <w:rPr>
                <w:rFonts w:eastAsia="Calibri"/>
                <w:b/>
                <w:sz w:val="18"/>
                <w:szCs w:val="18"/>
                <w:lang w:val="ru-RU"/>
              </w:rPr>
              <w:t>ных</w:t>
            </w:r>
            <w:proofErr w:type="spellEnd"/>
            <w:r w:rsidRPr="00EC782F">
              <w:rPr>
                <w:rFonts w:eastAsia="Calibri"/>
                <w:b/>
                <w:sz w:val="18"/>
                <w:szCs w:val="18"/>
                <w:lang w:val="ru-RU"/>
              </w:rPr>
              <w:t xml:space="preserve"> сведений</w:t>
            </w:r>
            <w:r w:rsidRPr="00EC782F">
              <w:rPr>
                <w:rFonts w:eastAsia="Calibri"/>
                <w:sz w:val="18"/>
                <w:szCs w:val="18"/>
                <w:lang w:val="ru-RU"/>
              </w:rPr>
              <w:t>.</w:t>
            </w:r>
          </w:p>
          <w:p w:rsidR="00EC782F" w:rsidRPr="00EC782F" w:rsidRDefault="00EC782F" w:rsidP="00EC782F">
            <w:pPr>
              <w:ind w:right="-109"/>
              <w:rPr>
                <w:rFonts w:eastAsia="Calibri"/>
                <w:b/>
                <w:sz w:val="18"/>
                <w:szCs w:val="18"/>
                <w:lang w:val="ru-RU"/>
              </w:rPr>
            </w:pPr>
            <w:r w:rsidRPr="00EC782F">
              <w:rPr>
                <w:rFonts w:eastAsia="Calibri"/>
                <w:b/>
                <w:sz w:val="18"/>
                <w:szCs w:val="18"/>
                <w:lang w:val="ru-RU"/>
              </w:rPr>
              <w:t>Формулируют собственное мнение и позицию.</w:t>
            </w:r>
          </w:p>
          <w:p w:rsidR="00EC782F" w:rsidRPr="00EC782F" w:rsidRDefault="00EC782F" w:rsidP="00EC782F">
            <w:pPr>
              <w:rPr>
                <w:rFonts w:eastAsia="Calibri"/>
                <w:b/>
                <w:sz w:val="18"/>
                <w:szCs w:val="18"/>
                <w:lang w:val="ru-RU"/>
              </w:rPr>
            </w:pPr>
          </w:p>
          <w:p w:rsidR="00EC782F" w:rsidRPr="00EC782F" w:rsidRDefault="00EC782F" w:rsidP="00EC782F">
            <w:pPr>
              <w:rPr>
                <w:rFonts w:eastAsia="Calibri"/>
                <w:b/>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DB16C4" w:rsidP="00EC782F">
            <w:pPr>
              <w:rPr>
                <w:rFonts w:eastAsia="Calibri"/>
                <w:sz w:val="18"/>
                <w:szCs w:val="18"/>
              </w:rPr>
            </w:pPr>
            <w:r>
              <w:rPr>
                <w:rFonts w:eastAsia="Calibri"/>
                <w:sz w:val="18"/>
                <w:szCs w:val="18"/>
                <w:lang w:val="ru-RU"/>
              </w:rPr>
              <w:t>17</w:t>
            </w:r>
            <w:r w:rsidR="00EC782F">
              <w:rPr>
                <w:rFonts w:eastAsia="Calibri"/>
                <w:sz w:val="18"/>
                <w:szCs w:val="18"/>
              </w:rPr>
              <w:t>.03</w:t>
            </w:r>
          </w:p>
          <w:p w:rsidR="00DB16C4" w:rsidRPr="00DB16C4" w:rsidRDefault="00DB16C4" w:rsidP="00EC782F">
            <w:pPr>
              <w:rPr>
                <w:rFonts w:eastAsia="Calibri"/>
                <w:sz w:val="18"/>
                <w:szCs w:val="18"/>
                <w:lang w:val="ru-RU"/>
              </w:rPr>
            </w:pPr>
            <w:r>
              <w:rPr>
                <w:rFonts w:eastAsia="Calibri"/>
                <w:sz w:val="18"/>
                <w:szCs w:val="18"/>
                <w:lang w:val="ru-RU"/>
              </w:rPr>
              <w:t>18.03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C00000"/>
              </w:rPr>
            </w:pPr>
            <w:r w:rsidRPr="00E643E5">
              <w:rPr>
                <w:rFonts w:eastAsia="Calibri"/>
                <w:b/>
                <w:color w:val="C00000"/>
              </w:rPr>
              <w:t>157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00000"/>
                <w:lang w:val="ru-RU"/>
              </w:rPr>
            </w:pPr>
            <w:r w:rsidRPr="00EC782F">
              <w:rPr>
                <w:rFonts w:eastAsia="Calibri"/>
                <w:b/>
                <w:color w:val="C00000"/>
                <w:lang w:val="ru-RU"/>
              </w:rPr>
              <w:t>Контрольный диктант по теме «Местоимение»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lang w:val="ru-RU"/>
              </w:rPr>
            </w:pPr>
            <w:r w:rsidRPr="00EC782F">
              <w:rPr>
                <w:rFonts w:eastAsia="Calibri"/>
                <w:b/>
                <w:color w:val="CC0000"/>
                <w:lang w:val="ru-RU"/>
              </w:rPr>
              <w:t>Проверка знаний, умений и навыков по теме «Местоимение»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Уметь писать текст под диктовку </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DB16C4" w:rsidRDefault="00DB16C4" w:rsidP="00EC782F">
            <w:pPr>
              <w:rPr>
                <w:rFonts w:eastAsia="Calibri"/>
                <w:sz w:val="18"/>
                <w:szCs w:val="18"/>
                <w:lang w:val="ru-RU"/>
              </w:rPr>
            </w:pPr>
            <w:r>
              <w:rPr>
                <w:rFonts w:eastAsia="Calibri"/>
                <w:sz w:val="18"/>
                <w:szCs w:val="18"/>
                <w:lang w:val="ru-RU"/>
              </w:rPr>
              <w:t>19.03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158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DB16C4" w:rsidP="00EC782F">
            <w:pPr>
              <w:rPr>
                <w:rFonts w:eastAsia="Calibri"/>
                <w:sz w:val="18"/>
                <w:szCs w:val="18"/>
              </w:rPr>
            </w:pPr>
            <w:r>
              <w:rPr>
                <w:rFonts w:eastAsia="Calibri"/>
                <w:sz w:val="18"/>
                <w:szCs w:val="18"/>
                <w:lang w:val="ru-RU"/>
              </w:rPr>
              <w:t>22.</w:t>
            </w:r>
            <w:r w:rsidR="00EC782F">
              <w:rPr>
                <w:rFonts w:eastAsia="Calibri"/>
                <w:sz w:val="18"/>
                <w:szCs w:val="18"/>
              </w:rPr>
              <w:t>.03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lastRenderedPageBreak/>
              <w:t>159</w:t>
            </w:r>
          </w:p>
          <w:p w:rsidR="00EC782F" w:rsidRPr="00E643E5" w:rsidRDefault="00EC782F" w:rsidP="00EC782F">
            <w:pPr>
              <w:ind w:right="-74"/>
              <w:rPr>
                <w:rFonts w:eastAsia="Calibri"/>
              </w:rPr>
            </w:pPr>
            <w:r w:rsidRPr="00E643E5">
              <w:rPr>
                <w:rFonts w:eastAsia="Calibri"/>
              </w:rPr>
              <w:t>160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3400CF" w:rsidP="00EC782F">
            <w:pPr>
              <w:rPr>
                <w:rFonts w:eastAsia="Calibri"/>
                <w:b/>
                <w:color w:val="17365D"/>
              </w:rPr>
            </w:pPr>
            <w:r w:rsidRPr="003400CF">
              <w:rPr>
                <w:rFonts w:eastAsia="Calibri"/>
                <w:b/>
                <w:color w:val="006600"/>
                <w:lang w:val="ru-RU"/>
              </w:rPr>
              <w:t>Сочинение-рассказ</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Глагол. Морфологические и синтаксические признаки. Роль в речи. Гласные в корнях с чередованием. </w:t>
            </w:r>
            <w:proofErr w:type="spellStart"/>
            <w:r w:rsidRPr="00E643E5">
              <w:rPr>
                <w:rFonts w:eastAsia="Calibri"/>
              </w:rPr>
              <w:t>Личныеокончанияглагола</w:t>
            </w:r>
            <w:proofErr w:type="spellEnd"/>
            <w:r w:rsidRPr="00E643E5">
              <w:rPr>
                <w:rFonts w:eastAsia="Calibri"/>
              </w:rPr>
              <w:t>.</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Словарныйдиктант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грамматические особенности глагола,  уметь отличать их от других частей речи.</w:t>
            </w:r>
          </w:p>
          <w:p w:rsidR="00EC782F" w:rsidRPr="00EC782F" w:rsidRDefault="00EC782F" w:rsidP="00EC782F">
            <w:pPr>
              <w:rPr>
                <w:rFonts w:eastAsia="Calibri"/>
                <w:sz w:val="18"/>
                <w:szCs w:val="18"/>
                <w:lang w:val="ru-RU"/>
              </w:rPr>
            </w:pPr>
            <w:r w:rsidRPr="00EC782F">
              <w:rPr>
                <w:rFonts w:eastAsia="Calibri"/>
                <w:sz w:val="18"/>
                <w:szCs w:val="18"/>
                <w:lang w:val="ru-RU"/>
              </w:rPr>
              <w:t>Оценивают достигнутый результат</w:t>
            </w:r>
          </w:p>
          <w:p w:rsidR="00EC782F" w:rsidRPr="00EC782F" w:rsidRDefault="00EC782F" w:rsidP="00EC782F">
            <w:pPr>
              <w:rPr>
                <w:rFonts w:eastAsia="Calibri"/>
                <w:sz w:val="18"/>
                <w:szCs w:val="18"/>
                <w:lang w:val="ru-RU"/>
              </w:rPr>
            </w:pPr>
            <w:r w:rsidRPr="00EC782F">
              <w:rPr>
                <w:rFonts w:eastAsia="Calibri"/>
                <w:sz w:val="18"/>
                <w:szCs w:val="18"/>
                <w:lang w:val="ru-RU"/>
              </w:rPr>
              <w:t>Самостоятельно предполагать, какая  дополнительная информация буде нужна для изучения незнакомого материала</w:t>
            </w:r>
          </w:p>
          <w:p w:rsidR="00EC782F" w:rsidRPr="000F064F" w:rsidRDefault="00EC782F" w:rsidP="00EC782F">
            <w:pPr>
              <w:rPr>
                <w:rFonts w:eastAsia="Calibri"/>
                <w:sz w:val="18"/>
                <w:szCs w:val="18"/>
              </w:rPr>
            </w:pPr>
            <w:proofErr w:type="spellStart"/>
            <w:r w:rsidRPr="000F064F">
              <w:rPr>
                <w:rFonts w:eastAsia="Calibri"/>
                <w:sz w:val="18"/>
                <w:szCs w:val="18"/>
              </w:rPr>
              <w:t>Позитивнаяморальнаясамооценка</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23.03</w:t>
            </w:r>
          </w:p>
          <w:p w:rsidR="003400CF" w:rsidRPr="003400CF" w:rsidRDefault="003400CF" w:rsidP="00EC782F">
            <w:pPr>
              <w:rPr>
                <w:rFonts w:eastAsia="Calibri"/>
                <w:sz w:val="18"/>
                <w:szCs w:val="18"/>
                <w:lang w:val="ru-RU"/>
              </w:rPr>
            </w:pPr>
            <w:r>
              <w:rPr>
                <w:rFonts w:eastAsia="Calibri"/>
                <w:sz w:val="18"/>
                <w:szCs w:val="18"/>
                <w:lang w:val="ru-RU"/>
              </w:rPr>
              <w:t>23.03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161-162</w:t>
            </w:r>
          </w:p>
        </w:tc>
        <w:tc>
          <w:tcPr>
            <w:tcW w:w="787" w:type="pct"/>
            <w:gridSpan w:val="2"/>
            <w:tcBorders>
              <w:top w:val="single" w:sz="4" w:space="0" w:color="auto"/>
              <w:left w:val="single" w:sz="4" w:space="0" w:color="auto"/>
              <w:bottom w:val="single" w:sz="4" w:space="0" w:color="auto"/>
              <w:right w:val="single" w:sz="4" w:space="0" w:color="auto"/>
            </w:tcBorders>
          </w:tcPr>
          <w:p w:rsidR="003400CF" w:rsidRPr="003400CF" w:rsidRDefault="003400CF" w:rsidP="003400CF">
            <w:pPr>
              <w:rPr>
                <w:rFonts w:eastAsia="Calibri"/>
                <w:lang w:val="ru-RU"/>
              </w:rPr>
            </w:pPr>
            <w:r w:rsidRPr="003400CF">
              <w:rPr>
                <w:rFonts w:eastAsia="Calibri"/>
                <w:lang w:val="ru-RU"/>
              </w:rPr>
              <w:t>Повторение изученного о глаголе</w:t>
            </w:r>
          </w:p>
          <w:p w:rsidR="00EC782F" w:rsidRPr="003400CF" w:rsidRDefault="00EC782F" w:rsidP="00EC782F">
            <w:pPr>
              <w:rPr>
                <w:rFonts w:eastAsia="Calibri"/>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b/>
                <w:color w:val="0066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b/>
                <w:color w:val="006600"/>
                <w:lang w:val="ru-RU"/>
              </w:rPr>
              <w:t>Сочинение-рассказ по сюжетным картинкам с включением готового текста.</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b/>
                <w:color w:val="006600"/>
                <w:sz w:val="18"/>
                <w:szCs w:val="18"/>
                <w:lang w:val="ru-RU"/>
              </w:rPr>
              <w:t>Знать композиционные части рассказа,  уметь писать работу с обрамлением</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24.03</w:t>
            </w:r>
          </w:p>
          <w:p w:rsidR="003400CF" w:rsidRPr="003400CF" w:rsidRDefault="003400CF" w:rsidP="00EC782F">
            <w:pPr>
              <w:rPr>
                <w:rFonts w:eastAsia="Calibri"/>
                <w:sz w:val="18"/>
                <w:szCs w:val="18"/>
                <w:lang w:val="ru-RU"/>
              </w:rPr>
            </w:pPr>
            <w:r>
              <w:rPr>
                <w:rFonts w:eastAsia="Calibri"/>
                <w:sz w:val="18"/>
                <w:szCs w:val="18"/>
                <w:lang w:val="ru-RU"/>
              </w:rPr>
              <w:t>25.03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163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1"/>
              <w:rPr>
                <w:rFonts w:eastAsia="Calibri"/>
              </w:rPr>
            </w:pPr>
            <w:proofErr w:type="spellStart"/>
            <w:r w:rsidRPr="00E643E5">
              <w:rPr>
                <w:rFonts w:eastAsia="Calibri"/>
              </w:rPr>
              <w:t>Разноспрягаемыеглаголы</w:t>
            </w:r>
            <w:proofErr w:type="spellEnd"/>
          </w:p>
          <w:p w:rsidR="00EC782F" w:rsidRPr="003400CF" w:rsidRDefault="003400CF" w:rsidP="00EC782F">
            <w:pPr>
              <w:rPr>
                <w:rFonts w:eastAsia="Calibri"/>
                <w:bCs/>
                <w:color w:val="006600"/>
                <w:sz w:val="32"/>
                <w:szCs w:val="32"/>
                <w:lang w:val="ru-RU"/>
              </w:rPr>
            </w:pPr>
            <w:r w:rsidRPr="003400CF">
              <w:rPr>
                <w:rFonts w:eastAsia="Calibri"/>
                <w:bCs/>
                <w:color w:val="006600"/>
                <w:sz w:val="32"/>
                <w:szCs w:val="32"/>
                <w:lang w:val="ru-RU"/>
              </w:rPr>
              <w:t>4 четверть</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Спряжение глаголов. Правописание глагольных форм.</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lang w:val="ru-RU"/>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sz w:val="18"/>
                <w:szCs w:val="18"/>
                <w:lang w:val="ru-RU"/>
              </w:rPr>
            </w:pPr>
            <w:r w:rsidRPr="00EC782F">
              <w:rPr>
                <w:rFonts w:eastAsia="Calibri"/>
                <w:sz w:val="18"/>
                <w:szCs w:val="18"/>
                <w:lang w:val="ru-RU"/>
              </w:rPr>
              <w:t>Знать все о разноспрягаемых глаголах, уметь спрягать их.</w:t>
            </w:r>
          </w:p>
          <w:p w:rsidR="00EC782F" w:rsidRPr="00EC782F" w:rsidRDefault="00EC782F" w:rsidP="00EC782F">
            <w:pPr>
              <w:ind w:right="-158"/>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и строят действия </w:t>
            </w:r>
          </w:p>
          <w:p w:rsidR="00EC782F" w:rsidRPr="00EC782F" w:rsidRDefault="00EC782F" w:rsidP="00EC782F">
            <w:pPr>
              <w:rPr>
                <w:rFonts w:eastAsia="Calibri"/>
                <w:sz w:val="18"/>
                <w:szCs w:val="18"/>
                <w:lang w:val="ru-RU"/>
              </w:rPr>
            </w:pPr>
            <w:r w:rsidRPr="00EC782F">
              <w:rPr>
                <w:rFonts w:eastAsia="Calibri"/>
                <w:sz w:val="18"/>
                <w:szCs w:val="18"/>
                <w:lang w:val="ru-RU"/>
              </w:rPr>
              <w:t xml:space="preserve">Умеют представлять конкретное содержание </w:t>
            </w:r>
          </w:p>
          <w:p w:rsidR="00EC782F" w:rsidRPr="00EC782F" w:rsidRDefault="00EC782F" w:rsidP="00EC782F">
            <w:pPr>
              <w:rPr>
                <w:rFonts w:eastAsia="Calibri"/>
                <w:sz w:val="18"/>
                <w:szCs w:val="18"/>
                <w:lang w:val="ru-RU"/>
              </w:rPr>
            </w:pPr>
            <w:r w:rsidRPr="00EC782F">
              <w:rPr>
                <w:rFonts w:eastAsia="Calibri"/>
                <w:sz w:val="18"/>
                <w:szCs w:val="18"/>
                <w:lang w:val="ru-RU"/>
              </w:rPr>
              <w:t>Формулируют собственное мнение и позицию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3400CF" w:rsidRDefault="003400CF" w:rsidP="00EC782F">
            <w:pPr>
              <w:rPr>
                <w:rFonts w:eastAsia="Calibri"/>
                <w:sz w:val="18"/>
                <w:szCs w:val="18"/>
                <w:lang w:val="ru-RU"/>
              </w:rPr>
            </w:pPr>
            <w:r>
              <w:rPr>
                <w:rFonts w:eastAsia="Calibri"/>
                <w:sz w:val="18"/>
                <w:szCs w:val="18"/>
                <w:lang w:val="ru-RU"/>
              </w:rPr>
              <w:t>26.03</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164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17365D"/>
              </w:rPr>
            </w:pPr>
            <w:proofErr w:type="spellStart"/>
            <w:r w:rsidRPr="00E643E5">
              <w:rPr>
                <w:rFonts w:eastAsia="Calibri"/>
              </w:rPr>
              <w:t>Глаголыпереходные</w:t>
            </w:r>
            <w:proofErr w:type="spellEnd"/>
            <w:r w:rsidRPr="00E643E5">
              <w:rPr>
                <w:rFonts w:eastAsia="Calibri"/>
              </w:rPr>
              <w:t xml:space="preserve"> и </w:t>
            </w:r>
            <w:proofErr w:type="spellStart"/>
            <w:r w:rsidRPr="00E643E5">
              <w:rPr>
                <w:rFonts w:eastAsia="Calibri"/>
              </w:rPr>
              <w:t>непереходные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Понятие</w:t>
            </w:r>
            <w:proofErr w:type="spellEnd"/>
            <w:r w:rsidRPr="00E643E5">
              <w:rPr>
                <w:rFonts w:eastAsia="Calibri"/>
              </w:rPr>
              <w:t xml:space="preserve"> о </w:t>
            </w:r>
            <w:proofErr w:type="spellStart"/>
            <w:r w:rsidRPr="00E643E5">
              <w:rPr>
                <w:rFonts w:eastAsia="Calibri"/>
              </w:rPr>
              <w:t>переходныхглаголах</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о сочетании глаголов с существительными,  уметь определять переходность глаголов</w:t>
            </w:r>
          </w:p>
          <w:p w:rsidR="00EC782F" w:rsidRPr="00EC782F" w:rsidRDefault="00EC782F" w:rsidP="00EC782F">
            <w:pPr>
              <w:ind w:right="-101"/>
              <w:rPr>
                <w:rFonts w:eastAsia="Calibri"/>
                <w:sz w:val="18"/>
                <w:szCs w:val="18"/>
                <w:lang w:val="ru-RU"/>
              </w:rPr>
            </w:pPr>
            <w:r w:rsidRPr="00EC782F">
              <w:rPr>
                <w:rFonts w:eastAsia="Calibri"/>
                <w:sz w:val="18"/>
                <w:szCs w:val="18"/>
                <w:lang w:val="ru-RU"/>
              </w:rPr>
              <w:t>Оценивают достигнутый результат</w:t>
            </w:r>
          </w:p>
          <w:p w:rsidR="00EC782F" w:rsidRPr="00EC782F" w:rsidRDefault="00EC782F" w:rsidP="00EC782F">
            <w:pPr>
              <w:rPr>
                <w:rFonts w:eastAsia="Calibri"/>
                <w:sz w:val="18"/>
                <w:szCs w:val="18"/>
                <w:lang w:val="ru-RU"/>
              </w:rPr>
            </w:pPr>
            <w:r w:rsidRPr="00EC782F">
              <w:rPr>
                <w:rFonts w:eastAsia="Calibri"/>
                <w:sz w:val="18"/>
                <w:szCs w:val="18"/>
                <w:lang w:val="ru-RU"/>
              </w:rPr>
              <w:t>С достаточной полнотой и точностью выражают свои мысли и чувства</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3400CF" w:rsidRDefault="003400CF" w:rsidP="00EC782F">
            <w:pPr>
              <w:rPr>
                <w:rFonts w:eastAsia="Calibri"/>
                <w:sz w:val="18"/>
                <w:szCs w:val="18"/>
                <w:lang w:val="ru-RU"/>
              </w:rPr>
            </w:pPr>
            <w:r>
              <w:rPr>
                <w:rFonts w:eastAsia="Calibri"/>
                <w:sz w:val="18"/>
                <w:szCs w:val="18"/>
                <w:lang w:val="ru-RU"/>
              </w:rPr>
              <w:t>05.04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165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Наклонениеглаголов</w:t>
            </w:r>
            <w:proofErr w:type="spellEnd"/>
            <w:r w:rsidRPr="00E643E5">
              <w:rPr>
                <w:rFonts w:eastAsia="Calibri"/>
              </w:rPr>
              <w:t xml:space="preserve">. </w:t>
            </w:r>
            <w:proofErr w:type="spellStart"/>
            <w:r w:rsidRPr="00E643E5">
              <w:rPr>
                <w:rFonts w:eastAsia="Calibri"/>
              </w:rPr>
              <w:t>Изъявительноенаклонение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Категория наклонения у глаголов. Употребление глаголов в разных наклонениях.</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Знать виды наклонений, </w:t>
            </w:r>
          </w:p>
          <w:p w:rsidR="00EC782F" w:rsidRPr="00EC782F" w:rsidRDefault="00EC782F" w:rsidP="00EC782F">
            <w:pPr>
              <w:rPr>
                <w:rFonts w:eastAsia="Calibri"/>
                <w:sz w:val="18"/>
                <w:szCs w:val="18"/>
                <w:lang w:val="ru-RU"/>
              </w:rPr>
            </w:pPr>
            <w:r w:rsidRPr="00EC782F">
              <w:rPr>
                <w:rFonts w:eastAsia="Calibri"/>
                <w:sz w:val="18"/>
                <w:szCs w:val="18"/>
                <w:lang w:val="ru-RU"/>
              </w:rPr>
              <w:t>уметь изменять глаголы по наклонениям</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ind w:right="-134"/>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3400CF" w:rsidP="00EC782F">
            <w:pPr>
              <w:rPr>
                <w:rFonts w:eastAsia="Calibri"/>
                <w:sz w:val="18"/>
                <w:szCs w:val="18"/>
              </w:rPr>
            </w:pPr>
            <w:r>
              <w:rPr>
                <w:rFonts w:eastAsia="Calibri"/>
                <w:sz w:val="18"/>
                <w:szCs w:val="18"/>
                <w:lang w:val="ru-RU"/>
              </w:rPr>
              <w:t>06</w:t>
            </w:r>
            <w:r w:rsidR="00EC782F">
              <w:rPr>
                <w:rFonts w:eastAsia="Calibri"/>
                <w:sz w:val="18"/>
                <w:szCs w:val="18"/>
              </w:rPr>
              <w:t>.04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166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Изъявительноенаклонение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7"/>
              <w:rPr>
                <w:rFonts w:eastAsia="Calibri"/>
                <w:lang w:val="ru-RU"/>
              </w:rPr>
            </w:pPr>
            <w:r w:rsidRPr="00EC782F">
              <w:rPr>
                <w:rFonts w:eastAsia="Calibri"/>
                <w:lang w:val="ru-RU"/>
              </w:rPr>
              <w:t xml:space="preserve">Значение глаголов в изъявительном наклонении. Морфологические нормы. Гласные в суффиксах глаголов  прошедшего времени.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Распознавать глаголы в изъявительном наклонении, определять их вид и время. </w:t>
            </w:r>
          </w:p>
          <w:p w:rsidR="00EC782F" w:rsidRPr="00EC782F" w:rsidRDefault="00EC782F" w:rsidP="00EC782F">
            <w:pPr>
              <w:rPr>
                <w:rFonts w:eastAsia="Calibri"/>
                <w:sz w:val="18"/>
                <w:szCs w:val="18"/>
                <w:lang w:val="ru-RU"/>
              </w:rPr>
            </w:pPr>
            <w:r w:rsidRPr="00EC782F">
              <w:rPr>
                <w:rFonts w:eastAsia="Calibri"/>
                <w:sz w:val="18"/>
                <w:szCs w:val="18"/>
                <w:lang w:val="ru-RU"/>
              </w:rPr>
              <w:t>Выделяют и осознают, что уже усвоено и что подлежит усвоению</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Формулируют собственное мнение и позицию к  учебному материалу.</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3400CF" w:rsidP="00EC782F">
            <w:pPr>
              <w:rPr>
                <w:rFonts w:eastAsia="Calibri"/>
                <w:sz w:val="18"/>
                <w:szCs w:val="18"/>
              </w:rPr>
            </w:pPr>
            <w:r>
              <w:rPr>
                <w:rFonts w:eastAsia="Calibri"/>
                <w:sz w:val="18"/>
                <w:szCs w:val="18"/>
                <w:lang w:val="ru-RU"/>
              </w:rPr>
              <w:t>06</w:t>
            </w:r>
            <w:r w:rsidR="00EC782F">
              <w:rPr>
                <w:rFonts w:eastAsia="Calibri"/>
                <w:sz w:val="18"/>
                <w:szCs w:val="18"/>
              </w:rPr>
              <w:t>.04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b/>
                <w:color w:val="006600"/>
              </w:rPr>
            </w:pPr>
            <w:r w:rsidRPr="00E643E5">
              <w:rPr>
                <w:rFonts w:eastAsia="Calibri"/>
                <w:b/>
                <w:color w:val="006600"/>
              </w:rPr>
              <w:lastRenderedPageBreak/>
              <w:t>167</w:t>
            </w:r>
          </w:p>
          <w:p w:rsidR="00EC782F" w:rsidRPr="00E643E5" w:rsidRDefault="00EC782F" w:rsidP="00EC782F">
            <w:pPr>
              <w:rPr>
                <w:rFonts w:eastAsia="Calibri"/>
              </w:rPr>
            </w:pP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Сжатоеизложение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b/>
                <w:color w:val="006600"/>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Изложение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b/>
                <w:color w:val="006600"/>
                <w:sz w:val="18"/>
                <w:szCs w:val="18"/>
                <w:lang w:val="ru-RU"/>
              </w:rPr>
              <w:t>Знать основы компрессии, уметь передавать содержание текста от другого лица.</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3400CF" w:rsidP="00EC782F">
            <w:pPr>
              <w:rPr>
                <w:rFonts w:eastAsia="Calibri"/>
                <w:sz w:val="18"/>
                <w:szCs w:val="18"/>
              </w:rPr>
            </w:pPr>
            <w:r>
              <w:rPr>
                <w:rFonts w:eastAsia="Calibri"/>
                <w:sz w:val="18"/>
                <w:szCs w:val="18"/>
                <w:lang w:val="ru-RU"/>
              </w:rPr>
              <w:t>07</w:t>
            </w:r>
            <w:r w:rsidR="00EC782F">
              <w:rPr>
                <w:rFonts w:eastAsia="Calibri"/>
                <w:sz w:val="18"/>
                <w:szCs w:val="18"/>
              </w:rPr>
              <w:t>.04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168</w:t>
            </w:r>
          </w:p>
          <w:p w:rsidR="00EC782F" w:rsidRPr="00E643E5" w:rsidRDefault="00EC782F" w:rsidP="00EC782F">
            <w:pPr>
              <w:ind w:right="-131"/>
              <w:rPr>
                <w:rFonts w:eastAsia="Calibri"/>
              </w:rPr>
            </w:pPr>
            <w:r w:rsidRPr="00E643E5">
              <w:rPr>
                <w:rFonts w:eastAsia="Calibri"/>
              </w:rPr>
              <w:t>179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rPr>
              <w:t>Условноенаклонение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Понятие об условном наклонении.  Правописание частицы </w:t>
            </w:r>
            <w:r w:rsidRPr="00EC782F">
              <w:rPr>
                <w:rFonts w:eastAsia="Calibri"/>
                <w:i/>
                <w:lang w:val="ru-RU"/>
              </w:rPr>
              <w:t>бы</w:t>
            </w:r>
            <w:r w:rsidRPr="00EC782F">
              <w:rPr>
                <w:rFonts w:eastAsia="Calibri"/>
                <w:lang w:val="ru-RU"/>
              </w:rPr>
              <w:t xml:space="preserve"> с глаголами, ее употребление в речи.</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r>
              <w:rPr>
                <w:rFonts w:eastAsia="Calibri"/>
              </w:rPr>
              <w:t>ПР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b/>
                <w:color w:val="006600"/>
                <w:sz w:val="18"/>
                <w:szCs w:val="18"/>
                <w:lang w:val="ru-RU"/>
              </w:rPr>
            </w:pPr>
            <w:r w:rsidRPr="00EC782F">
              <w:rPr>
                <w:rFonts w:eastAsia="Calibri"/>
                <w:sz w:val="18"/>
                <w:szCs w:val="18"/>
                <w:lang w:val="ru-RU"/>
              </w:rPr>
              <w:t>Знать теоретические сведения, уметь составлять план теоретического текста.</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rPr>
                <w:rFonts w:eastAsia="Calibri"/>
                <w:sz w:val="18"/>
                <w:szCs w:val="18"/>
                <w:lang w:val="ru-RU"/>
              </w:rPr>
            </w:pPr>
            <w:r w:rsidRPr="00EC782F">
              <w:rPr>
                <w:rFonts w:eastAsia="Calibri"/>
                <w:sz w:val="18"/>
                <w:szCs w:val="18"/>
                <w:lang w:val="ru-RU"/>
              </w:rPr>
              <w:t>Проявляют интерес к учебному материалу.</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rPr>
            </w:pPr>
            <w:r>
              <w:rPr>
                <w:rFonts w:eastAsia="Calibri"/>
                <w:sz w:val="18"/>
                <w:szCs w:val="18"/>
                <w:lang w:val="ru-RU"/>
              </w:rPr>
              <w:t>08</w:t>
            </w:r>
            <w:r w:rsidR="00EC782F">
              <w:rPr>
                <w:rFonts w:eastAsia="Calibri"/>
                <w:sz w:val="18"/>
                <w:szCs w:val="18"/>
              </w:rPr>
              <w:t>.04</w:t>
            </w:r>
          </w:p>
          <w:p w:rsidR="003400CF" w:rsidRPr="003400CF" w:rsidRDefault="003400CF" w:rsidP="00EC782F">
            <w:pPr>
              <w:rPr>
                <w:rFonts w:eastAsia="Calibri"/>
                <w:sz w:val="18"/>
                <w:szCs w:val="18"/>
                <w:lang w:val="ru-RU"/>
              </w:rPr>
            </w:pPr>
            <w:r>
              <w:rPr>
                <w:rFonts w:eastAsia="Calibri"/>
                <w:sz w:val="18"/>
                <w:szCs w:val="18"/>
                <w:lang w:val="ru-RU"/>
              </w:rPr>
              <w:t>09.04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170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color w:val="C00000"/>
                <w:lang w:val="ru-RU"/>
              </w:rPr>
            </w:pPr>
            <w:r w:rsidRPr="00EC782F">
              <w:rPr>
                <w:rFonts w:eastAsia="Calibri"/>
                <w:b/>
                <w:color w:val="C00000"/>
                <w:lang w:val="ru-RU"/>
              </w:rPr>
              <w:t>Контрольный диктант по теме «Глагол»</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00000"/>
                <w:lang w:val="ru-RU"/>
              </w:rPr>
            </w:pPr>
            <w:r w:rsidRPr="00EC782F">
              <w:rPr>
                <w:rFonts w:eastAsia="Calibri"/>
                <w:b/>
                <w:color w:val="CC0000"/>
                <w:lang w:val="ru-RU"/>
              </w:rPr>
              <w:t>Проверка знаний, умений и навыков по теме «Глагол»</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sidRPr="00E643E5">
              <w:rPr>
                <w:rFonts w:eastAsia="Calibri"/>
                <w:b/>
                <w:color w:val="CC0000"/>
              </w:rPr>
              <w:t>Дикта</w:t>
            </w:r>
            <w:r>
              <w:rPr>
                <w:rFonts w:eastAsia="Calibri"/>
                <w:b/>
                <w:color w:val="CC0000"/>
              </w:rPr>
              <w:t>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Уметь писать текст под диктовку </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3400CF">
              <w:rPr>
                <w:rFonts w:eastAsia="Calibri"/>
                <w:sz w:val="18"/>
                <w:szCs w:val="18"/>
                <w:lang w:val="ru-RU"/>
              </w:rPr>
              <w:t>2</w:t>
            </w:r>
            <w:r>
              <w:rPr>
                <w:rFonts w:eastAsia="Calibri"/>
                <w:sz w:val="18"/>
                <w:szCs w:val="18"/>
              </w:rPr>
              <w:t>.04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171</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1</w:t>
            </w:r>
            <w:r w:rsidR="003400CF">
              <w:rPr>
                <w:rFonts w:eastAsia="Calibri"/>
                <w:sz w:val="18"/>
                <w:szCs w:val="18"/>
                <w:lang w:val="ru-RU"/>
              </w:rPr>
              <w:t>3</w:t>
            </w:r>
            <w:r>
              <w:rPr>
                <w:rFonts w:eastAsia="Calibri"/>
                <w:sz w:val="18"/>
                <w:szCs w:val="18"/>
              </w:rPr>
              <w:t>.04</w:t>
            </w:r>
          </w:p>
          <w:p w:rsidR="003400CF" w:rsidRPr="003400CF" w:rsidRDefault="003400CF" w:rsidP="00EC782F">
            <w:pPr>
              <w:rPr>
                <w:rFonts w:eastAsia="Calibri"/>
                <w:sz w:val="18"/>
                <w:szCs w:val="18"/>
                <w:lang w:val="ru-RU"/>
              </w:rPr>
            </w:pP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172</w:t>
            </w:r>
          </w:p>
          <w:p w:rsidR="00EC782F" w:rsidRPr="00E643E5" w:rsidRDefault="00EC782F" w:rsidP="00EC782F">
            <w:pPr>
              <w:ind w:right="-74"/>
              <w:rPr>
                <w:rFonts w:eastAsia="Calibri"/>
              </w:rPr>
            </w:pPr>
            <w:r w:rsidRPr="00E643E5">
              <w:rPr>
                <w:rFonts w:eastAsia="Calibri"/>
              </w:rPr>
              <w:t>173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Повелительное наклонение.</w:t>
            </w:r>
          </w:p>
          <w:p w:rsidR="00EC782F" w:rsidRPr="00EC782F" w:rsidRDefault="00EC782F" w:rsidP="00EC782F">
            <w:pPr>
              <w:rPr>
                <w:rFonts w:eastAsia="Calibri"/>
                <w:lang w:val="ru-RU"/>
              </w:rPr>
            </w:pPr>
          </w:p>
          <w:p w:rsidR="00EC782F" w:rsidRPr="00EC782F" w:rsidRDefault="00EC782F" w:rsidP="00EC782F">
            <w:pPr>
              <w:rPr>
                <w:rFonts w:eastAsia="Calibri"/>
                <w:lang w:val="ru-RU"/>
              </w:rPr>
            </w:pPr>
            <w:r w:rsidRPr="00EC782F">
              <w:rPr>
                <w:rFonts w:eastAsia="Calibri"/>
                <w:lang w:val="ru-RU"/>
              </w:rPr>
              <w:t xml:space="preserve">Мягкий знак в глаголах повелительного наклонения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Понятие о повелительном наклонении глагола. Образование форм повелительного наклонения.  Суффиксы глаголов повелительного наклонения.  </w:t>
            </w:r>
            <w:proofErr w:type="spellStart"/>
            <w:r w:rsidRPr="00E643E5">
              <w:rPr>
                <w:rFonts w:eastAsia="Calibri"/>
              </w:rPr>
              <w:t>Правописание</w:t>
            </w:r>
            <w:r w:rsidRPr="00E643E5">
              <w:rPr>
                <w:rFonts w:eastAsia="Calibri"/>
                <w:i/>
              </w:rPr>
              <w:t>Ь</w:t>
            </w:r>
            <w:r w:rsidRPr="00E643E5">
              <w:rPr>
                <w:rFonts w:eastAsia="Calibri"/>
              </w:rPr>
              <w:t>послесогласных</w:t>
            </w:r>
            <w:proofErr w:type="spellEnd"/>
            <w:r w:rsidRPr="00E643E5">
              <w:rPr>
                <w:rFonts w:eastAsia="Calibri"/>
              </w:rPr>
              <w:t xml:space="preserve">.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значение повелительного наклонения,  уметь различать глаголы 2 лица мн. ч. и повелительного наклонения. Уметь применять правила написания Ь на конце глаголов</w:t>
            </w:r>
          </w:p>
          <w:p w:rsidR="00EC782F" w:rsidRPr="00EC782F" w:rsidRDefault="00EC782F" w:rsidP="00EC782F">
            <w:pPr>
              <w:rPr>
                <w:rFonts w:eastAsia="Calibri"/>
                <w:sz w:val="18"/>
                <w:szCs w:val="18"/>
                <w:lang w:val="ru-RU"/>
              </w:rPr>
            </w:pPr>
            <w:r w:rsidRPr="00EC782F">
              <w:rPr>
                <w:rFonts w:eastAsia="Calibri"/>
                <w:sz w:val="18"/>
                <w:szCs w:val="18"/>
                <w:lang w:val="ru-RU"/>
              </w:rPr>
              <w:t>Выделяют и осознают, что уже усвоено и что подлежит усвоению</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0F064F" w:rsidRDefault="00EC782F" w:rsidP="00EC782F">
            <w:pPr>
              <w:rPr>
                <w:rFonts w:eastAsia="Calibri"/>
                <w:sz w:val="18"/>
                <w:szCs w:val="18"/>
              </w:rPr>
            </w:pPr>
            <w:proofErr w:type="spellStart"/>
            <w:r w:rsidRPr="000F064F">
              <w:rPr>
                <w:rFonts w:eastAsia="Calibri"/>
                <w:sz w:val="18"/>
                <w:szCs w:val="18"/>
              </w:rPr>
              <w:t>Позитивнаяморальнаясамооценка</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13.04</w:t>
            </w:r>
          </w:p>
          <w:p w:rsidR="003400CF" w:rsidRPr="003400CF" w:rsidRDefault="003400CF" w:rsidP="00EC782F">
            <w:pPr>
              <w:rPr>
                <w:rFonts w:eastAsia="Calibri"/>
                <w:sz w:val="18"/>
                <w:szCs w:val="18"/>
                <w:lang w:val="ru-RU"/>
              </w:rPr>
            </w:pPr>
            <w:r>
              <w:rPr>
                <w:rFonts w:eastAsia="Calibri"/>
                <w:sz w:val="18"/>
                <w:szCs w:val="18"/>
                <w:lang w:val="ru-RU"/>
              </w:rPr>
              <w:t>14.04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174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Различение повелительного  наклонения и формы </w:t>
            </w:r>
            <w:r w:rsidRPr="00EC782F">
              <w:rPr>
                <w:rFonts w:eastAsia="Calibri"/>
                <w:lang w:val="ru-RU"/>
              </w:rPr>
              <w:lastRenderedPageBreak/>
              <w:t xml:space="preserve">будущего времени.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lastRenderedPageBreak/>
              <w:t xml:space="preserve">Различие глаголы 2 лица множественного </w:t>
            </w:r>
            <w:r w:rsidRPr="00EC782F">
              <w:rPr>
                <w:rFonts w:eastAsia="Calibri"/>
                <w:lang w:val="ru-RU"/>
              </w:rPr>
              <w:lastRenderedPageBreak/>
              <w:t>числа будущего времени и повелительного наклонения</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lastRenderedPageBreak/>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Уметь различать глаголы 2 лица множественного числа и повелительного наклонения</w:t>
            </w:r>
          </w:p>
          <w:p w:rsidR="00EC782F" w:rsidRPr="00EC782F" w:rsidRDefault="00EC782F" w:rsidP="00EC782F">
            <w:pPr>
              <w:ind w:right="-158"/>
              <w:rPr>
                <w:rFonts w:eastAsia="Calibri"/>
                <w:sz w:val="18"/>
                <w:szCs w:val="18"/>
                <w:lang w:val="ru-RU"/>
              </w:rPr>
            </w:pPr>
            <w:r w:rsidRPr="00EC782F">
              <w:rPr>
                <w:rFonts w:eastAsia="Calibri"/>
                <w:sz w:val="18"/>
                <w:szCs w:val="18"/>
                <w:lang w:val="ru-RU"/>
              </w:rPr>
              <w:t xml:space="preserve">Самостоятельно формулируют познавательную цель и строят действия в </w:t>
            </w:r>
            <w:r w:rsidRPr="00EC782F">
              <w:rPr>
                <w:rFonts w:eastAsia="Calibri"/>
                <w:sz w:val="18"/>
                <w:szCs w:val="18"/>
                <w:lang w:val="ru-RU"/>
              </w:rPr>
              <w:lastRenderedPageBreak/>
              <w:t>соответствии с ней</w:t>
            </w:r>
          </w:p>
          <w:p w:rsidR="00EC782F" w:rsidRPr="00EC782F" w:rsidRDefault="00EC782F" w:rsidP="00EC782F">
            <w:pPr>
              <w:ind w:right="-305"/>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3400CF" w:rsidRDefault="003400CF" w:rsidP="00EC782F">
            <w:pPr>
              <w:rPr>
                <w:rFonts w:eastAsia="Calibri"/>
                <w:sz w:val="18"/>
                <w:szCs w:val="18"/>
                <w:lang w:val="ru-RU"/>
              </w:rPr>
            </w:pPr>
            <w:r>
              <w:rPr>
                <w:rFonts w:eastAsia="Calibri"/>
                <w:sz w:val="18"/>
                <w:szCs w:val="18"/>
                <w:lang w:val="ru-RU"/>
              </w:rPr>
              <w:lastRenderedPageBreak/>
              <w:t>15.04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b/>
                <w:color w:val="006600"/>
              </w:rPr>
              <w:lastRenderedPageBreak/>
              <w:t>175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Рассказпосюжетнымрисункам</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Сочинение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b/>
                <w:color w:val="006600"/>
                <w:sz w:val="18"/>
                <w:szCs w:val="18"/>
                <w:lang w:val="ru-RU"/>
              </w:rPr>
              <w:t>Знать композиционные части рассказа, уметь включать диалог.</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3400CF" w:rsidRDefault="003400CF" w:rsidP="00EC782F">
            <w:pPr>
              <w:rPr>
                <w:rFonts w:eastAsia="Calibri"/>
                <w:sz w:val="18"/>
                <w:szCs w:val="18"/>
                <w:lang w:val="ru-RU"/>
              </w:rPr>
            </w:pPr>
            <w:r>
              <w:rPr>
                <w:rFonts w:eastAsia="Calibri"/>
                <w:sz w:val="18"/>
                <w:szCs w:val="18"/>
                <w:lang w:val="ru-RU"/>
              </w:rPr>
              <w:t>16.04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176</w:t>
            </w:r>
          </w:p>
          <w:p w:rsidR="00EC782F" w:rsidRPr="00E643E5" w:rsidRDefault="00EC782F" w:rsidP="00EC782F">
            <w:pPr>
              <w:ind w:right="-131"/>
              <w:rPr>
                <w:rFonts w:eastAsia="Calibri"/>
              </w:rPr>
            </w:pPr>
            <w:r w:rsidRPr="00E643E5">
              <w:rPr>
                <w:rFonts w:eastAsia="Calibri"/>
              </w:rPr>
              <w:t>177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Употреблениенаклоненийглагола</w:t>
            </w:r>
            <w:proofErr w:type="spellEnd"/>
          </w:p>
          <w:p w:rsidR="00EC782F" w:rsidRPr="00E643E5" w:rsidRDefault="00EC782F" w:rsidP="00EC782F">
            <w:pPr>
              <w:rPr>
                <w:rFonts w:eastAsia="Calibri"/>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Употребление наклонений в тексте. Выражение побуждения к действию с помощью разных наклонений.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Работа</w:t>
            </w:r>
            <w:proofErr w:type="spellEnd"/>
            <w:r>
              <w:rPr>
                <w:rFonts w:eastAsia="Calibri"/>
              </w:rPr>
              <w:t xml:space="preserve"> с </w:t>
            </w:r>
            <w:proofErr w:type="spellStart"/>
            <w:r>
              <w:rPr>
                <w:rFonts w:eastAsia="Calibri"/>
              </w:rPr>
              <w:t>деформированнымтекстом</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об употреблении глаголов, уметь использовать их в тексте.</w:t>
            </w:r>
          </w:p>
          <w:p w:rsidR="00EC782F" w:rsidRPr="00EC782F" w:rsidRDefault="00EC782F" w:rsidP="00EC782F">
            <w:pPr>
              <w:ind w:right="-101"/>
              <w:rPr>
                <w:rFonts w:eastAsia="Calibri"/>
                <w:sz w:val="18"/>
                <w:szCs w:val="18"/>
                <w:lang w:val="ru-RU"/>
              </w:rPr>
            </w:pPr>
            <w:r w:rsidRPr="00EC782F">
              <w:rPr>
                <w:rFonts w:eastAsia="Calibri"/>
                <w:sz w:val="18"/>
                <w:szCs w:val="18"/>
                <w:lang w:val="ru-RU"/>
              </w:rPr>
              <w:t>Выделяют и осознают, что уже усвоено и что подлежит усвоению</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rPr>
                <w:rFonts w:eastAsia="Calibri"/>
                <w:sz w:val="18"/>
                <w:szCs w:val="18"/>
                <w:lang w:val="ru-RU"/>
              </w:rPr>
            </w:pPr>
            <w:r w:rsidRPr="00EC782F">
              <w:rPr>
                <w:rFonts w:eastAsia="Calibri"/>
                <w:sz w:val="18"/>
                <w:szCs w:val="18"/>
                <w:lang w:val="ru-RU"/>
              </w:rPr>
              <w:t>Формулируют собственное мнение и позицию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19.04</w:t>
            </w:r>
          </w:p>
          <w:p w:rsidR="003400CF" w:rsidRPr="003400CF" w:rsidRDefault="003400CF" w:rsidP="00EC782F">
            <w:pPr>
              <w:rPr>
                <w:rFonts w:eastAsia="Calibri"/>
                <w:sz w:val="18"/>
                <w:szCs w:val="18"/>
                <w:lang w:val="ru-RU"/>
              </w:rPr>
            </w:pPr>
            <w:r>
              <w:rPr>
                <w:rFonts w:eastAsia="Calibri"/>
                <w:sz w:val="18"/>
                <w:szCs w:val="18"/>
                <w:lang w:val="ru-RU"/>
              </w:rPr>
              <w:t>20.04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6600"/>
              </w:rPr>
            </w:pPr>
            <w:r w:rsidRPr="00E643E5">
              <w:rPr>
                <w:rFonts w:eastAsia="Calibri"/>
                <w:b/>
                <w:color w:val="006600"/>
              </w:rPr>
              <w:t>178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Контрольноеизложение</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Изложение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b/>
                <w:color w:val="006600"/>
                <w:sz w:val="18"/>
                <w:szCs w:val="18"/>
                <w:lang w:val="ru-RU"/>
              </w:rPr>
              <w:t>Знать основы компрессии, уметь передавать содержание текста от другого лица.</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2</w:t>
            </w:r>
            <w:r w:rsidR="003400CF">
              <w:rPr>
                <w:rFonts w:eastAsia="Calibri"/>
                <w:sz w:val="18"/>
                <w:szCs w:val="18"/>
                <w:lang w:val="ru-RU"/>
              </w:rPr>
              <w:t>0</w:t>
            </w:r>
            <w:r>
              <w:rPr>
                <w:rFonts w:eastAsia="Calibri"/>
                <w:sz w:val="18"/>
                <w:szCs w:val="18"/>
              </w:rPr>
              <w:t>.04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74"/>
              <w:rPr>
                <w:rFonts w:eastAsia="Calibri"/>
              </w:rPr>
            </w:pPr>
            <w:r w:rsidRPr="00E643E5">
              <w:rPr>
                <w:rFonts w:eastAsia="Calibri"/>
              </w:rPr>
              <w:t>179,</w:t>
            </w:r>
          </w:p>
          <w:p w:rsidR="00EC782F" w:rsidRPr="00E643E5" w:rsidRDefault="00EC782F" w:rsidP="00EC782F">
            <w:pPr>
              <w:ind w:right="-74"/>
              <w:rPr>
                <w:rFonts w:eastAsia="Calibri"/>
              </w:rPr>
            </w:pPr>
            <w:r w:rsidRPr="00E643E5">
              <w:rPr>
                <w:rFonts w:eastAsia="Calibri"/>
              </w:rPr>
              <w:t>180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Безличныеглаголы</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Представление о безличных глаголах, особенности их употребления в речи.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Знать теорию о безличных глаголах,  особенности  употребления глаголов, уметь использовать их в тексте.</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Формулируют собственное мнение и позицию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rPr>
            </w:pPr>
            <w:r>
              <w:rPr>
                <w:rFonts w:eastAsia="Calibri"/>
                <w:sz w:val="18"/>
                <w:szCs w:val="18"/>
              </w:rPr>
              <w:t>2</w:t>
            </w:r>
            <w:r w:rsidR="003400CF">
              <w:rPr>
                <w:rFonts w:eastAsia="Calibri"/>
                <w:sz w:val="18"/>
                <w:szCs w:val="18"/>
                <w:lang w:val="ru-RU"/>
              </w:rPr>
              <w:t>1</w:t>
            </w:r>
            <w:r>
              <w:rPr>
                <w:rFonts w:eastAsia="Calibri"/>
                <w:sz w:val="18"/>
                <w:szCs w:val="18"/>
              </w:rPr>
              <w:t>.04</w:t>
            </w:r>
          </w:p>
          <w:p w:rsidR="003400CF" w:rsidRPr="003400CF" w:rsidRDefault="003400CF" w:rsidP="00EC782F">
            <w:pPr>
              <w:rPr>
                <w:rFonts w:eastAsia="Calibri"/>
                <w:sz w:val="18"/>
                <w:szCs w:val="18"/>
                <w:lang w:val="ru-RU"/>
              </w:rPr>
            </w:pPr>
            <w:r>
              <w:rPr>
                <w:rFonts w:eastAsia="Calibri"/>
                <w:sz w:val="18"/>
                <w:szCs w:val="18"/>
                <w:lang w:val="ru-RU"/>
              </w:rPr>
              <w:t>22.04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31"/>
              <w:rPr>
                <w:rFonts w:eastAsia="Calibri"/>
              </w:rPr>
            </w:pPr>
            <w:r w:rsidRPr="00E643E5">
              <w:rPr>
                <w:rFonts w:eastAsia="Calibri"/>
              </w:rPr>
              <w:t>181,</w:t>
            </w:r>
          </w:p>
          <w:p w:rsidR="00EC782F" w:rsidRPr="00E643E5" w:rsidRDefault="00EC782F" w:rsidP="00EC782F">
            <w:pPr>
              <w:ind w:right="-131"/>
              <w:rPr>
                <w:rFonts w:eastAsia="Calibri"/>
              </w:rPr>
            </w:pPr>
            <w:r w:rsidRPr="00E643E5">
              <w:rPr>
                <w:rFonts w:eastAsia="Calibri"/>
              </w:rPr>
              <w:t>182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Морфологиче-скийразборглагола</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Морфологические и синтаксические признаки глагола, порядок морфологического разбора глагола.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Морфологическийразборглагола</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Знать план устного и письменного разбора глагола,  уметь разбирать глагол.</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ind w:right="-305"/>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rPr>
            </w:pPr>
            <w:r>
              <w:rPr>
                <w:rFonts w:eastAsia="Calibri"/>
                <w:sz w:val="18"/>
                <w:szCs w:val="18"/>
                <w:lang w:val="ru-RU"/>
              </w:rPr>
              <w:t>23</w:t>
            </w:r>
            <w:r w:rsidR="00EC782F">
              <w:rPr>
                <w:rFonts w:eastAsia="Calibri"/>
                <w:sz w:val="18"/>
                <w:szCs w:val="18"/>
              </w:rPr>
              <w:t>.04</w:t>
            </w:r>
          </w:p>
          <w:p w:rsidR="003400CF" w:rsidRPr="003400CF" w:rsidRDefault="003400CF" w:rsidP="00EC782F">
            <w:pPr>
              <w:rPr>
                <w:rFonts w:eastAsia="Calibri"/>
                <w:sz w:val="18"/>
                <w:szCs w:val="18"/>
                <w:lang w:val="ru-RU"/>
              </w:rPr>
            </w:pPr>
            <w:r>
              <w:rPr>
                <w:rFonts w:eastAsia="Calibri"/>
                <w:sz w:val="18"/>
                <w:szCs w:val="18"/>
                <w:lang w:val="ru-RU"/>
              </w:rPr>
              <w:t>26.04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b/>
                <w:color w:val="008000"/>
              </w:rPr>
            </w:pPr>
            <w:r w:rsidRPr="00E643E5">
              <w:rPr>
                <w:rFonts w:eastAsia="Calibri"/>
                <w:b/>
                <w:color w:val="008000"/>
              </w:rPr>
              <w:t>183</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Рассказнаосновеуслышанного</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b/>
                <w:color w:val="006600"/>
              </w:rPr>
              <w:t>Урокразвитияречи</w:t>
            </w:r>
            <w:proofErr w:type="spellEnd"/>
            <w:r w:rsidRPr="00E643E5">
              <w:rPr>
                <w:rFonts w:eastAsia="Calibri"/>
                <w:b/>
                <w:color w:val="006600"/>
              </w:rPr>
              <w:t>.</w:t>
            </w:r>
          </w:p>
          <w:p w:rsidR="00EC782F" w:rsidRPr="00E643E5" w:rsidRDefault="00EC782F" w:rsidP="00EC782F">
            <w:pPr>
              <w:rPr>
                <w:rFonts w:eastAsia="Calibri"/>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b/>
                <w:color w:val="006600"/>
              </w:rPr>
              <w:t>Сочинение</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b/>
                <w:color w:val="006600"/>
                <w:sz w:val="18"/>
                <w:szCs w:val="18"/>
                <w:lang w:val="ru-RU"/>
              </w:rPr>
              <w:t>Знать композицию рассказа,  уметь писать на основе услышанного.</w:t>
            </w:r>
          </w:p>
          <w:p w:rsidR="00EC782F" w:rsidRPr="00EC782F" w:rsidRDefault="00EC782F" w:rsidP="00EC782F">
            <w:pPr>
              <w:ind w:right="-115"/>
              <w:rPr>
                <w:rFonts w:eastAsia="Calibri"/>
                <w:b/>
                <w:color w:val="008000"/>
                <w:sz w:val="18"/>
                <w:szCs w:val="18"/>
                <w:lang w:val="ru-RU"/>
              </w:rPr>
            </w:pPr>
            <w:r w:rsidRPr="00EC782F">
              <w:rPr>
                <w:rFonts w:eastAsia="Calibri"/>
                <w:b/>
                <w:color w:val="008000"/>
                <w:sz w:val="18"/>
                <w:szCs w:val="18"/>
                <w:lang w:val="ru-RU"/>
              </w:rPr>
              <w:t xml:space="preserve">Вносят коррективы в составленные планы и рабочие материалы. </w:t>
            </w:r>
          </w:p>
          <w:p w:rsidR="00EC782F" w:rsidRPr="00EC782F" w:rsidRDefault="00EC782F" w:rsidP="00EC782F">
            <w:pPr>
              <w:rPr>
                <w:rFonts w:eastAsia="Calibri"/>
                <w:b/>
                <w:color w:val="008000"/>
                <w:sz w:val="18"/>
                <w:szCs w:val="18"/>
                <w:lang w:val="ru-RU"/>
              </w:rPr>
            </w:pPr>
            <w:r w:rsidRPr="00EC782F">
              <w:rPr>
                <w:rFonts w:eastAsia="Calibri"/>
                <w:b/>
                <w:color w:val="008000"/>
                <w:sz w:val="18"/>
                <w:szCs w:val="18"/>
                <w:lang w:val="ru-RU"/>
              </w:rPr>
              <w:t>Используют языковые средства для выражения своих чувств.</w:t>
            </w:r>
          </w:p>
          <w:p w:rsidR="00EC782F" w:rsidRPr="000F064F" w:rsidRDefault="00EC782F" w:rsidP="00EC782F">
            <w:pPr>
              <w:ind w:right="-110"/>
              <w:rPr>
                <w:rFonts w:eastAsia="Calibri"/>
                <w:b/>
                <w:color w:val="008000"/>
                <w:sz w:val="18"/>
                <w:szCs w:val="18"/>
              </w:rPr>
            </w:pPr>
            <w:proofErr w:type="spellStart"/>
            <w:r w:rsidRPr="000F064F">
              <w:rPr>
                <w:rFonts w:eastAsia="Calibri"/>
                <w:b/>
                <w:color w:val="008000"/>
                <w:sz w:val="18"/>
                <w:szCs w:val="18"/>
              </w:rPr>
              <w:t>Высказываютсвоемнение</w:t>
            </w:r>
            <w:proofErr w:type="spellEnd"/>
            <w:r w:rsidRPr="000F064F">
              <w:rPr>
                <w:rFonts w:eastAsia="Calibri"/>
                <w:b/>
                <w:color w:val="008000"/>
                <w:sz w:val="18"/>
                <w:szCs w:val="18"/>
              </w:rPr>
              <w:t xml:space="preserve">, </w:t>
            </w:r>
            <w:proofErr w:type="spellStart"/>
            <w:r w:rsidRPr="000F064F">
              <w:rPr>
                <w:rFonts w:eastAsia="Calibri"/>
                <w:b/>
                <w:color w:val="008000"/>
                <w:sz w:val="18"/>
                <w:szCs w:val="18"/>
              </w:rPr>
              <w:t>своюпозицию</w:t>
            </w:r>
            <w:proofErr w:type="spellEnd"/>
          </w:p>
          <w:p w:rsidR="00EC782F" w:rsidRPr="000F064F" w:rsidRDefault="00EC782F" w:rsidP="00EC782F">
            <w:pPr>
              <w:ind w:right="-110"/>
              <w:rPr>
                <w:rFonts w:eastAsia="Calibri"/>
                <w:b/>
                <w:color w:val="008000"/>
                <w:sz w:val="18"/>
                <w:szCs w:val="18"/>
              </w:rPr>
            </w:pPr>
          </w:p>
          <w:p w:rsidR="00EC782F" w:rsidRPr="000F064F" w:rsidRDefault="00EC782F" w:rsidP="00EC782F">
            <w:pPr>
              <w:rPr>
                <w:rFonts w:eastAsia="Calibri"/>
                <w:b/>
                <w:color w:val="008000"/>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3400CF" w:rsidP="00EC782F">
            <w:pPr>
              <w:rPr>
                <w:rFonts w:eastAsia="Calibri"/>
                <w:sz w:val="18"/>
                <w:szCs w:val="18"/>
              </w:rPr>
            </w:pPr>
            <w:r>
              <w:rPr>
                <w:rFonts w:eastAsia="Calibri"/>
                <w:sz w:val="18"/>
                <w:szCs w:val="18"/>
                <w:lang w:val="ru-RU"/>
              </w:rPr>
              <w:lastRenderedPageBreak/>
              <w:t>27</w:t>
            </w:r>
            <w:r w:rsidR="00EC782F">
              <w:rPr>
                <w:rFonts w:eastAsia="Calibri"/>
                <w:sz w:val="18"/>
                <w:szCs w:val="18"/>
              </w:rPr>
              <w:t>.04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lastRenderedPageBreak/>
              <w:t>184</w:t>
            </w:r>
          </w:p>
          <w:p w:rsidR="00EC782F" w:rsidRPr="00E643E5" w:rsidRDefault="00EC782F" w:rsidP="00EC782F">
            <w:pPr>
              <w:ind w:right="-131"/>
              <w:rPr>
                <w:rFonts w:eastAsia="Calibri"/>
              </w:rPr>
            </w:pPr>
            <w:r w:rsidRPr="00E643E5">
              <w:rPr>
                <w:rFonts w:eastAsia="Calibri"/>
              </w:rPr>
              <w:t>185</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Правописание гласных в суффиксах глаголов</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lang w:val="ru-RU"/>
              </w:rPr>
            </w:pPr>
            <w:r w:rsidRPr="00EC782F">
              <w:rPr>
                <w:rFonts w:eastAsia="Calibri"/>
                <w:lang w:val="ru-RU"/>
              </w:rPr>
              <w:t xml:space="preserve">Морфемный состав глаголов. Правило выбора гласной в суффиксах </w:t>
            </w:r>
            <w:r w:rsidRPr="00EC782F">
              <w:rPr>
                <w:rFonts w:eastAsia="Calibri"/>
                <w:i/>
                <w:lang w:val="ru-RU"/>
              </w:rPr>
              <w:t>–</w:t>
            </w:r>
            <w:proofErr w:type="spellStart"/>
            <w:r w:rsidRPr="00EC782F">
              <w:rPr>
                <w:rFonts w:eastAsia="Calibri"/>
                <w:i/>
                <w:lang w:val="ru-RU"/>
              </w:rPr>
              <w:t>ова</w:t>
            </w:r>
            <w:proofErr w:type="spellEnd"/>
            <w:r w:rsidRPr="00EC782F">
              <w:rPr>
                <w:rFonts w:eastAsia="Calibri"/>
                <w:i/>
                <w:lang w:val="ru-RU"/>
              </w:rPr>
              <w:t>-(-</w:t>
            </w:r>
            <w:proofErr w:type="spellStart"/>
            <w:r w:rsidRPr="00EC782F">
              <w:rPr>
                <w:rFonts w:eastAsia="Calibri"/>
                <w:i/>
                <w:lang w:val="ru-RU"/>
              </w:rPr>
              <w:t>ева</w:t>
            </w:r>
            <w:proofErr w:type="spellEnd"/>
            <w:r w:rsidRPr="00EC782F">
              <w:rPr>
                <w:rFonts w:eastAsia="Calibri"/>
                <w:i/>
                <w:lang w:val="ru-RU"/>
              </w:rPr>
              <w:t>-), -</w:t>
            </w:r>
            <w:proofErr w:type="spellStart"/>
            <w:r w:rsidRPr="00EC782F">
              <w:rPr>
                <w:rFonts w:eastAsia="Calibri"/>
                <w:i/>
                <w:lang w:val="ru-RU"/>
              </w:rPr>
              <w:t>ыва</w:t>
            </w:r>
            <w:proofErr w:type="spellEnd"/>
            <w:r w:rsidRPr="00EC782F">
              <w:rPr>
                <w:rFonts w:eastAsia="Calibri"/>
                <w:i/>
                <w:lang w:val="ru-RU"/>
              </w:rPr>
              <w:t>-(-ива-).</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Знать морфемный состав глаголов,  уметь работать с текстовым разбором.</w:t>
            </w:r>
          </w:p>
          <w:p w:rsidR="00EC782F" w:rsidRPr="00EC782F" w:rsidRDefault="00EC782F" w:rsidP="00EC782F">
            <w:pPr>
              <w:ind w:right="-101"/>
              <w:rPr>
                <w:rFonts w:eastAsia="Calibri"/>
                <w:sz w:val="18"/>
                <w:szCs w:val="18"/>
                <w:lang w:val="ru-RU"/>
              </w:rPr>
            </w:pPr>
            <w:r w:rsidRPr="00EC782F">
              <w:rPr>
                <w:rFonts w:eastAsia="Calibri"/>
                <w:sz w:val="18"/>
                <w:szCs w:val="18"/>
                <w:lang w:val="ru-RU"/>
              </w:rPr>
              <w:t>Самостоятельно формулируют познавательную цель и строят действия в соответствии с ней</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p>
          <w:p w:rsidR="00EC782F" w:rsidRPr="000F064F" w:rsidRDefault="00EC782F" w:rsidP="00EC782F">
            <w:pPr>
              <w:rPr>
                <w:rFonts w:eastAsia="Calibri"/>
                <w:sz w:val="18"/>
                <w:szCs w:val="18"/>
              </w:rPr>
            </w:pPr>
            <w:proofErr w:type="spellStart"/>
            <w:r w:rsidRPr="000F064F">
              <w:rPr>
                <w:rFonts w:eastAsia="Calibri"/>
                <w:sz w:val="18"/>
                <w:szCs w:val="18"/>
              </w:rPr>
              <w:t>Позитивнаяморальнаясамооценка</w:t>
            </w:r>
            <w:proofErr w:type="spellEnd"/>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27.04</w:t>
            </w:r>
          </w:p>
          <w:p w:rsidR="003400CF" w:rsidRPr="003400CF" w:rsidRDefault="003400CF" w:rsidP="00EC782F">
            <w:pPr>
              <w:rPr>
                <w:rFonts w:eastAsia="Calibri"/>
                <w:sz w:val="18"/>
                <w:szCs w:val="18"/>
                <w:lang w:val="ru-RU"/>
              </w:rPr>
            </w:pPr>
            <w:r>
              <w:rPr>
                <w:rFonts w:eastAsia="Calibri"/>
                <w:sz w:val="18"/>
                <w:szCs w:val="18"/>
                <w:lang w:val="ru-RU"/>
              </w:rPr>
              <w:t>28.04</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74"/>
              <w:rPr>
                <w:rFonts w:eastAsia="Calibri"/>
                <w:b/>
              </w:rPr>
            </w:pPr>
            <w:r w:rsidRPr="00E643E5">
              <w:rPr>
                <w:rFonts w:eastAsia="Calibri"/>
                <w:b/>
              </w:rPr>
              <w:t>186,</w:t>
            </w:r>
          </w:p>
          <w:p w:rsidR="00EC782F" w:rsidRPr="00E643E5" w:rsidRDefault="00EC782F" w:rsidP="00EC782F">
            <w:pPr>
              <w:ind w:right="-74"/>
              <w:rPr>
                <w:rFonts w:eastAsia="Calibri"/>
                <w:b/>
              </w:rPr>
            </w:pPr>
            <w:r w:rsidRPr="00E643E5">
              <w:rPr>
                <w:rFonts w:eastAsia="Calibri"/>
                <w:b/>
              </w:rPr>
              <w:t>187,</w:t>
            </w:r>
          </w:p>
          <w:p w:rsidR="00EC782F" w:rsidRPr="00E643E5" w:rsidRDefault="00EC782F" w:rsidP="00EC782F">
            <w:pPr>
              <w:ind w:right="-74"/>
              <w:rPr>
                <w:rFonts w:eastAsia="Calibri"/>
                <w:b/>
              </w:rPr>
            </w:pPr>
            <w:r w:rsidRPr="00E643E5">
              <w:rPr>
                <w:rFonts w:eastAsia="Calibri"/>
                <w:b/>
              </w:rPr>
              <w:t>188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lang w:val="ru-RU"/>
              </w:rPr>
            </w:pPr>
            <w:r w:rsidRPr="00EC782F">
              <w:rPr>
                <w:rFonts w:eastAsia="Calibri"/>
                <w:b/>
                <w:lang w:val="ru-RU"/>
              </w:rPr>
              <w:t>Повторение изученного по теме «Глагол»</w:t>
            </w:r>
          </w:p>
          <w:p w:rsidR="00EC782F" w:rsidRPr="00EC782F" w:rsidRDefault="00EC782F" w:rsidP="00EC782F">
            <w:pPr>
              <w:rPr>
                <w:rFonts w:eastAsia="Calibri"/>
                <w:b/>
                <w:color w:val="17365D"/>
                <w:lang w:val="ru-RU"/>
              </w:rPr>
            </w:pP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rPr>
            </w:pPr>
            <w:r w:rsidRPr="00EC782F">
              <w:rPr>
                <w:rFonts w:eastAsia="Calibri"/>
                <w:b/>
                <w:lang w:val="ru-RU"/>
              </w:rPr>
              <w:t>Повторение по теме: «Глагол»</w:t>
            </w:r>
            <w:proofErr w:type="gramStart"/>
            <w:r w:rsidRPr="00EC782F">
              <w:rPr>
                <w:rFonts w:eastAsia="Calibri"/>
                <w:b/>
                <w:lang w:val="ru-RU"/>
              </w:rPr>
              <w:t xml:space="preserve"> .</w:t>
            </w:r>
            <w:proofErr w:type="gramEnd"/>
            <w:r w:rsidRPr="00EC782F">
              <w:rPr>
                <w:rFonts w:eastAsia="Calibri"/>
                <w:b/>
                <w:lang w:val="ru-RU"/>
              </w:rPr>
              <w:t xml:space="preserve"> Подготовка к контрольному диктанту.  </w:t>
            </w:r>
            <w:proofErr w:type="spellStart"/>
            <w:r w:rsidRPr="00E643E5">
              <w:rPr>
                <w:rFonts w:eastAsia="Calibri"/>
                <w:b/>
              </w:rPr>
              <w:t>Умениеприменятьнапрактикеизученныеорфограммы</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006600"/>
                <w:lang w:val="ru-RU"/>
              </w:rPr>
            </w:pPr>
            <w:r w:rsidRPr="00EC782F">
              <w:rPr>
                <w:rFonts w:eastAsia="Calibri"/>
                <w:b/>
                <w:lang w:val="ru-RU"/>
              </w:rPr>
              <w:t>Комплексный анализ текста Тестовая работа по теме  «Глагол»</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b/>
                <w:color w:val="006600"/>
                <w:sz w:val="18"/>
                <w:szCs w:val="18"/>
                <w:lang w:val="ru-RU"/>
              </w:rPr>
            </w:pPr>
            <w:r w:rsidRPr="00EC782F">
              <w:rPr>
                <w:rFonts w:eastAsia="Calibri"/>
                <w:b/>
                <w:sz w:val="18"/>
                <w:szCs w:val="18"/>
                <w:lang w:val="ru-RU"/>
              </w:rPr>
              <w:t>Знать теорию по теме «Глагол», уметь составлять сложный план сообщения о глаголе.</w:t>
            </w:r>
          </w:p>
          <w:p w:rsidR="00EC782F" w:rsidRPr="00EC782F" w:rsidRDefault="00EC782F" w:rsidP="00EC782F">
            <w:pPr>
              <w:rPr>
                <w:rFonts w:eastAsia="Calibri"/>
                <w:b/>
                <w:sz w:val="18"/>
                <w:szCs w:val="18"/>
                <w:lang w:val="ru-RU"/>
              </w:rPr>
            </w:pPr>
            <w:r w:rsidRPr="00EC782F">
              <w:rPr>
                <w:rFonts w:eastAsia="Calibri"/>
                <w:b/>
                <w:sz w:val="18"/>
                <w:szCs w:val="18"/>
                <w:lang w:val="ru-RU"/>
              </w:rPr>
              <w:t>Осознают качество и уровень усвоения, корректируют свою работу.</w:t>
            </w:r>
          </w:p>
          <w:p w:rsidR="00EC782F" w:rsidRPr="00EC782F" w:rsidRDefault="00EC782F" w:rsidP="00EC782F">
            <w:pPr>
              <w:ind w:right="-123"/>
              <w:rPr>
                <w:rFonts w:eastAsia="Calibri"/>
                <w:b/>
                <w:sz w:val="18"/>
                <w:szCs w:val="18"/>
                <w:lang w:val="ru-RU"/>
              </w:rPr>
            </w:pPr>
            <w:r w:rsidRPr="00EC782F">
              <w:rPr>
                <w:rFonts w:eastAsia="Calibri"/>
                <w:b/>
                <w:sz w:val="18"/>
                <w:szCs w:val="18"/>
                <w:lang w:val="ru-RU"/>
              </w:rPr>
              <w:t xml:space="preserve">Аргументируют свою точку зрения с помощью фактов и </w:t>
            </w:r>
            <w:proofErr w:type="spellStart"/>
            <w:r w:rsidRPr="00EC782F">
              <w:rPr>
                <w:rFonts w:eastAsia="Calibri"/>
                <w:b/>
                <w:sz w:val="18"/>
                <w:szCs w:val="18"/>
                <w:lang w:val="ru-RU"/>
              </w:rPr>
              <w:t>дополнитель</w:t>
            </w:r>
            <w:proofErr w:type="spellEnd"/>
          </w:p>
          <w:p w:rsidR="00EC782F" w:rsidRPr="00EC782F" w:rsidRDefault="00EC782F" w:rsidP="00EC782F">
            <w:pPr>
              <w:ind w:right="-123"/>
              <w:rPr>
                <w:rFonts w:eastAsia="Calibri"/>
                <w:b/>
                <w:sz w:val="18"/>
                <w:szCs w:val="18"/>
                <w:lang w:val="ru-RU"/>
              </w:rPr>
            </w:pPr>
            <w:proofErr w:type="spellStart"/>
            <w:r w:rsidRPr="00EC782F">
              <w:rPr>
                <w:rFonts w:eastAsia="Calibri"/>
                <w:b/>
                <w:sz w:val="18"/>
                <w:szCs w:val="18"/>
                <w:lang w:val="ru-RU"/>
              </w:rPr>
              <w:t>ных</w:t>
            </w:r>
            <w:proofErr w:type="spellEnd"/>
            <w:r w:rsidRPr="00EC782F">
              <w:rPr>
                <w:rFonts w:eastAsia="Calibri"/>
                <w:b/>
                <w:sz w:val="18"/>
                <w:szCs w:val="18"/>
                <w:lang w:val="ru-RU"/>
              </w:rPr>
              <w:t xml:space="preserve"> сведений</w:t>
            </w:r>
            <w:r w:rsidRPr="00EC782F">
              <w:rPr>
                <w:rFonts w:eastAsia="Calibri"/>
                <w:sz w:val="18"/>
                <w:szCs w:val="18"/>
                <w:lang w:val="ru-RU"/>
              </w:rPr>
              <w:t>.</w:t>
            </w:r>
          </w:p>
          <w:p w:rsidR="00EC782F" w:rsidRPr="00EC782F" w:rsidRDefault="00EC782F" w:rsidP="00EC782F">
            <w:pPr>
              <w:ind w:right="-109"/>
              <w:rPr>
                <w:rFonts w:eastAsia="Calibri"/>
                <w:b/>
                <w:sz w:val="18"/>
                <w:szCs w:val="18"/>
                <w:lang w:val="ru-RU"/>
              </w:rPr>
            </w:pPr>
            <w:r w:rsidRPr="00EC782F">
              <w:rPr>
                <w:rFonts w:eastAsia="Calibri"/>
                <w:b/>
                <w:sz w:val="18"/>
                <w:szCs w:val="18"/>
                <w:lang w:val="ru-RU"/>
              </w:rPr>
              <w:t>Формулируют собственное мнение и позицию.</w:t>
            </w:r>
          </w:p>
          <w:p w:rsidR="00EC782F" w:rsidRPr="00EC782F" w:rsidRDefault="00EC782F" w:rsidP="00EC782F">
            <w:pPr>
              <w:rPr>
                <w:rFonts w:eastAsia="Calibri"/>
                <w:b/>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29.04</w:t>
            </w:r>
          </w:p>
          <w:p w:rsidR="003400CF" w:rsidRDefault="003400CF" w:rsidP="00EC782F">
            <w:pPr>
              <w:rPr>
                <w:rFonts w:eastAsia="Calibri"/>
                <w:sz w:val="18"/>
                <w:szCs w:val="18"/>
                <w:lang w:val="ru-RU"/>
              </w:rPr>
            </w:pPr>
            <w:r>
              <w:rPr>
                <w:rFonts w:eastAsia="Calibri"/>
                <w:sz w:val="18"/>
                <w:szCs w:val="18"/>
                <w:lang w:val="ru-RU"/>
              </w:rPr>
              <w:t>30.04</w:t>
            </w:r>
          </w:p>
          <w:p w:rsidR="003400CF" w:rsidRPr="003400CF" w:rsidRDefault="003400CF" w:rsidP="00EC782F">
            <w:pPr>
              <w:rPr>
                <w:rFonts w:eastAsia="Calibri"/>
                <w:sz w:val="18"/>
                <w:szCs w:val="18"/>
                <w:lang w:val="ru-RU"/>
              </w:rPr>
            </w:pPr>
            <w:r>
              <w:rPr>
                <w:rFonts w:eastAsia="Calibri"/>
                <w:sz w:val="18"/>
                <w:szCs w:val="18"/>
                <w:lang w:val="ru-RU"/>
              </w:rPr>
              <w:t>03.05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b/>
                <w:color w:val="C00000"/>
              </w:rPr>
              <w:t>189</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color w:val="C00000"/>
                <w:lang w:val="ru-RU"/>
              </w:rPr>
            </w:pPr>
            <w:r w:rsidRPr="00EC782F">
              <w:rPr>
                <w:rFonts w:eastAsia="Calibri"/>
                <w:b/>
                <w:color w:val="C00000"/>
                <w:lang w:val="ru-RU"/>
              </w:rPr>
              <w:t>Контрольный диктант по теме «Глагол»</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00000"/>
                <w:lang w:val="ru-RU"/>
              </w:rPr>
            </w:pPr>
            <w:r w:rsidRPr="00EC782F">
              <w:rPr>
                <w:rFonts w:eastAsia="Calibri"/>
                <w:b/>
                <w:color w:val="CC0000"/>
                <w:lang w:val="ru-RU"/>
              </w:rPr>
              <w:t>Проверка знаний, умений и навыков по теме «Глагол»</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Уметь писать текст под диктовку </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3400CF" w:rsidP="00EC782F">
            <w:pPr>
              <w:rPr>
                <w:rFonts w:eastAsia="Calibri"/>
                <w:sz w:val="18"/>
                <w:szCs w:val="18"/>
              </w:rPr>
            </w:pPr>
            <w:r>
              <w:rPr>
                <w:rFonts w:eastAsia="Calibri"/>
                <w:sz w:val="18"/>
                <w:szCs w:val="18"/>
                <w:lang w:val="ru-RU"/>
              </w:rPr>
              <w:t>04</w:t>
            </w:r>
            <w:r w:rsidR="00EC782F">
              <w:rPr>
                <w:rFonts w:eastAsia="Calibri"/>
                <w:sz w:val="18"/>
                <w:szCs w:val="18"/>
              </w:rPr>
              <w:t>.05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918"/>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190</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объяснять тип ошибки </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 корректируют свою работу.</w:t>
            </w:r>
          </w:p>
          <w:p w:rsidR="00EC782F" w:rsidRPr="00EC782F" w:rsidRDefault="00EC782F" w:rsidP="00EC782F">
            <w:pPr>
              <w:rPr>
                <w:rFonts w:eastAsia="Calibri"/>
                <w:sz w:val="18"/>
                <w:szCs w:val="18"/>
                <w:lang w:val="ru-RU"/>
              </w:rPr>
            </w:pPr>
            <w:r w:rsidRPr="00EC782F">
              <w:rPr>
                <w:rFonts w:eastAsia="Calibri"/>
                <w:sz w:val="18"/>
                <w:szCs w:val="18"/>
                <w:lang w:val="ru-RU"/>
              </w:rPr>
              <w:t>Умеют представлять конкретное содержание и сообщать его в письменной и устной форме</w:t>
            </w:r>
          </w:p>
          <w:p w:rsidR="00EC782F" w:rsidRPr="00EC782F" w:rsidRDefault="00EC782F" w:rsidP="00EC782F">
            <w:pPr>
              <w:rPr>
                <w:rFonts w:eastAsia="Calibri"/>
                <w:sz w:val="18"/>
                <w:szCs w:val="18"/>
                <w:lang w:val="ru-RU"/>
              </w:rPr>
            </w:pPr>
            <w:r w:rsidRPr="00EC782F">
              <w:rPr>
                <w:rFonts w:eastAsia="Calibri"/>
                <w:sz w:val="18"/>
                <w:szCs w:val="18"/>
                <w:lang w:val="ru-RU"/>
              </w:rPr>
              <w:t>Освоение личностного смысла учения, желания учиться.</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3400CF" w:rsidP="00EC782F">
            <w:pPr>
              <w:rPr>
                <w:rFonts w:eastAsia="Calibri"/>
                <w:sz w:val="18"/>
                <w:szCs w:val="18"/>
              </w:rPr>
            </w:pPr>
            <w:r>
              <w:rPr>
                <w:rFonts w:eastAsia="Calibri"/>
                <w:sz w:val="18"/>
                <w:szCs w:val="18"/>
                <w:lang w:val="ru-RU"/>
              </w:rPr>
              <w:t>04</w:t>
            </w:r>
            <w:r w:rsidR="00EC782F">
              <w:rPr>
                <w:rFonts w:eastAsia="Calibri"/>
                <w:sz w:val="18"/>
                <w:szCs w:val="18"/>
              </w:rPr>
              <w:t>.05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1119"/>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sidRPr="00E643E5">
              <w:rPr>
                <w:rFonts w:eastAsia="Calibri"/>
              </w:rPr>
              <w:t>191-192</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sidRPr="00EC782F">
              <w:rPr>
                <w:rFonts w:eastAsia="Calibri"/>
                <w:lang w:val="ru-RU"/>
              </w:rPr>
              <w:t xml:space="preserve">Разделы науки о языке. Орфография. </w:t>
            </w:r>
            <w:proofErr w:type="spellStart"/>
            <w:r w:rsidRPr="00E643E5">
              <w:rPr>
                <w:rFonts w:eastAsia="Calibri"/>
              </w:rPr>
              <w:t>Орфограммы</w:t>
            </w:r>
            <w:proofErr w:type="spellEnd"/>
            <w:r w:rsidRPr="00E643E5">
              <w:rPr>
                <w:rFonts w:eastAsia="Calibri"/>
              </w:rPr>
              <w:t xml:space="preserve"> в </w:t>
            </w:r>
            <w:proofErr w:type="spellStart"/>
            <w:r w:rsidRPr="00E643E5">
              <w:rPr>
                <w:rFonts w:eastAsia="Calibri"/>
              </w:rPr>
              <w:t>приставках</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Язык и его значение.  Орфографический разбор слов. </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 xml:space="preserve">Знать сведения о назначении языка в </w:t>
            </w:r>
            <w:proofErr w:type="spellStart"/>
            <w:r w:rsidRPr="00EC782F">
              <w:rPr>
                <w:rFonts w:eastAsia="Calibri"/>
                <w:sz w:val="18"/>
                <w:szCs w:val="18"/>
                <w:lang w:val="ru-RU"/>
              </w:rPr>
              <w:t>обществе</w:t>
            </w:r>
            <w:proofErr w:type="gramStart"/>
            <w:r w:rsidRPr="00EC782F">
              <w:rPr>
                <w:rFonts w:eastAsia="Calibri"/>
                <w:sz w:val="18"/>
                <w:szCs w:val="18"/>
                <w:lang w:val="ru-RU"/>
              </w:rPr>
              <w:t>,у</w:t>
            </w:r>
            <w:proofErr w:type="gramEnd"/>
            <w:r w:rsidRPr="00EC782F">
              <w:rPr>
                <w:rFonts w:eastAsia="Calibri"/>
                <w:sz w:val="18"/>
                <w:szCs w:val="18"/>
                <w:lang w:val="ru-RU"/>
              </w:rPr>
              <w:t>меть</w:t>
            </w:r>
            <w:proofErr w:type="spellEnd"/>
            <w:r w:rsidRPr="00EC782F">
              <w:rPr>
                <w:rFonts w:eastAsia="Calibri"/>
                <w:sz w:val="18"/>
                <w:szCs w:val="18"/>
                <w:lang w:val="ru-RU"/>
              </w:rPr>
              <w:t xml:space="preserve"> систематизировать материал о языке.</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w:t>
            </w:r>
          </w:p>
          <w:p w:rsidR="00EC782F" w:rsidRPr="00EC782F" w:rsidRDefault="00EC782F" w:rsidP="00EC782F">
            <w:pPr>
              <w:ind w:right="-123"/>
              <w:rPr>
                <w:rFonts w:eastAsia="Calibri"/>
                <w:sz w:val="18"/>
                <w:szCs w:val="18"/>
                <w:lang w:val="ru-RU"/>
              </w:rPr>
            </w:pPr>
            <w:r w:rsidRPr="00EC782F">
              <w:rPr>
                <w:rFonts w:eastAsia="Calibri"/>
                <w:sz w:val="18"/>
                <w:szCs w:val="18"/>
                <w:lang w:val="ru-RU"/>
              </w:rPr>
              <w:t>Определяют цели и функции участников для взаимодействия</w:t>
            </w:r>
          </w:p>
          <w:p w:rsidR="00EC782F" w:rsidRPr="00EC782F" w:rsidRDefault="00EC782F" w:rsidP="00EC782F">
            <w:pPr>
              <w:ind w:right="-109"/>
              <w:rPr>
                <w:rFonts w:eastAsia="Calibri"/>
                <w:sz w:val="18"/>
                <w:szCs w:val="18"/>
                <w:lang w:val="ru-RU"/>
              </w:rPr>
            </w:pPr>
            <w:r w:rsidRPr="00EC782F">
              <w:rPr>
                <w:rFonts w:eastAsia="Calibri"/>
                <w:sz w:val="18"/>
                <w:szCs w:val="18"/>
                <w:lang w:val="ru-RU"/>
              </w:rPr>
              <w:t>Формулируют собственное мнение и позицию.</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rPr>
            </w:pPr>
            <w:r>
              <w:rPr>
                <w:rFonts w:eastAsia="Calibri"/>
                <w:sz w:val="18"/>
                <w:szCs w:val="18"/>
                <w:lang w:val="ru-RU"/>
              </w:rPr>
              <w:t>05</w:t>
            </w:r>
            <w:r w:rsidR="00EC782F">
              <w:rPr>
                <w:rFonts w:eastAsia="Calibri"/>
                <w:sz w:val="18"/>
                <w:szCs w:val="18"/>
              </w:rPr>
              <w:t>.05</w:t>
            </w:r>
          </w:p>
          <w:p w:rsidR="003400CF" w:rsidRPr="003400CF" w:rsidRDefault="003400CF" w:rsidP="00EC782F">
            <w:pPr>
              <w:rPr>
                <w:rFonts w:eastAsia="Calibri"/>
                <w:sz w:val="18"/>
                <w:szCs w:val="18"/>
                <w:lang w:val="ru-RU"/>
              </w:rPr>
            </w:pPr>
            <w:r>
              <w:rPr>
                <w:rFonts w:eastAsia="Calibri"/>
                <w:sz w:val="18"/>
                <w:szCs w:val="18"/>
                <w:lang w:val="ru-RU"/>
              </w:rPr>
              <w:t>06.05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131"/>
              <w:rPr>
                <w:rFonts w:eastAsia="Calibri"/>
              </w:rPr>
            </w:pPr>
            <w:r w:rsidRPr="00E643E5">
              <w:rPr>
                <w:rFonts w:eastAsia="Calibri"/>
              </w:rPr>
              <w:t>193,</w:t>
            </w:r>
          </w:p>
          <w:p w:rsidR="00EC782F" w:rsidRPr="00E643E5" w:rsidRDefault="00EC782F" w:rsidP="00EC782F">
            <w:pPr>
              <w:ind w:right="-131"/>
              <w:rPr>
                <w:rFonts w:eastAsia="Calibri"/>
              </w:rPr>
            </w:pPr>
            <w:r w:rsidRPr="00E643E5">
              <w:rPr>
                <w:rFonts w:eastAsia="Calibri"/>
              </w:rPr>
              <w:t>194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 xml:space="preserve">Орфограммы в корне слова. Орфограммы в суффиксах и окончаниях. </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Орфографическийразборслов</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126"/>
              <w:rPr>
                <w:rFonts w:eastAsia="Calibri"/>
                <w:sz w:val="18"/>
                <w:szCs w:val="18"/>
                <w:lang w:val="ru-RU"/>
              </w:rPr>
            </w:pPr>
            <w:r w:rsidRPr="00EC782F">
              <w:rPr>
                <w:rFonts w:eastAsia="Calibri"/>
                <w:sz w:val="18"/>
                <w:szCs w:val="18"/>
                <w:lang w:val="ru-RU"/>
              </w:rPr>
              <w:t>Знать теоретические сведения об орфографии, уметь группировать орфограммы.</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0F064F" w:rsidRDefault="00EC782F" w:rsidP="00EC782F">
            <w:pPr>
              <w:rPr>
                <w:rFonts w:eastAsia="Calibri"/>
                <w:sz w:val="18"/>
                <w:szCs w:val="18"/>
              </w:rPr>
            </w:pPr>
            <w:proofErr w:type="spellStart"/>
            <w:r w:rsidRPr="000F064F">
              <w:rPr>
                <w:rFonts w:eastAsia="Calibri"/>
                <w:sz w:val="18"/>
                <w:szCs w:val="18"/>
              </w:rPr>
              <w:t>Позитивнаяморальнаясамооценка</w:t>
            </w:r>
            <w:proofErr w:type="spellEnd"/>
          </w:p>
          <w:p w:rsidR="00EC782F" w:rsidRPr="000F064F" w:rsidRDefault="00EC782F" w:rsidP="00EC782F">
            <w:pPr>
              <w:rPr>
                <w:rFonts w:eastAsia="Calibri"/>
                <w:sz w:val="18"/>
                <w:szCs w:val="18"/>
              </w:rPr>
            </w:pPr>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rPr>
            </w:pPr>
            <w:r>
              <w:rPr>
                <w:rFonts w:eastAsia="Calibri"/>
                <w:sz w:val="18"/>
                <w:szCs w:val="18"/>
                <w:lang w:val="ru-RU"/>
              </w:rPr>
              <w:lastRenderedPageBreak/>
              <w:t>07</w:t>
            </w:r>
            <w:r w:rsidR="00EC782F">
              <w:rPr>
                <w:rFonts w:eastAsia="Calibri"/>
                <w:sz w:val="18"/>
                <w:szCs w:val="18"/>
              </w:rPr>
              <w:t>.05</w:t>
            </w:r>
          </w:p>
          <w:p w:rsidR="003400CF" w:rsidRPr="003400CF" w:rsidRDefault="003400CF" w:rsidP="00EC782F">
            <w:pPr>
              <w:rPr>
                <w:rFonts w:eastAsia="Calibri"/>
                <w:sz w:val="18"/>
                <w:szCs w:val="18"/>
                <w:lang w:val="ru-RU"/>
              </w:rPr>
            </w:pPr>
            <w:r>
              <w:rPr>
                <w:rFonts w:eastAsia="Calibri"/>
                <w:sz w:val="18"/>
                <w:szCs w:val="18"/>
                <w:lang w:val="ru-RU"/>
              </w:rPr>
              <w:t>10.05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Default="00EC782F" w:rsidP="00EC782F">
            <w:pPr>
              <w:ind w:right="-74"/>
              <w:rPr>
                <w:rFonts w:eastAsia="Calibri"/>
              </w:rPr>
            </w:pPr>
            <w:r w:rsidRPr="00E643E5">
              <w:rPr>
                <w:rFonts w:eastAsia="Calibri"/>
              </w:rPr>
              <w:lastRenderedPageBreak/>
              <w:t>195,</w:t>
            </w:r>
          </w:p>
          <w:p w:rsidR="00EC782F" w:rsidRPr="00E643E5" w:rsidRDefault="00EC782F" w:rsidP="00EC782F">
            <w:pPr>
              <w:ind w:right="-74"/>
              <w:rPr>
                <w:rFonts w:eastAsia="Calibri"/>
              </w:rPr>
            </w:pPr>
            <w:r w:rsidRPr="00E643E5">
              <w:rPr>
                <w:rFonts w:eastAsia="Calibri"/>
              </w:rPr>
              <w:t>196</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ind w:right="-71"/>
              <w:rPr>
                <w:rFonts w:eastAsia="Calibri"/>
                <w:lang w:val="ru-RU"/>
              </w:rPr>
            </w:pPr>
            <w:r w:rsidRPr="00EC782F">
              <w:rPr>
                <w:rFonts w:eastAsia="Calibri"/>
                <w:lang w:val="ru-RU"/>
              </w:rPr>
              <w:t>Синтаксис и пунктуация. Словосочетание и простое предложение</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006600"/>
              </w:rPr>
            </w:pPr>
            <w:proofErr w:type="spellStart"/>
            <w:r w:rsidRPr="00E643E5">
              <w:rPr>
                <w:rFonts w:eastAsia="Calibri"/>
              </w:rPr>
              <w:t>Синтаксический</w:t>
            </w:r>
            <w:proofErr w:type="spellEnd"/>
            <w:r w:rsidRPr="00E643E5">
              <w:rPr>
                <w:rFonts w:eastAsia="Calibri"/>
              </w:rPr>
              <w:t xml:space="preserve"> и </w:t>
            </w:r>
            <w:proofErr w:type="spellStart"/>
            <w:r w:rsidRPr="00E643E5">
              <w:rPr>
                <w:rFonts w:eastAsia="Calibri"/>
              </w:rPr>
              <w:t>пунктуационныйразбор</w:t>
            </w:r>
            <w:proofErr w:type="spellEnd"/>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Pr>
                <w:rFonts w:eastAsia="Calibri"/>
              </w:rPr>
              <w:t>Разбор</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Обобщить знания учащихся о пунктуации и синтаксису,  уметь делать разбор.</w:t>
            </w:r>
          </w:p>
          <w:p w:rsidR="00EC782F" w:rsidRPr="00EC782F" w:rsidRDefault="00EC782F" w:rsidP="00EC782F">
            <w:pPr>
              <w:rPr>
                <w:rFonts w:eastAsia="Calibri"/>
                <w:sz w:val="18"/>
                <w:szCs w:val="18"/>
                <w:lang w:val="ru-RU"/>
              </w:rPr>
            </w:pPr>
            <w:r w:rsidRPr="00EC782F">
              <w:rPr>
                <w:rFonts w:eastAsia="Calibri"/>
                <w:sz w:val="18"/>
                <w:szCs w:val="18"/>
                <w:lang w:val="ru-RU"/>
              </w:rPr>
              <w:t>Осознают качество и уровень усвоения</w:t>
            </w:r>
          </w:p>
          <w:p w:rsidR="00EC782F" w:rsidRPr="00EC782F" w:rsidRDefault="00EC782F" w:rsidP="00EC782F">
            <w:pPr>
              <w:ind w:right="-123"/>
              <w:rPr>
                <w:rFonts w:eastAsia="Calibri"/>
                <w:sz w:val="18"/>
                <w:szCs w:val="18"/>
                <w:lang w:val="ru-RU"/>
              </w:rPr>
            </w:pPr>
            <w:r w:rsidRPr="00EC782F">
              <w:rPr>
                <w:rFonts w:eastAsia="Calibri"/>
                <w:sz w:val="18"/>
                <w:szCs w:val="18"/>
                <w:lang w:val="ru-RU"/>
              </w:rPr>
              <w:t>Проявляют уважительное отношение к партнерам</w:t>
            </w:r>
          </w:p>
          <w:p w:rsidR="00EC782F" w:rsidRPr="00EC782F" w:rsidRDefault="00EC782F" w:rsidP="00EC782F">
            <w:pPr>
              <w:ind w:right="-109"/>
              <w:rPr>
                <w:rFonts w:eastAsia="Calibri"/>
                <w:sz w:val="18"/>
                <w:szCs w:val="18"/>
                <w:lang w:val="ru-RU"/>
              </w:rPr>
            </w:pPr>
            <w:r w:rsidRPr="00EC782F">
              <w:rPr>
                <w:rFonts w:eastAsia="Calibri"/>
                <w:sz w:val="18"/>
                <w:szCs w:val="18"/>
                <w:lang w:val="ru-RU"/>
              </w:rPr>
              <w:t>Формулируют собственное мнение и позицию.</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EC782F" w:rsidP="00EC782F">
            <w:pPr>
              <w:rPr>
                <w:rFonts w:eastAsia="Calibri"/>
                <w:sz w:val="18"/>
                <w:szCs w:val="18"/>
                <w:lang w:val="ru-RU"/>
              </w:rPr>
            </w:pPr>
            <w:r>
              <w:rPr>
                <w:rFonts w:eastAsia="Calibri"/>
                <w:sz w:val="18"/>
                <w:szCs w:val="18"/>
              </w:rPr>
              <w:t>1</w:t>
            </w:r>
            <w:r w:rsidR="003400CF">
              <w:rPr>
                <w:rFonts w:eastAsia="Calibri"/>
                <w:sz w:val="18"/>
                <w:szCs w:val="18"/>
                <w:lang w:val="ru-RU"/>
              </w:rPr>
              <w:t>1.05</w:t>
            </w:r>
          </w:p>
          <w:p w:rsidR="003400CF" w:rsidRPr="003400CF" w:rsidRDefault="003400CF" w:rsidP="00EC782F">
            <w:pPr>
              <w:rPr>
                <w:rFonts w:eastAsia="Calibri"/>
                <w:sz w:val="18"/>
                <w:szCs w:val="18"/>
                <w:lang w:val="ru-RU"/>
              </w:rPr>
            </w:pPr>
            <w:r>
              <w:rPr>
                <w:rFonts w:eastAsia="Calibri"/>
                <w:sz w:val="18"/>
                <w:szCs w:val="18"/>
                <w:lang w:val="ru-RU"/>
              </w:rPr>
              <w:t>11.05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b/>
                <w:color w:val="C00000"/>
              </w:rPr>
              <w:t>197</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color w:val="C00000"/>
              </w:rPr>
            </w:pPr>
            <w:proofErr w:type="spellStart"/>
            <w:r w:rsidRPr="00E643E5">
              <w:rPr>
                <w:rFonts w:eastAsia="Calibri"/>
                <w:b/>
                <w:color w:val="C00000"/>
              </w:rPr>
              <w:t>Итоговыйконтрольныйдиктант</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00000"/>
                <w:lang w:val="ru-RU"/>
              </w:rPr>
            </w:pPr>
            <w:r w:rsidRPr="00EC782F">
              <w:rPr>
                <w:rFonts w:eastAsia="Calibri"/>
                <w:b/>
                <w:color w:val="C00000"/>
                <w:lang w:val="ru-RU"/>
              </w:rPr>
              <w:t>Проверка ЗУН, усвоенных в 6 классе</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b/>
                <w:color w:val="CC0000"/>
              </w:rPr>
            </w:pPr>
            <w:proofErr w:type="spellStart"/>
            <w:r>
              <w:rPr>
                <w:rFonts w:eastAsia="Calibri"/>
                <w:b/>
                <w:color w:val="CC0000"/>
              </w:rPr>
              <w:t>Диктант</w:t>
            </w:r>
            <w:proofErr w:type="spellEnd"/>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Уметь писать текст под диктовку </w:t>
            </w:r>
          </w:p>
          <w:p w:rsidR="00EC782F" w:rsidRPr="00EC782F" w:rsidRDefault="00EC782F" w:rsidP="00EC782F">
            <w:pPr>
              <w:rPr>
                <w:rFonts w:eastAsia="Calibri"/>
                <w:b/>
                <w:color w:val="CC0000"/>
                <w:sz w:val="18"/>
                <w:szCs w:val="18"/>
                <w:lang w:val="ru-RU"/>
              </w:rPr>
            </w:pPr>
            <w:r w:rsidRPr="00EC782F">
              <w:rPr>
                <w:rFonts w:eastAsia="Calibri"/>
                <w:b/>
                <w:color w:val="CC0000"/>
                <w:sz w:val="18"/>
                <w:szCs w:val="18"/>
                <w:lang w:val="ru-RU"/>
              </w:rPr>
              <w:t xml:space="preserve">Контроль полученных знаний </w:t>
            </w:r>
          </w:p>
          <w:p w:rsidR="00EC782F" w:rsidRPr="00EC782F" w:rsidRDefault="00EC782F" w:rsidP="00EC782F">
            <w:pPr>
              <w:ind w:right="-115"/>
              <w:rPr>
                <w:rFonts w:eastAsia="Calibri"/>
                <w:b/>
                <w:color w:val="CC0000"/>
                <w:sz w:val="18"/>
                <w:szCs w:val="18"/>
                <w:lang w:val="ru-RU"/>
              </w:rPr>
            </w:pPr>
            <w:r w:rsidRPr="00EC782F">
              <w:rPr>
                <w:rFonts w:eastAsia="Calibri"/>
                <w:b/>
                <w:color w:val="CC0000"/>
                <w:sz w:val="18"/>
                <w:szCs w:val="18"/>
                <w:lang w:val="ru-RU"/>
              </w:rPr>
              <w:t xml:space="preserve">Оценка своего знания </w:t>
            </w:r>
          </w:p>
          <w:p w:rsidR="00EC782F" w:rsidRPr="00EC782F" w:rsidRDefault="00EC782F" w:rsidP="00EC782F">
            <w:pPr>
              <w:ind w:right="-160"/>
              <w:rPr>
                <w:rFonts w:eastAsia="Calibri"/>
                <w:b/>
                <w:color w:val="CC0000"/>
                <w:sz w:val="18"/>
                <w:szCs w:val="18"/>
                <w:lang w:val="ru-RU"/>
              </w:rPr>
            </w:pPr>
            <w:r w:rsidRPr="00EC782F">
              <w:rPr>
                <w:rFonts w:eastAsia="Calibri"/>
                <w:b/>
                <w:color w:val="CC0000"/>
                <w:sz w:val="18"/>
                <w:szCs w:val="18"/>
                <w:lang w:val="ru-RU"/>
              </w:rPr>
              <w:t>Критично относиться к своему знанию</w:t>
            </w: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3400CF">
              <w:rPr>
                <w:rFonts w:eastAsia="Calibri"/>
                <w:sz w:val="18"/>
                <w:szCs w:val="18"/>
                <w:lang w:val="ru-RU"/>
              </w:rPr>
              <w:t>2</w:t>
            </w:r>
            <w:r>
              <w:rPr>
                <w:rFonts w:eastAsia="Calibri"/>
                <w:sz w:val="18"/>
                <w:szCs w:val="18"/>
              </w:rPr>
              <w:t>.05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131"/>
              <w:rPr>
                <w:rFonts w:eastAsia="Calibri"/>
              </w:rPr>
            </w:pPr>
            <w:r w:rsidRPr="00E643E5">
              <w:rPr>
                <w:rFonts w:eastAsia="Calibri"/>
              </w:rPr>
              <w:t>198</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контрольного диктанта. Работа над ошибками</w:t>
            </w:r>
          </w:p>
        </w:tc>
        <w:tc>
          <w:tcPr>
            <w:tcW w:w="694" w:type="pct"/>
            <w:gridSpan w:val="2"/>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lang w:val="ru-RU"/>
              </w:rPr>
            </w:pPr>
            <w:r w:rsidRPr="00EC782F">
              <w:rPr>
                <w:rFonts w:eastAsia="Calibri"/>
                <w:lang w:val="ru-RU"/>
              </w:rPr>
              <w:t>Анализ ошибок, допущенных в диктанте,  коррекция недочетов</w:t>
            </w: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r>
              <w:rPr>
                <w:rFonts w:eastAsia="Calibri"/>
              </w:rPr>
              <w:t>СР</w:t>
            </w:r>
          </w:p>
        </w:tc>
        <w:tc>
          <w:tcPr>
            <w:tcW w:w="1985" w:type="pct"/>
            <w:tcBorders>
              <w:top w:val="single" w:sz="4" w:space="0" w:color="auto"/>
              <w:left w:val="single" w:sz="4" w:space="0" w:color="auto"/>
              <w:bottom w:val="single" w:sz="4" w:space="0" w:color="auto"/>
              <w:right w:val="single" w:sz="4" w:space="0" w:color="auto"/>
            </w:tcBorders>
          </w:tcPr>
          <w:p w:rsidR="00EC782F" w:rsidRPr="00EC782F" w:rsidRDefault="00EC782F" w:rsidP="00EC782F">
            <w:pPr>
              <w:rPr>
                <w:rFonts w:eastAsia="Calibri"/>
                <w:sz w:val="18"/>
                <w:szCs w:val="18"/>
                <w:lang w:val="ru-RU"/>
              </w:rPr>
            </w:pPr>
            <w:r w:rsidRPr="00EC782F">
              <w:rPr>
                <w:rFonts w:eastAsia="Calibri"/>
                <w:sz w:val="18"/>
                <w:szCs w:val="18"/>
                <w:lang w:val="ru-RU"/>
              </w:rPr>
              <w:t xml:space="preserve">Уметь выполнять работу над ошибками </w:t>
            </w:r>
          </w:p>
          <w:p w:rsidR="00EC782F" w:rsidRPr="00EC782F" w:rsidRDefault="00EC782F" w:rsidP="00EC782F">
            <w:pPr>
              <w:rPr>
                <w:rFonts w:eastAsia="Calibri"/>
                <w:sz w:val="18"/>
                <w:szCs w:val="18"/>
                <w:lang w:val="ru-RU"/>
              </w:rPr>
            </w:pPr>
            <w:r w:rsidRPr="00EC782F">
              <w:rPr>
                <w:rFonts w:eastAsia="Calibri"/>
                <w:sz w:val="18"/>
                <w:szCs w:val="18"/>
                <w:lang w:val="ru-RU"/>
              </w:rPr>
              <w:t xml:space="preserve">Осознают качество и уровень усвоения </w:t>
            </w:r>
          </w:p>
          <w:p w:rsidR="00EC782F" w:rsidRPr="00EC782F" w:rsidRDefault="00EC782F" w:rsidP="00EC782F">
            <w:pPr>
              <w:rPr>
                <w:rFonts w:eastAsia="Calibri"/>
                <w:sz w:val="18"/>
                <w:szCs w:val="18"/>
                <w:lang w:val="ru-RU"/>
              </w:rPr>
            </w:pPr>
            <w:r w:rsidRPr="00EC782F">
              <w:rPr>
                <w:rFonts w:eastAsia="Calibri"/>
                <w:sz w:val="18"/>
                <w:szCs w:val="18"/>
                <w:lang w:val="ru-RU"/>
              </w:rPr>
              <w:t>Планируют общие способы работы</w:t>
            </w:r>
          </w:p>
          <w:p w:rsidR="00EC782F" w:rsidRPr="00EC782F" w:rsidRDefault="00EC782F" w:rsidP="00EC782F">
            <w:pPr>
              <w:ind w:right="-109"/>
              <w:rPr>
                <w:rFonts w:eastAsia="Calibri"/>
                <w:sz w:val="18"/>
                <w:szCs w:val="18"/>
                <w:lang w:val="ru-RU"/>
              </w:rPr>
            </w:pPr>
            <w:r w:rsidRPr="00EC782F">
              <w:rPr>
                <w:rFonts w:eastAsia="Calibri"/>
                <w:sz w:val="18"/>
                <w:szCs w:val="18"/>
                <w:lang w:val="ru-RU"/>
              </w:rPr>
              <w:t>Формулируют собственное мнение и позицию.</w:t>
            </w:r>
          </w:p>
          <w:p w:rsidR="00EC782F" w:rsidRPr="00EC782F" w:rsidRDefault="00EC782F" w:rsidP="00EC782F">
            <w:pPr>
              <w:rPr>
                <w:rFonts w:eastAsia="Calibri"/>
                <w:sz w:val="18"/>
                <w:szCs w:val="18"/>
                <w:lang w:val="ru-RU"/>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Pr="000F064F" w:rsidRDefault="00EC782F" w:rsidP="00EC782F">
            <w:pPr>
              <w:rPr>
                <w:rFonts w:eastAsia="Calibri"/>
                <w:sz w:val="18"/>
                <w:szCs w:val="18"/>
              </w:rPr>
            </w:pPr>
            <w:r>
              <w:rPr>
                <w:rFonts w:eastAsia="Calibri"/>
                <w:sz w:val="18"/>
                <w:szCs w:val="18"/>
              </w:rPr>
              <w:t>1</w:t>
            </w:r>
            <w:r w:rsidR="003400CF">
              <w:rPr>
                <w:rFonts w:eastAsia="Calibri"/>
                <w:sz w:val="18"/>
                <w:szCs w:val="18"/>
                <w:lang w:val="ru-RU"/>
              </w:rPr>
              <w:t>3</w:t>
            </w:r>
            <w:r>
              <w:rPr>
                <w:rFonts w:eastAsia="Calibri"/>
                <w:sz w:val="18"/>
                <w:szCs w:val="18"/>
              </w:rPr>
              <w:t>.05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r w:rsidR="00EC782F" w:rsidRPr="00E643E5" w:rsidTr="004F36F8">
        <w:tblPrEx>
          <w:jc w:val="center"/>
        </w:tblPrEx>
        <w:trPr>
          <w:gridBefore w:val="1"/>
          <w:wBefore w:w="10" w:type="pct"/>
          <w:trHeight w:val="484"/>
          <w:jc w:val="center"/>
        </w:trPr>
        <w:tc>
          <w:tcPr>
            <w:tcW w:w="273"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ind w:right="-74"/>
              <w:rPr>
                <w:rFonts w:eastAsia="Calibri"/>
              </w:rPr>
            </w:pPr>
            <w:r>
              <w:rPr>
                <w:rFonts w:eastAsia="Calibri"/>
              </w:rPr>
              <w:t>199-</w:t>
            </w:r>
            <w:r w:rsidRPr="00E643E5">
              <w:rPr>
                <w:rFonts w:eastAsia="Calibri"/>
              </w:rPr>
              <w:t>204</w:t>
            </w:r>
          </w:p>
        </w:tc>
        <w:tc>
          <w:tcPr>
            <w:tcW w:w="787"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roofErr w:type="spellStart"/>
            <w:r w:rsidRPr="00E643E5">
              <w:rPr>
                <w:rFonts w:eastAsia="Calibri"/>
              </w:rPr>
              <w:t>Резервныеуроки</w:t>
            </w:r>
            <w:proofErr w:type="spellEnd"/>
          </w:p>
        </w:tc>
        <w:tc>
          <w:tcPr>
            <w:tcW w:w="694"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c>
          <w:tcPr>
            <w:tcW w:w="648" w:type="pct"/>
            <w:gridSpan w:val="2"/>
            <w:tcBorders>
              <w:top w:val="single" w:sz="4" w:space="0" w:color="auto"/>
              <w:left w:val="single" w:sz="4" w:space="0" w:color="auto"/>
              <w:bottom w:val="single" w:sz="4" w:space="0" w:color="auto"/>
              <w:right w:val="single" w:sz="4" w:space="0" w:color="auto"/>
            </w:tcBorders>
          </w:tcPr>
          <w:p w:rsidR="00EC782F" w:rsidRPr="00E643E5" w:rsidRDefault="00EC782F" w:rsidP="00EC782F">
            <w:pPr>
              <w:rPr>
                <w:rFonts w:eastAsia="Calibri"/>
              </w:rPr>
            </w:pPr>
          </w:p>
        </w:tc>
        <w:tc>
          <w:tcPr>
            <w:tcW w:w="1985" w:type="pct"/>
            <w:tcBorders>
              <w:top w:val="single" w:sz="4" w:space="0" w:color="auto"/>
              <w:left w:val="single" w:sz="4" w:space="0" w:color="auto"/>
              <w:bottom w:val="single" w:sz="4" w:space="0" w:color="auto"/>
              <w:right w:val="single" w:sz="4" w:space="0" w:color="auto"/>
            </w:tcBorders>
          </w:tcPr>
          <w:p w:rsidR="00EC782F" w:rsidRPr="000F064F" w:rsidRDefault="00EC782F" w:rsidP="00EC782F">
            <w:pPr>
              <w:rPr>
                <w:rFonts w:eastAsia="Calibri"/>
                <w:sz w:val="18"/>
                <w:szCs w:val="18"/>
              </w:rPr>
            </w:pPr>
          </w:p>
          <w:p w:rsidR="00EC782F" w:rsidRPr="000F064F" w:rsidRDefault="00EC782F" w:rsidP="00EC782F">
            <w:pPr>
              <w:rPr>
                <w:rFonts w:eastAsia="Calibri"/>
                <w:sz w:val="18"/>
                <w:szCs w:val="18"/>
              </w:rPr>
            </w:pPr>
          </w:p>
          <w:p w:rsidR="00EC782F" w:rsidRPr="000F064F" w:rsidRDefault="00EC782F" w:rsidP="00EC782F">
            <w:pPr>
              <w:rPr>
                <w:rFonts w:eastAsia="Calibri"/>
                <w:sz w:val="18"/>
                <w:szCs w:val="18"/>
              </w:rPr>
            </w:pPr>
          </w:p>
        </w:tc>
        <w:tc>
          <w:tcPr>
            <w:tcW w:w="348" w:type="pct"/>
            <w:gridSpan w:val="3"/>
            <w:tcBorders>
              <w:top w:val="single" w:sz="4" w:space="0" w:color="auto"/>
              <w:left w:val="single" w:sz="4" w:space="0" w:color="auto"/>
              <w:bottom w:val="single" w:sz="4" w:space="0" w:color="auto"/>
              <w:right w:val="single" w:sz="4" w:space="0" w:color="auto"/>
            </w:tcBorders>
            <w:vAlign w:val="center"/>
          </w:tcPr>
          <w:p w:rsidR="00EC782F" w:rsidRDefault="003400CF" w:rsidP="00EC782F">
            <w:pPr>
              <w:rPr>
                <w:rFonts w:eastAsia="Calibri"/>
                <w:sz w:val="18"/>
                <w:szCs w:val="18"/>
                <w:lang w:val="ru-RU"/>
              </w:rPr>
            </w:pPr>
            <w:r>
              <w:rPr>
                <w:rFonts w:eastAsia="Calibri"/>
                <w:sz w:val="18"/>
                <w:szCs w:val="18"/>
                <w:lang w:val="ru-RU"/>
              </w:rPr>
              <w:t>14.05</w:t>
            </w:r>
          </w:p>
          <w:p w:rsidR="003400CF" w:rsidRDefault="003400CF" w:rsidP="00EC782F">
            <w:pPr>
              <w:rPr>
                <w:rFonts w:eastAsia="Calibri"/>
                <w:sz w:val="18"/>
                <w:szCs w:val="18"/>
                <w:lang w:val="ru-RU"/>
              </w:rPr>
            </w:pPr>
            <w:r>
              <w:rPr>
                <w:rFonts w:eastAsia="Calibri"/>
                <w:sz w:val="18"/>
                <w:szCs w:val="18"/>
                <w:lang w:val="ru-RU"/>
              </w:rPr>
              <w:t>17.05</w:t>
            </w:r>
          </w:p>
          <w:p w:rsidR="003400CF" w:rsidRDefault="003400CF" w:rsidP="00EC782F">
            <w:pPr>
              <w:rPr>
                <w:rFonts w:eastAsia="Calibri"/>
                <w:sz w:val="18"/>
                <w:szCs w:val="18"/>
                <w:lang w:val="ru-RU"/>
              </w:rPr>
            </w:pPr>
            <w:r>
              <w:rPr>
                <w:rFonts w:eastAsia="Calibri"/>
                <w:sz w:val="18"/>
                <w:szCs w:val="18"/>
                <w:lang w:val="ru-RU"/>
              </w:rPr>
              <w:t>18.05</w:t>
            </w:r>
          </w:p>
          <w:p w:rsidR="003400CF" w:rsidRDefault="003400CF" w:rsidP="00EC782F">
            <w:pPr>
              <w:rPr>
                <w:rFonts w:eastAsia="Calibri"/>
                <w:sz w:val="18"/>
                <w:szCs w:val="18"/>
                <w:lang w:val="ru-RU"/>
              </w:rPr>
            </w:pPr>
            <w:r>
              <w:rPr>
                <w:rFonts w:eastAsia="Calibri"/>
                <w:sz w:val="18"/>
                <w:szCs w:val="18"/>
                <w:lang w:val="ru-RU"/>
              </w:rPr>
              <w:t>18.05</w:t>
            </w:r>
          </w:p>
          <w:p w:rsidR="003400CF" w:rsidRDefault="003400CF" w:rsidP="00EC782F">
            <w:pPr>
              <w:rPr>
                <w:rFonts w:eastAsia="Calibri"/>
                <w:sz w:val="18"/>
                <w:szCs w:val="18"/>
                <w:lang w:val="ru-RU"/>
              </w:rPr>
            </w:pPr>
            <w:r>
              <w:rPr>
                <w:rFonts w:eastAsia="Calibri"/>
                <w:sz w:val="18"/>
                <w:szCs w:val="18"/>
                <w:lang w:val="ru-RU"/>
              </w:rPr>
              <w:t>19.05</w:t>
            </w:r>
          </w:p>
          <w:p w:rsidR="003400CF" w:rsidRDefault="003400CF" w:rsidP="00EC782F">
            <w:pPr>
              <w:rPr>
                <w:rFonts w:eastAsia="Calibri"/>
                <w:sz w:val="18"/>
                <w:szCs w:val="18"/>
                <w:lang w:val="ru-RU"/>
              </w:rPr>
            </w:pPr>
            <w:r>
              <w:rPr>
                <w:rFonts w:eastAsia="Calibri"/>
                <w:sz w:val="18"/>
                <w:szCs w:val="18"/>
                <w:lang w:val="ru-RU"/>
              </w:rPr>
              <w:t>20.05</w:t>
            </w:r>
          </w:p>
          <w:p w:rsidR="003400CF" w:rsidRDefault="003400CF" w:rsidP="00EC782F">
            <w:pPr>
              <w:rPr>
                <w:rFonts w:eastAsia="Calibri"/>
                <w:sz w:val="18"/>
                <w:szCs w:val="18"/>
                <w:lang w:val="ru-RU"/>
              </w:rPr>
            </w:pPr>
            <w:r>
              <w:rPr>
                <w:rFonts w:eastAsia="Calibri"/>
                <w:sz w:val="18"/>
                <w:szCs w:val="18"/>
                <w:lang w:val="ru-RU"/>
              </w:rPr>
              <w:t>21.05</w:t>
            </w:r>
          </w:p>
          <w:p w:rsidR="003400CF" w:rsidRDefault="003400CF" w:rsidP="00EC782F">
            <w:pPr>
              <w:rPr>
                <w:rFonts w:eastAsia="Calibri"/>
                <w:sz w:val="18"/>
                <w:szCs w:val="18"/>
                <w:lang w:val="ru-RU"/>
              </w:rPr>
            </w:pPr>
            <w:r>
              <w:rPr>
                <w:rFonts w:eastAsia="Calibri"/>
                <w:sz w:val="18"/>
                <w:szCs w:val="18"/>
                <w:lang w:val="ru-RU"/>
              </w:rPr>
              <w:t>24.05</w:t>
            </w:r>
          </w:p>
          <w:p w:rsidR="003400CF" w:rsidRPr="003400CF" w:rsidRDefault="003400CF" w:rsidP="00EC782F">
            <w:pPr>
              <w:rPr>
                <w:rFonts w:eastAsia="Calibri"/>
                <w:sz w:val="18"/>
                <w:szCs w:val="18"/>
                <w:lang w:val="ru-RU"/>
              </w:rPr>
            </w:pPr>
            <w:r>
              <w:rPr>
                <w:rFonts w:eastAsia="Calibri"/>
                <w:sz w:val="18"/>
                <w:szCs w:val="18"/>
                <w:lang w:val="ru-RU"/>
              </w:rPr>
              <w:t>25.05.25.05</w:t>
            </w:r>
          </w:p>
        </w:tc>
        <w:tc>
          <w:tcPr>
            <w:tcW w:w="255" w:type="pct"/>
            <w:gridSpan w:val="2"/>
            <w:tcBorders>
              <w:top w:val="single" w:sz="4" w:space="0" w:color="auto"/>
              <w:left w:val="single" w:sz="4" w:space="0" w:color="auto"/>
              <w:bottom w:val="single" w:sz="4" w:space="0" w:color="auto"/>
              <w:right w:val="single" w:sz="4" w:space="0" w:color="auto"/>
            </w:tcBorders>
            <w:vAlign w:val="center"/>
          </w:tcPr>
          <w:p w:rsidR="00EC782F" w:rsidRPr="00E643E5" w:rsidRDefault="00EC782F" w:rsidP="00EC782F">
            <w:pPr>
              <w:rPr>
                <w:rFonts w:eastAsia="Calibri"/>
              </w:rPr>
            </w:pPr>
          </w:p>
        </w:tc>
      </w:tr>
    </w:tbl>
    <w:p w:rsidR="00EC782F" w:rsidRPr="00E643E5" w:rsidRDefault="00EC782F" w:rsidP="00EC782F">
      <w:pPr>
        <w:rPr>
          <w:rFonts w:eastAsia="Calibri"/>
        </w:rPr>
      </w:pPr>
    </w:p>
    <w:p w:rsidR="00785A59" w:rsidRDefault="00785A59" w:rsidP="00785A59">
      <w:pPr>
        <w:pStyle w:val="14"/>
        <w:ind w:left="0"/>
        <w:jc w:val="center"/>
        <w:rPr>
          <w:b/>
          <w:i/>
          <w:sz w:val="28"/>
          <w:szCs w:val="28"/>
        </w:rPr>
      </w:pPr>
    </w:p>
    <w:p w:rsidR="00785A59" w:rsidRPr="00EC737D" w:rsidRDefault="00785A59">
      <w:pPr>
        <w:rPr>
          <w:lang w:val="ru-RU"/>
        </w:rPr>
        <w:sectPr w:rsidR="00785A59" w:rsidRPr="00EC737D" w:rsidSect="00722A42">
          <w:pgSz w:w="15840" w:h="12240" w:orient="landscape"/>
          <w:pgMar w:top="850" w:right="794" w:bottom="284" w:left="794" w:header="720" w:footer="720" w:gutter="0"/>
          <w:cols w:space="720"/>
          <w:docGrid w:linePitch="360"/>
        </w:sectPr>
      </w:pPr>
    </w:p>
    <w:p w:rsidR="00785A59" w:rsidRDefault="00785A59">
      <w:pPr>
        <w:jc w:val="center"/>
        <w:rPr>
          <w:b/>
          <w:sz w:val="28"/>
          <w:lang w:val="ru-RU"/>
        </w:rPr>
      </w:pPr>
    </w:p>
    <w:p w:rsidR="00785A59" w:rsidRDefault="00785A59">
      <w:pPr>
        <w:jc w:val="center"/>
        <w:rPr>
          <w:b/>
          <w:sz w:val="28"/>
          <w:lang w:val="ru-RU"/>
        </w:rPr>
      </w:pPr>
    </w:p>
    <w:p w:rsidR="00785A59" w:rsidRDefault="00785A59">
      <w:pPr>
        <w:jc w:val="center"/>
        <w:rPr>
          <w:b/>
          <w:sz w:val="28"/>
          <w:lang w:val="ru-RU"/>
        </w:rPr>
      </w:pPr>
    </w:p>
    <w:p w:rsidR="00785A59" w:rsidRDefault="00785A59">
      <w:pPr>
        <w:jc w:val="center"/>
        <w:rPr>
          <w:b/>
          <w:sz w:val="28"/>
          <w:lang w:val="ru-RU"/>
        </w:rPr>
      </w:pPr>
    </w:p>
    <w:p w:rsidR="00785A59" w:rsidRDefault="00785A59">
      <w:pPr>
        <w:jc w:val="center"/>
        <w:rPr>
          <w:b/>
          <w:sz w:val="28"/>
          <w:lang w:val="ru-RU"/>
        </w:rPr>
      </w:pPr>
    </w:p>
    <w:p w:rsidR="00785A59" w:rsidRDefault="00785A59">
      <w:pPr>
        <w:jc w:val="center"/>
        <w:rPr>
          <w:b/>
          <w:sz w:val="28"/>
          <w:lang w:val="ru-RU"/>
        </w:rPr>
      </w:pPr>
    </w:p>
    <w:p w:rsidR="00785A59" w:rsidRDefault="00785A59">
      <w:pPr>
        <w:jc w:val="center"/>
        <w:rPr>
          <w:b/>
          <w:sz w:val="28"/>
          <w:lang w:val="ru-RU"/>
        </w:rPr>
      </w:pPr>
    </w:p>
    <w:p w:rsidR="0078398D" w:rsidRPr="00EC737D" w:rsidRDefault="00B67FEC">
      <w:pPr>
        <w:jc w:val="center"/>
        <w:rPr>
          <w:lang w:val="ru-RU"/>
        </w:rPr>
      </w:pPr>
      <w:r w:rsidRPr="00EC737D">
        <w:rPr>
          <w:b/>
          <w:sz w:val="30"/>
          <w:lang w:val="ru-RU"/>
        </w:rPr>
        <w:t>МЕТОДИЧЕСКОЕ ПРИЛОЖЕНИЕ</w:t>
      </w:r>
      <w:r w:rsidRPr="00EC737D">
        <w:rPr>
          <w:b/>
          <w:sz w:val="30"/>
          <w:lang w:val="ru-RU"/>
        </w:rPr>
        <w:br/>
        <w:t>к календарно-тематическому планированию</w:t>
      </w:r>
    </w:p>
    <w:p w:rsidR="0078398D" w:rsidRPr="00EC737D" w:rsidRDefault="00B67FEC">
      <w:pPr>
        <w:spacing w:before="100" w:after="60"/>
        <w:rPr>
          <w:sz w:val="24"/>
          <w:szCs w:val="24"/>
        </w:rPr>
      </w:pPr>
      <w:r w:rsidRPr="00EC737D">
        <w:rPr>
          <w:b/>
          <w:sz w:val="24"/>
          <w:szCs w:val="24"/>
        </w:rPr>
        <w:t xml:space="preserve">1. </w:t>
      </w:r>
      <w:proofErr w:type="spellStart"/>
      <w:r w:rsidRPr="00EC737D">
        <w:rPr>
          <w:b/>
          <w:sz w:val="24"/>
          <w:szCs w:val="24"/>
        </w:rPr>
        <w:t>Дифференциациядомашнейработы</w:t>
      </w:r>
      <w:proofErr w:type="spellEnd"/>
    </w:p>
    <w:tbl>
      <w:tblPr>
        <w:tblStyle w:val="aff0"/>
        <w:tblW w:w="0" w:type="auto"/>
        <w:jc w:val="center"/>
        <w:tblLook w:val="04A0"/>
      </w:tblPr>
      <w:tblGrid>
        <w:gridCol w:w="3475"/>
        <w:gridCol w:w="3475"/>
        <w:gridCol w:w="3475"/>
      </w:tblGrid>
      <w:tr w:rsidR="0078398D" w:rsidRPr="00EC737D">
        <w:trPr>
          <w:tblHeader/>
          <w:jc w:val="center"/>
        </w:trPr>
        <w:tc>
          <w:tcPr>
            <w:tcW w:w="3475"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Уровень</w:t>
            </w:r>
            <w:proofErr w:type="spellEnd"/>
          </w:p>
        </w:tc>
        <w:tc>
          <w:tcPr>
            <w:tcW w:w="3475"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Организациязадания</w:t>
            </w:r>
            <w:proofErr w:type="spellEnd"/>
          </w:p>
        </w:tc>
        <w:tc>
          <w:tcPr>
            <w:tcW w:w="3475"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Проверяемыйрезультат</w:t>
            </w:r>
            <w:proofErr w:type="spellEnd"/>
          </w:p>
        </w:tc>
      </w:tr>
      <w:tr w:rsidR="0078398D" w:rsidRPr="00722A42">
        <w:trPr>
          <w:cantSplit/>
          <w:jc w:val="center"/>
        </w:trPr>
        <w:tc>
          <w:tcPr>
            <w:tcW w:w="3475"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Базовый</w:t>
            </w:r>
            <w:proofErr w:type="spellEnd"/>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Основное упражнение; обязательные обозначения; одно объяснение по правилу.</w:t>
            </w:r>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Ученик воспроизводит и применяет изученный способ действия.</w:t>
            </w:r>
          </w:p>
        </w:tc>
      </w:tr>
      <w:tr w:rsidR="0078398D" w:rsidRPr="00722A42">
        <w:trPr>
          <w:cantSplit/>
          <w:jc w:val="center"/>
        </w:trPr>
        <w:tc>
          <w:tcPr>
            <w:tcW w:w="3475"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Повышенный</w:t>
            </w:r>
            <w:proofErr w:type="spellEnd"/>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Основное упражнение, два объяснения и дополнительный собственный пример.</w:t>
            </w:r>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Ученик переносит правило на новый языковой материал.</w:t>
            </w:r>
          </w:p>
        </w:tc>
      </w:tr>
      <w:tr w:rsidR="0078398D" w:rsidRPr="00722A42">
        <w:trPr>
          <w:cantSplit/>
          <w:jc w:val="center"/>
        </w:trPr>
        <w:tc>
          <w:tcPr>
            <w:tcW w:w="3475"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Творческий</w:t>
            </w:r>
            <w:proofErr w:type="spellEnd"/>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Микротекст, словарная карточка, преобразование или редактирование примеров.</w:t>
            </w:r>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Ученик осознанно использует языковое явление в собственной речи.</w:t>
            </w:r>
          </w:p>
        </w:tc>
      </w:tr>
      <w:tr w:rsidR="0078398D" w:rsidRPr="00722A42">
        <w:trPr>
          <w:cantSplit/>
          <w:jc w:val="center"/>
        </w:trPr>
        <w:tc>
          <w:tcPr>
            <w:tcW w:w="3475"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Коррекционный</w:t>
            </w:r>
            <w:proofErr w:type="spellEnd"/>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Сокращённый объём, готовый алгоритм, цветовое или условное обозначение ключевого шага.</w:t>
            </w:r>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Ученик безошибочно выполняет основное действие с опорой.</w:t>
            </w:r>
          </w:p>
        </w:tc>
      </w:tr>
      <w:tr w:rsidR="0078398D" w:rsidRPr="00722A42">
        <w:trPr>
          <w:cantSplit/>
          <w:jc w:val="center"/>
        </w:trPr>
        <w:tc>
          <w:tcPr>
            <w:tcW w:w="3475"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Исследовательский</w:t>
            </w:r>
            <w:proofErr w:type="spellEnd"/>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Наблюдение по словарю или тексту, сопоставление вариантов, краткий доказательный вывод.</w:t>
            </w:r>
          </w:p>
        </w:tc>
        <w:tc>
          <w:tcPr>
            <w:tcW w:w="3475"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Ученик объясняет закономерность и подтверждает её примерами.</w:t>
            </w:r>
          </w:p>
        </w:tc>
      </w:tr>
    </w:tbl>
    <w:p w:rsidR="0078398D" w:rsidRPr="00EC737D" w:rsidRDefault="00B67FEC">
      <w:pPr>
        <w:spacing w:before="100" w:after="60"/>
        <w:rPr>
          <w:sz w:val="24"/>
          <w:szCs w:val="24"/>
          <w:lang w:val="ru-RU"/>
        </w:rPr>
      </w:pPr>
      <w:r w:rsidRPr="00EC737D">
        <w:rPr>
          <w:b/>
          <w:sz w:val="24"/>
          <w:szCs w:val="24"/>
          <w:lang w:val="ru-RU"/>
        </w:rPr>
        <w:t>2. Универсальный алгоритм выполнения домашнего задания</w:t>
      </w:r>
    </w:p>
    <w:p w:rsidR="0078398D" w:rsidRPr="00EC737D" w:rsidRDefault="00B67FEC">
      <w:pPr>
        <w:rPr>
          <w:sz w:val="24"/>
          <w:szCs w:val="24"/>
          <w:lang w:val="ru-RU"/>
        </w:rPr>
      </w:pPr>
      <w:r w:rsidRPr="00EC737D">
        <w:rPr>
          <w:sz w:val="24"/>
          <w:szCs w:val="24"/>
          <w:lang w:val="ru-RU"/>
        </w:rPr>
        <w:t>1. Прочитать формулировку полностью и подчеркнуть слова, обозначающие действия.</w:t>
      </w:r>
    </w:p>
    <w:p w:rsidR="0078398D" w:rsidRPr="00EC737D" w:rsidRDefault="00B67FEC">
      <w:pPr>
        <w:rPr>
          <w:sz w:val="24"/>
          <w:szCs w:val="24"/>
          <w:lang w:val="ru-RU"/>
        </w:rPr>
      </w:pPr>
      <w:r w:rsidRPr="00EC737D">
        <w:rPr>
          <w:sz w:val="24"/>
          <w:szCs w:val="24"/>
          <w:lang w:val="ru-RU"/>
        </w:rPr>
        <w:t>2. Найти в учебнике правило, образец или план анализа, относящийся к заданию.</w:t>
      </w:r>
    </w:p>
    <w:p w:rsidR="0078398D" w:rsidRPr="00EC737D" w:rsidRDefault="00B67FEC">
      <w:pPr>
        <w:rPr>
          <w:sz w:val="24"/>
          <w:szCs w:val="24"/>
          <w:lang w:val="ru-RU"/>
        </w:rPr>
      </w:pPr>
      <w:r w:rsidRPr="00EC737D">
        <w:rPr>
          <w:sz w:val="24"/>
          <w:szCs w:val="24"/>
          <w:lang w:val="ru-RU"/>
        </w:rPr>
        <w:t>3. Один пример выполнить устно и объяснить последовательность решения.</w:t>
      </w:r>
    </w:p>
    <w:p w:rsidR="0078398D" w:rsidRPr="00EC737D" w:rsidRDefault="00B67FEC">
      <w:pPr>
        <w:rPr>
          <w:sz w:val="24"/>
          <w:szCs w:val="24"/>
          <w:lang w:val="ru-RU"/>
        </w:rPr>
      </w:pPr>
      <w:r w:rsidRPr="00EC737D">
        <w:rPr>
          <w:sz w:val="24"/>
          <w:szCs w:val="24"/>
          <w:lang w:val="ru-RU"/>
        </w:rPr>
        <w:t>4. Выполнить письменную часть, не пропуская требуемых графических обозначений.</w:t>
      </w:r>
    </w:p>
    <w:p w:rsidR="0078398D" w:rsidRPr="00EC737D" w:rsidRDefault="00B67FEC">
      <w:pPr>
        <w:rPr>
          <w:sz w:val="24"/>
          <w:szCs w:val="24"/>
          <w:lang w:val="ru-RU"/>
        </w:rPr>
      </w:pPr>
      <w:r w:rsidRPr="00EC737D">
        <w:rPr>
          <w:sz w:val="24"/>
          <w:szCs w:val="24"/>
          <w:lang w:val="ru-RU"/>
        </w:rPr>
        <w:t>5. Создать авторский продукт, указанный в задании, и соотнести его с темой урока.</w:t>
      </w:r>
    </w:p>
    <w:p w:rsidR="0078398D" w:rsidRPr="00EC737D" w:rsidRDefault="00B67FEC">
      <w:pPr>
        <w:rPr>
          <w:sz w:val="24"/>
          <w:szCs w:val="24"/>
          <w:lang w:val="ru-RU"/>
        </w:rPr>
      </w:pPr>
      <w:r w:rsidRPr="00EC737D">
        <w:rPr>
          <w:sz w:val="24"/>
          <w:szCs w:val="24"/>
          <w:lang w:val="ru-RU"/>
        </w:rPr>
        <w:t>6. Провести самопроверку предложенным способом, объяснить и только затем исправить ошибки.</w:t>
      </w:r>
    </w:p>
    <w:p w:rsidR="0078398D" w:rsidRPr="00EC737D" w:rsidRDefault="00B67FEC">
      <w:pPr>
        <w:spacing w:before="100" w:after="60"/>
        <w:rPr>
          <w:sz w:val="24"/>
          <w:szCs w:val="24"/>
        </w:rPr>
      </w:pPr>
      <w:r w:rsidRPr="00EC737D">
        <w:rPr>
          <w:b/>
          <w:sz w:val="24"/>
          <w:szCs w:val="24"/>
        </w:rPr>
        <w:t xml:space="preserve">3. </w:t>
      </w:r>
      <w:proofErr w:type="spellStart"/>
      <w:r w:rsidRPr="00EC737D">
        <w:rPr>
          <w:b/>
          <w:sz w:val="24"/>
          <w:szCs w:val="24"/>
        </w:rPr>
        <w:t>Предметныеалгоритмыдля</w:t>
      </w:r>
      <w:proofErr w:type="spellEnd"/>
      <w:r w:rsidRPr="00EC737D">
        <w:rPr>
          <w:b/>
          <w:sz w:val="24"/>
          <w:szCs w:val="24"/>
        </w:rPr>
        <w:t xml:space="preserve"> 6 </w:t>
      </w:r>
      <w:proofErr w:type="spellStart"/>
      <w:r w:rsidRPr="00EC737D">
        <w:rPr>
          <w:b/>
          <w:sz w:val="24"/>
          <w:szCs w:val="24"/>
        </w:rPr>
        <w:t>класса</w:t>
      </w:r>
      <w:proofErr w:type="spellEnd"/>
    </w:p>
    <w:tbl>
      <w:tblPr>
        <w:tblStyle w:val="aff0"/>
        <w:tblW w:w="0" w:type="auto"/>
        <w:jc w:val="center"/>
        <w:tblLook w:val="04A0"/>
      </w:tblPr>
      <w:tblGrid>
        <w:gridCol w:w="5213"/>
        <w:gridCol w:w="5213"/>
      </w:tblGrid>
      <w:tr w:rsidR="0078398D" w:rsidRPr="00EC737D">
        <w:trPr>
          <w:tblHeader/>
          <w:jc w:val="center"/>
        </w:trPr>
        <w:tc>
          <w:tcPr>
            <w:tcW w:w="5213"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Алгоритм</w:t>
            </w:r>
            <w:proofErr w:type="spellEnd"/>
          </w:p>
        </w:tc>
        <w:tc>
          <w:tcPr>
            <w:tcW w:w="5213"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Последовательностьдействий</w:t>
            </w:r>
            <w:proofErr w:type="spellEnd"/>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Орфографическийанализ</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Найти место выбора; определить морфему и часть речи; назвать условие выбора; применить правило; обозначить орфограмму; подобрать контрольный пример.</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lastRenderedPageBreak/>
              <w:t>Морфемныйразбор</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Изменить слово и выделить окончание; определить основу; подобрать однокоренные слова; выделить корень; установить приставки и суффиксы; проверить значение морфем.</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Словообразовательныйанализ</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Определить значение слова; найти производящее слово; сравнить основы; выделить словообразовательное средство; назвать способ образования.</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Морфологическийанализ</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Назвать часть речи и общее значение; поставить начальную форму; указать постоянные и непостоянные признаки; определить синтаксическую роль.</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Смысловойанализтекста</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 xml:space="preserve">Определить тему и главную мысль; выделить </w:t>
            </w:r>
            <w:proofErr w:type="spellStart"/>
            <w:r w:rsidRPr="00EC737D">
              <w:rPr>
                <w:sz w:val="24"/>
                <w:szCs w:val="24"/>
                <w:lang w:val="ru-RU"/>
              </w:rPr>
              <w:t>микротемы</w:t>
            </w:r>
            <w:proofErr w:type="spellEnd"/>
            <w:r w:rsidRPr="00EC737D">
              <w:rPr>
                <w:sz w:val="24"/>
                <w:szCs w:val="24"/>
                <w:lang w:val="ru-RU"/>
              </w:rPr>
              <w:t>; установить тип речи и стиль; найти средства связи; сформулировать вывод об авторском замысле.</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Редактирование</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Найти место нарушения; определить вид ошибки; сформулировать норму; предложить исправление; перечитать весь фрагмент и проверить сохранение смысла.</w:t>
            </w:r>
          </w:p>
        </w:tc>
      </w:tr>
    </w:tbl>
    <w:p w:rsidR="0078398D" w:rsidRPr="00EC737D" w:rsidRDefault="00B67FEC">
      <w:pPr>
        <w:spacing w:before="100" w:after="60"/>
        <w:rPr>
          <w:sz w:val="24"/>
          <w:szCs w:val="24"/>
        </w:rPr>
      </w:pPr>
      <w:r w:rsidRPr="00EC737D">
        <w:rPr>
          <w:b/>
          <w:sz w:val="24"/>
          <w:szCs w:val="24"/>
        </w:rPr>
        <w:t xml:space="preserve">4. </w:t>
      </w:r>
      <w:proofErr w:type="spellStart"/>
      <w:r w:rsidRPr="00EC737D">
        <w:rPr>
          <w:b/>
          <w:sz w:val="24"/>
          <w:szCs w:val="24"/>
        </w:rPr>
        <w:t>Карточкисамопроверки</w:t>
      </w:r>
      <w:proofErr w:type="spellEnd"/>
    </w:p>
    <w:tbl>
      <w:tblPr>
        <w:tblStyle w:val="aff0"/>
        <w:tblW w:w="0" w:type="auto"/>
        <w:jc w:val="center"/>
        <w:tblLook w:val="04A0"/>
      </w:tblPr>
      <w:tblGrid>
        <w:gridCol w:w="4381"/>
        <w:gridCol w:w="6155"/>
      </w:tblGrid>
      <w:tr w:rsidR="0078398D" w:rsidRPr="00EC737D">
        <w:trPr>
          <w:tblHeader/>
          <w:jc w:val="center"/>
        </w:trPr>
        <w:tc>
          <w:tcPr>
            <w:tcW w:w="5213"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Карточка</w:t>
            </w:r>
            <w:proofErr w:type="spellEnd"/>
          </w:p>
        </w:tc>
        <w:tc>
          <w:tcPr>
            <w:tcW w:w="5213"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Контрольныевопросы</w:t>
            </w:r>
            <w:proofErr w:type="spellEnd"/>
          </w:p>
        </w:tc>
      </w:tr>
      <w:tr w:rsidR="0078398D" w:rsidRPr="00EC737D">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Лексика</w:t>
            </w:r>
            <w:proofErr w:type="spellEnd"/>
            <w:r w:rsidRPr="00EC737D">
              <w:rPr>
                <w:sz w:val="24"/>
                <w:szCs w:val="24"/>
              </w:rPr>
              <w:t xml:space="preserve"> и </w:t>
            </w:r>
            <w:proofErr w:type="spellStart"/>
            <w:r w:rsidRPr="00EC737D">
              <w:rPr>
                <w:sz w:val="24"/>
                <w:szCs w:val="24"/>
              </w:rPr>
              <w:t>фразеология</w:t>
            </w:r>
            <w:proofErr w:type="spellEnd"/>
          </w:p>
        </w:tc>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lang w:val="ru-RU"/>
              </w:rPr>
              <w:t xml:space="preserve">Верно ли определено значение? Учтена ли стилистическая окраска? Уместно ли слово в данной ситуации? </w:t>
            </w:r>
            <w:proofErr w:type="spellStart"/>
            <w:r w:rsidRPr="00EC737D">
              <w:rPr>
                <w:sz w:val="24"/>
                <w:szCs w:val="24"/>
              </w:rPr>
              <w:t>Можнолиподтвердитьтолкованиеконтекстомилисловарём</w:t>
            </w:r>
            <w:proofErr w:type="spellEnd"/>
            <w:r w:rsidRPr="00EC737D">
              <w:rPr>
                <w:sz w:val="24"/>
                <w:szCs w:val="24"/>
              </w:rPr>
              <w:t>?</w:t>
            </w:r>
          </w:p>
        </w:tc>
      </w:tr>
      <w:tr w:rsidR="0078398D" w:rsidRPr="00EC737D">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Словообразование</w:t>
            </w:r>
            <w:proofErr w:type="spellEnd"/>
          </w:p>
        </w:tc>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lang w:val="ru-RU"/>
              </w:rPr>
              <w:t xml:space="preserve">Правильно ли найдено производящее слово? Совпадает ли значение производного слова с выбранной моделью? </w:t>
            </w:r>
            <w:proofErr w:type="spellStart"/>
            <w:r w:rsidRPr="00EC737D">
              <w:rPr>
                <w:sz w:val="24"/>
                <w:szCs w:val="24"/>
              </w:rPr>
              <w:t>Названлиспособобразования</w:t>
            </w:r>
            <w:proofErr w:type="spellEnd"/>
            <w:r w:rsidRPr="00EC737D">
              <w:rPr>
                <w:sz w:val="24"/>
                <w:szCs w:val="24"/>
              </w:rPr>
              <w:t>?</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Имяприлагательное</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Определён ли разряд? Допустима ли степень сравнения? Верно ли согласование? Проверены ли Н/НН, -К-/-СК- и сложное написание?</w:t>
            </w:r>
          </w:p>
        </w:tc>
      </w:tr>
      <w:tr w:rsidR="0078398D" w:rsidRPr="00EC737D">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Имячислительное</w:t>
            </w:r>
            <w:proofErr w:type="spellEnd"/>
          </w:p>
        </w:tc>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lang w:val="ru-RU"/>
              </w:rPr>
              <w:t xml:space="preserve">Записана ли правильная форма всех частей? Проверены ли мягкий знак и окончания? </w:t>
            </w:r>
            <w:proofErr w:type="spellStart"/>
            <w:r w:rsidRPr="00EC737D">
              <w:rPr>
                <w:sz w:val="24"/>
                <w:szCs w:val="24"/>
              </w:rPr>
              <w:t>Вернолисогласование</w:t>
            </w:r>
            <w:proofErr w:type="spellEnd"/>
            <w:r w:rsidRPr="00EC737D">
              <w:rPr>
                <w:sz w:val="24"/>
                <w:szCs w:val="24"/>
              </w:rPr>
              <w:t xml:space="preserve"> с </w:t>
            </w:r>
            <w:proofErr w:type="spellStart"/>
            <w:r w:rsidRPr="00EC737D">
              <w:rPr>
                <w:sz w:val="24"/>
                <w:szCs w:val="24"/>
              </w:rPr>
              <w:t>существительным</w:t>
            </w:r>
            <w:proofErr w:type="spellEnd"/>
            <w:r w:rsidRPr="00EC737D">
              <w:rPr>
                <w:sz w:val="24"/>
                <w:szCs w:val="24"/>
              </w:rPr>
              <w:t>?</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Местоимение</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Определён ли разряд? Ясно ли, на какое слово указывает местоимение? Проверены ли НЕ/НИ и слитное, раздельное или дефисное написание?</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Глагол</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Верно ли определены вид, переходность, спряжение и наклонение? Правильно ли образована форма? Согласованы ли вид и время в тексте?</w:t>
            </w:r>
          </w:p>
        </w:tc>
      </w:tr>
    </w:tbl>
    <w:p w:rsidR="0078398D" w:rsidRPr="00EC737D" w:rsidRDefault="00B67FEC">
      <w:pPr>
        <w:spacing w:before="100" w:after="60"/>
        <w:rPr>
          <w:sz w:val="24"/>
          <w:szCs w:val="24"/>
        </w:rPr>
      </w:pPr>
      <w:r w:rsidRPr="00EC737D">
        <w:rPr>
          <w:b/>
          <w:sz w:val="24"/>
          <w:szCs w:val="24"/>
        </w:rPr>
        <w:t xml:space="preserve">5. </w:t>
      </w:r>
      <w:proofErr w:type="spellStart"/>
      <w:r w:rsidRPr="00EC737D">
        <w:rPr>
          <w:b/>
          <w:sz w:val="24"/>
          <w:szCs w:val="24"/>
        </w:rPr>
        <w:t>Индивидуальнаяработанадошибками</w:t>
      </w:r>
      <w:proofErr w:type="spellEnd"/>
    </w:p>
    <w:tbl>
      <w:tblPr>
        <w:tblStyle w:val="aff0"/>
        <w:tblW w:w="0" w:type="auto"/>
        <w:jc w:val="center"/>
        <w:tblLook w:val="04A0"/>
      </w:tblPr>
      <w:tblGrid>
        <w:gridCol w:w="5213"/>
        <w:gridCol w:w="5213"/>
      </w:tblGrid>
      <w:tr w:rsidR="0078398D" w:rsidRPr="00EC737D">
        <w:trPr>
          <w:tblHeader/>
          <w:jc w:val="center"/>
        </w:trPr>
        <w:tc>
          <w:tcPr>
            <w:tcW w:w="5213"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Шаг</w:t>
            </w:r>
            <w:proofErr w:type="spellEnd"/>
          </w:p>
        </w:tc>
        <w:tc>
          <w:tcPr>
            <w:tcW w:w="5213"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Действиеученика</w:t>
            </w:r>
            <w:proofErr w:type="spellEnd"/>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rPr>
              <w:lastRenderedPageBreak/>
              <w:t xml:space="preserve">1. </w:t>
            </w:r>
            <w:proofErr w:type="spellStart"/>
            <w:r w:rsidRPr="00EC737D">
              <w:rPr>
                <w:sz w:val="24"/>
                <w:szCs w:val="24"/>
              </w:rPr>
              <w:t>Зафиксировать</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Выписать слово, форму или предложение полностью, не скрывая место ошибки.</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rPr>
              <w:t xml:space="preserve">2. </w:t>
            </w:r>
            <w:proofErr w:type="spellStart"/>
            <w:r w:rsidRPr="00EC737D">
              <w:rPr>
                <w:sz w:val="24"/>
                <w:szCs w:val="24"/>
              </w:rPr>
              <w:t>Классифицировать</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Назвать раздел языка и тип ошибки: орфографическая, пунктуационная, грамматическая, речевая.</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rPr>
              <w:t xml:space="preserve">3. </w:t>
            </w:r>
            <w:proofErr w:type="spellStart"/>
            <w:r w:rsidRPr="00EC737D">
              <w:rPr>
                <w:sz w:val="24"/>
                <w:szCs w:val="24"/>
              </w:rPr>
              <w:t>Объяснить</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Записать правило или языковую норму и выделить условие, которое не было учтено.</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rPr>
              <w:t xml:space="preserve">4. </w:t>
            </w:r>
            <w:proofErr w:type="spellStart"/>
            <w:r w:rsidRPr="00EC737D">
              <w:rPr>
                <w:sz w:val="24"/>
                <w:szCs w:val="24"/>
              </w:rPr>
              <w:t>Исправить</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Записать правильный вариант и выполнить необходимые обозначения.</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rPr>
              <w:t xml:space="preserve">5. </w:t>
            </w:r>
            <w:proofErr w:type="spellStart"/>
            <w:r w:rsidRPr="00EC737D">
              <w:rPr>
                <w:sz w:val="24"/>
                <w:szCs w:val="24"/>
              </w:rPr>
              <w:t>Закрепить</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Привести два собственных примера того же типа: один простой, один усложнённый.</w:t>
            </w:r>
          </w:p>
        </w:tc>
      </w:tr>
      <w:tr w:rsidR="0078398D" w:rsidRPr="00722A42">
        <w:trPr>
          <w:cantSplit/>
          <w:jc w:val="center"/>
        </w:trPr>
        <w:tc>
          <w:tcPr>
            <w:tcW w:w="5213" w:type="dxa"/>
            <w:tcMar>
              <w:top w:w="55" w:type="dxa"/>
              <w:left w:w="55" w:type="dxa"/>
              <w:bottom w:w="55" w:type="dxa"/>
              <w:right w:w="55" w:type="dxa"/>
            </w:tcMar>
          </w:tcPr>
          <w:p w:rsidR="0078398D" w:rsidRPr="00EC737D" w:rsidRDefault="00B67FEC">
            <w:pPr>
              <w:rPr>
                <w:sz w:val="24"/>
                <w:szCs w:val="24"/>
              </w:rPr>
            </w:pPr>
            <w:r w:rsidRPr="00EC737D">
              <w:rPr>
                <w:sz w:val="24"/>
                <w:szCs w:val="24"/>
              </w:rPr>
              <w:t xml:space="preserve">6. </w:t>
            </w:r>
            <w:proofErr w:type="spellStart"/>
            <w:r w:rsidRPr="00EC737D">
              <w:rPr>
                <w:sz w:val="24"/>
                <w:szCs w:val="24"/>
              </w:rPr>
              <w:t>Отсроченнопроверить</w:t>
            </w:r>
            <w:proofErr w:type="spellEnd"/>
          </w:p>
        </w:tc>
        <w:tc>
          <w:tcPr>
            <w:tcW w:w="5213"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Через день выполнить один новый пример без учебника и отметить результат в личном листе ошибок.</w:t>
            </w:r>
          </w:p>
        </w:tc>
      </w:tr>
    </w:tbl>
    <w:p w:rsidR="0078398D" w:rsidRPr="00EC737D" w:rsidRDefault="00B67FEC">
      <w:pPr>
        <w:spacing w:before="100" w:after="60"/>
        <w:rPr>
          <w:sz w:val="24"/>
          <w:szCs w:val="24"/>
        </w:rPr>
      </w:pPr>
      <w:r w:rsidRPr="00EC737D">
        <w:rPr>
          <w:b/>
          <w:sz w:val="24"/>
          <w:szCs w:val="24"/>
        </w:rPr>
        <w:t xml:space="preserve">6. </w:t>
      </w:r>
      <w:proofErr w:type="spellStart"/>
      <w:r w:rsidRPr="00EC737D">
        <w:rPr>
          <w:b/>
          <w:sz w:val="24"/>
          <w:szCs w:val="24"/>
        </w:rPr>
        <w:t>Критерииоцениванияразвёрнутогодомашнегозадания</w:t>
      </w:r>
      <w:proofErr w:type="spellEnd"/>
    </w:p>
    <w:tbl>
      <w:tblPr>
        <w:tblStyle w:val="aff0"/>
        <w:tblW w:w="0" w:type="auto"/>
        <w:jc w:val="center"/>
        <w:tblLook w:val="04A0"/>
      </w:tblPr>
      <w:tblGrid>
        <w:gridCol w:w="2163"/>
        <w:gridCol w:w="2212"/>
        <w:gridCol w:w="3727"/>
        <w:gridCol w:w="2434"/>
      </w:tblGrid>
      <w:tr w:rsidR="0078398D" w:rsidRPr="00EC737D">
        <w:trPr>
          <w:tblHeader/>
          <w:jc w:val="center"/>
        </w:trPr>
        <w:tc>
          <w:tcPr>
            <w:tcW w:w="2606" w:type="dxa"/>
            <w:tcMar>
              <w:top w:w="55" w:type="dxa"/>
              <w:left w:w="55" w:type="dxa"/>
              <w:bottom w:w="55" w:type="dxa"/>
              <w:right w:w="55" w:type="dxa"/>
            </w:tcMar>
            <w:vAlign w:val="center"/>
          </w:tcPr>
          <w:p w:rsidR="0078398D" w:rsidRPr="00EC737D" w:rsidRDefault="00B67FEC">
            <w:pPr>
              <w:jc w:val="center"/>
              <w:rPr>
                <w:sz w:val="24"/>
                <w:szCs w:val="24"/>
              </w:rPr>
            </w:pPr>
            <w:proofErr w:type="spellStart"/>
            <w:r w:rsidRPr="00EC737D">
              <w:rPr>
                <w:b/>
                <w:sz w:val="24"/>
                <w:szCs w:val="24"/>
              </w:rPr>
              <w:t>Критерий</w:t>
            </w:r>
            <w:proofErr w:type="spellEnd"/>
          </w:p>
        </w:tc>
        <w:tc>
          <w:tcPr>
            <w:tcW w:w="2606" w:type="dxa"/>
            <w:tcMar>
              <w:top w:w="55" w:type="dxa"/>
              <w:left w:w="55" w:type="dxa"/>
              <w:bottom w:w="55" w:type="dxa"/>
              <w:right w:w="55" w:type="dxa"/>
            </w:tcMar>
            <w:vAlign w:val="center"/>
          </w:tcPr>
          <w:p w:rsidR="0078398D" w:rsidRPr="00EC737D" w:rsidRDefault="00B67FEC">
            <w:pPr>
              <w:jc w:val="center"/>
              <w:rPr>
                <w:sz w:val="24"/>
                <w:szCs w:val="24"/>
              </w:rPr>
            </w:pPr>
            <w:r w:rsidRPr="00EC737D">
              <w:rPr>
                <w:b/>
                <w:sz w:val="24"/>
                <w:szCs w:val="24"/>
              </w:rPr>
              <w:t xml:space="preserve">2 </w:t>
            </w:r>
            <w:proofErr w:type="spellStart"/>
            <w:r w:rsidRPr="00EC737D">
              <w:rPr>
                <w:b/>
                <w:sz w:val="24"/>
                <w:szCs w:val="24"/>
              </w:rPr>
              <w:t>балла</w:t>
            </w:r>
            <w:proofErr w:type="spellEnd"/>
          </w:p>
        </w:tc>
        <w:tc>
          <w:tcPr>
            <w:tcW w:w="2606" w:type="dxa"/>
            <w:tcMar>
              <w:top w:w="55" w:type="dxa"/>
              <w:left w:w="55" w:type="dxa"/>
              <w:bottom w:w="55" w:type="dxa"/>
              <w:right w:w="55" w:type="dxa"/>
            </w:tcMar>
            <w:vAlign w:val="center"/>
          </w:tcPr>
          <w:p w:rsidR="0078398D" w:rsidRPr="00EC737D" w:rsidRDefault="00B67FEC">
            <w:pPr>
              <w:jc w:val="center"/>
              <w:rPr>
                <w:sz w:val="24"/>
                <w:szCs w:val="24"/>
              </w:rPr>
            </w:pPr>
            <w:r w:rsidRPr="00EC737D">
              <w:rPr>
                <w:b/>
                <w:sz w:val="24"/>
                <w:szCs w:val="24"/>
              </w:rPr>
              <w:t xml:space="preserve">1 </w:t>
            </w:r>
            <w:proofErr w:type="spellStart"/>
            <w:r w:rsidRPr="00EC737D">
              <w:rPr>
                <w:b/>
                <w:sz w:val="24"/>
                <w:szCs w:val="24"/>
              </w:rPr>
              <w:t>балл</w:t>
            </w:r>
            <w:proofErr w:type="spellEnd"/>
          </w:p>
        </w:tc>
        <w:tc>
          <w:tcPr>
            <w:tcW w:w="2606" w:type="dxa"/>
            <w:tcMar>
              <w:top w:w="55" w:type="dxa"/>
              <w:left w:w="55" w:type="dxa"/>
              <w:bottom w:w="55" w:type="dxa"/>
              <w:right w:w="55" w:type="dxa"/>
            </w:tcMar>
            <w:vAlign w:val="center"/>
          </w:tcPr>
          <w:p w:rsidR="0078398D" w:rsidRPr="00EC737D" w:rsidRDefault="00B67FEC">
            <w:pPr>
              <w:jc w:val="center"/>
              <w:rPr>
                <w:sz w:val="24"/>
                <w:szCs w:val="24"/>
              </w:rPr>
            </w:pPr>
            <w:r w:rsidRPr="00EC737D">
              <w:rPr>
                <w:b/>
                <w:sz w:val="24"/>
                <w:szCs w:val="24"/>
              </w:rPr>
              <w:t xml:space="preserve">0 </w:t>
            </w:r>
            <w:proofErr w:type="spellStart"/>
            <w:r w:rsidRPr="00EC737D">
              <w:rPr>
                <w:b/>
                <w:sz w:val="24"/>
                <w:szCs w:val="24"/>
              </w:rPr>
              <w:t>баллов</w:t>
            </w:r>
            <w:proofErr w:type="spellEnd"/>
          </w:p>
        </w:tc>
      </w:tr>
      <w:tr w:rsidR="0078398D" w:rsidRPr="00722A42">
        <w:trPr>
          <w:cantSplit/>
          <w:jc w:val="center"/>
        </w:trPr>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Основноеупражнение</w:t>
            </w:r>
            <w:proofErr w:type="spellEnd"/>
          </w:p>
        </w:tc>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Выполненополностью</w:t>
            </w:r>
            <w:proofErr w:type="spellEnd"/>
            <w:r w:rsidRPr="00EC737D">
              <w:rPr>
                <w:sz w:val="24"/>
                <w:szCs w:val="24"/>
              </w:rPr>
              <w:t xml:space="preserve"> и </w:t>
            </w:r>
            <w:proofErr w:type="spellStart"/>
            <w:r w:rsidRPr="00EC737D">
              <w:rPr>
                <w:sz w:val="24"/>
                <w:szCs w:val="24"/>
              </w:rPr>
              <w:t>правильно</w:t>
            </w:r>
            <w:proofErr w:type="spellEnd"/>
            <w:r w:rsidRPr="00EC737D">
              <w:rPr>
                <w:sz w:val="24"/>
                <w:szCs w:val="24"/>
              </w:rPr>
              <w:t>.</w:t>
            </w:r>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Есть 1–2 негрубые ошибки или небольшой пропуск.</w:t>
            </w:r>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Не выполнено либо большинство действий ошибочно.</w:t>
            </w:r>
          </w:p>
        </w:tc>
      </w:tr>
      <w:tr w:rsidR="0078398D" w:rsidRPr="00EC737D">
        <w:trPr>
          <w:cantSplit/>
          <w:jc w:val="center"/>
        </w:trPr>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Обозначения</w:t>
            </w:r>
            <w:proofErr w:type="spellEnd"/>
            <w:r w:rsidRPr="00EC737D">
              <w:rPr>
                <w:sz w:val="24"/>
                <w:szCs w:val="24"/>
              </w:rPr>
              <w:t xml:space="preserve"> и </w:t>
            </w:r>
            <w:proofErr w:type="spellStart"/>
            <w:r w:rsidRPr="00EC737D">
              <w:rPr>
                <w:sz w:val="24"/>
                <w:szCs w:val="24"/>
              </w:rPr>
              <w:t>объяснения</w:t>
            </w:r>
            <w:proofErr w:type="spellEnd"/>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Все обозначения есть; объяснения точные.</w:t>
            </w:r>
          </w:p>
        </w:tc>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Обозначенияилиобъяснениячастичны</w:t>
            </w:r>
            <w:proofErr w:type="spellEnd"/>
            <w:r w:rsidRPr="00EC737D">
              <w:rPr>
                <w:sz w:val="24"/>
                <w:szCs w:val="24"/>
              </w:rPr>
              <w:t>.</w:t>
            </w:r>
          </w:p>
        </w:tc>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Обозначения</w:t>
            </w:r>
            <w:proofErr w:type="spellEnd"/>
            <w:r w:rsidRPr="00EC737D">
              <w:rPr>
                <w:sz w:val="24"/>
                <w:szCs w:val="24"/>
              </w:rPr>
              <w:t xml:space="preserve"> и </w:t>
            </w:r>
            <w:proofErr w:type="spellStart"/>
            <w:r w:rsidRPr="00EC737D">
              <w:rPr>
                <w:sz w:val="24"/>
                <w:szCs w:val="24"/>
              </w:rPr>
              <w:t>объясненияотсутствуют</w:t>
            </w:r>
            <w:proofErr w:type="spellEnd"/>
            <w:r w:rsidRPr="00EC737D">
              <w:rPr>
                <w:sz w:val="24"/>
                <w:szCs w:val="24"/>
              </w:rPr>
              <w:t>.</w:t>
            </w:r>
          </w:p>
        </w:tc>
      </w:tr>
      <w:tr w:rsidR="0078398D" w:rsidRPr="00722A42">
        <w:trPr>
          <w:cantSplit/>
          <w:jc w:val="center"/>
        </w:trPr>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Авторскаячасть</w:t>
            </w:r>
            <w:proofErr w:type="spellEnd"/>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 xml:space="preserve">Самостоятельна, соответствует теме, </w:t>
            </w:r>
            <w:proofErr w:type="spellStart"/>
            <w:r w:rsidRPr="00EC737D">
              <w:rPr>
                <w:sz w:val="24"/>
                <w:szCs w:val="24"/>
                <w:lang w:val="ru-RU"/>
              </w:rPr>
              <w:t>языково</w:t>
            </w:r>
            <w:proofErr w:type="spellEnd"/>
            <w:r w:rsidRPr="00EC737D">
              <w:rPr>
                <w:sz w:val="24"/>
                <w:szCs w:val="24"/>
                <w:lang w:val="ru-RU"/>
              </w:rPr>
              <w:t xml:space="preserve"> корректна.</w:t>
            </w:r>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Соответствует теме, но недостаточно развёрнута или содержит неточность.</w:t>
            </w:r>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Отсутствует либо не связана с темой.</w:t>
            </w:r>
          </w:p>
        </w:tc>
      </w:tr>
      <w:tr w:rsidR="0078398D" w:rsidRPr="00EC737D">
        <w:trPr>
          <w:cantSplit/>
          <w:jc w:val="center"/>
        </w:trPr>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Самопроверка</w:t>
            </w:r>
            <w:proofErr w:type="spellEnd"/>
          </w:p>
        </w:tc>
        <w:tc>
          <w:tcPr>
            <w:tcW w:w="2606" w:type="dxa"/>
            <w:tcMar>
              <w:top w:w="55" w:type="dxa"/>
              <w:left w:w="55" w:type="dxa"/>
              <w:bottom w:w="55" w:type="dxa"/>
              <w:right w:w="55" w:type="dxa"/>
            </w:tcMar>
          </w:tcPr>
          <w:p w:rsidR="0078398D" w:rsidRPr="00EC737D" w:rsidRDefault="00B67FEC">
            <w:pPr>
              <w:rPr>
                <w:sz w:val="24"/>
                <w:szCs w:val="24"/>
                <w:lang w:val="ru-RU"/>
              </w:rPr>
            </w:pPr>
            <w:r w:rsidRPr="00EC737D">
              <w:rPr>
                <w:sz w:val="24"/>
                <w:szCs w:val="24"/>
                <w:lang w:val="ru-RU"/>
              </w:rPr>
              <w:t>Проведена указанным способом; исправления осмысленны.</w:t>
            </w:r>
          </w:p>
        </w:tc>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Проведеначастичноилиформально</w:t>
            </w:r>
            <w:proofErr w:type="spellEnd"/>
            <w:r w:rsidRPr="00EC737D">
              <w:rPr>
                <w:sz w:val="24"/>
                <w:szCs w:val="24"/>
              </w:rPr>
              <w:t>.</w:t>
            </w:r>
          </w:p>
        </w:tc>
        <w:tc>
          <w:tcPr>
            <w:tcW w:w="2606" w:type="dxa"/>
            <w:tcMar>
              <w:top w:w="55" w:type="dxa"/>
              <w:left w:w="55" w:type="dxa"/>
              <w:bottom w:w="55" w:type="dxa"/>
              <w:right w:w="55" w:type="dxa"/>
            </w:tcMar>
          </w:tcPr>
          <w:p w:rsidR="0078398D" w:rsidRPr="00EC737D" w:rsidRDefault="00B67FEC">
            <w:pPr>
              <w:rPr>
                <w:sz w:val="24"/>
                <w:szCs w:val="24"/>
              </w:rPr>
            </w:pPr>
            <w:proofErr w:type="spellStart"/>
            <w:r w:rsidRPr="00EC737D">
              <w:rPr>
                <w:sz w:val="24"/>
                <w:szCs w:val="24"/>
              </w:rPr>
              <w:t>Непроведена</w:t>
            </w:r>
            <w:proofErr w:type="spellEnd"/>
            <w:r w:rsidRPr="00EC737D">
              <w:rPr>
                <w:sz w:val="24"/>
                <w:szCs w:val="24"/>
              </w:rPr>
              <w:t>.</w:t>
            </w:r>
          </w:p>
        </w:tc>
      </w:tr>
    </w:tbl>
    <w:p w:rsidR="0078398D" w:rsidRPr="00EC737D" w:rsidRDefault="00B67FEC">
      <w:pPr>
        <w:rPr>
          <w:sz w:val="24"/>
          <w:szCs w:val="24"/>
          <w:lang w:val="ru-RU"/>
        </w:rPr>
      </w:pPr>
      <w:r w:rsidRPr="00EC737D">
        <w:rPr>
          <w:sz w:val="24"/>
          <w:szCs w:val="24"/>
          <w:lang w:val="ru-RU"/>
        </w:rPr>
        <w:t>Рекомендуемая отметка: 7–8 баллов — «5»; 5–6 баллов — «4»; 3–4 балла — «3»; 0–2 балла — задание требует доработки.</w:t>
      </w:r>
    </w:p>
    <w:p w:rsidR="0078398D" w:rsidRPr="00EC737D" w:rsidRDefault="00B67FEC">
      <w:pPr>
        <w:spacing w:before="100" w:after="60"/>
        <w:rPr>
          <w:sz w:val="24"/>
          <w:szCs w:val="24"/>
          <w:lang w:val="ru-RU"/>
        </w:rPr>
      </w:pPr>
      <w:r w:rsidRPr="00EC737D">
        <w:rPr>
          <w:b/>
          <w:sz w:val="24"/>
          <w:szCs w:val="24"/>
          <w:lang w:val="ru-RU"/>
        </w:rPr>
        <w:t>7. Банк заданий для повышения самостоятельности и уникальности</w:t>
      </w:r>
    </w:p>
    <w:p w:rsidR="0078398D" w:rsidRPr="00EC737D" w:rsidRDefault="00B67FEC">
      <w:pPr>
        <w:rPr>
          <w:sz w:val="24"/>
          <w:szCs w:val="24"/>
          <w:lang w:val="ru-RU"/>
        </w:rPr>
      </w:pPr>
      <w:r w:rsidRPr="00EC737D">
        <w:rPr>
          <w:sz w:val="24"/>
          <w:szCs w:val="24"/>
          <w:lang w:val="ru-RU"/>
        </w:rPr>
        <w:t>• Составить пару «правильный пример — языковая ловушка» и объяснить различие.</w:t>
      </w:r>
    </w:p>
    <w:p w:rsidR="0078398D" w:rsidRPr="00EC737D" w:rsidRDefault="00B67FEC">
      <w:pPr>
        <w:rPr>
          <w:sz w:val="24"/>
          <w:szCs w:val="24"/>
          <w:lang w:val="ru-RU"/>
        </w:rPr>
      </w:pPr>
      <w:r w:rsidRPr="00EC737D">
        <w:rPr>
          <w:sz w:val="24"/>
          <w:szCs w:val="24"/>
          <w:lang w:val="ru-RU"/>
        </w:rPr>
        <w:t>• Преобразовать предложение, сохранив смысл, но изменив изучаемую грамматическую форму.</w:t>
      </w:r>
    </w:p>
    <w:p w:rsidR="0078398D" w:rsidRPr="00EC737D" w:rsidRDefault="00B67FEC">
      <w:pPr>
        <w:rPr>
          <w:sz w:val="24"/>
          <w:szCs w:val="24"/>
          <w:lang w:val="ru-RU"/>
        </w:rPr>
      </w:pPr>
      <w:r w:rsidRPr="00EC737D">
        <w:rPr>
          <w:sz w:val="24"/>
          <w:szCs w:val="24"/>
          <w:lang w:val="ru-RU"/>
        </w:rPr>
        <w:t>• Подготовить минутное устное объяснение правила по схеме «признак — действие — пример».</w:t>
      </w:r>
    </w:p>
    <w:p w:rsidR="0078398D" w:rsidRPr="00EC737D" w:rsidRDefault="00B67FEC">
      <w:pPr>
        <w:rPr>
          <w:sz w:val="24"/>
          <w:szCs w:val="24"/>
          <w:lang w:val="ru-RU"/>
        </w:rPr>
      </w:pPr>
      <w:r w:rsidRPr="00EC737D">
        <w:rPr>
          <w:sz w:val="24"/>
          <w:szCs w:val="24"/>
          <w:lang w:val="ru-RU"/>
        </w:rPr>
        <w:t>• Создать карточку для одноклассника и отдельно записать ключ для самопроверки.</w:t>
      </w:r>
    </w:p>
    <w:p w:rsidR="0078398D" w:rsidRPr="00EC737D" w:rsidRDefault="00B67FEC">
      <w:pPr>
        <w:rPr>
          <w:sz w:val="24"/>
          <w:szCs w:val="24"/>
          <w:lang w:val="ru-RU"/>
        </w:rPr>
      </w:pPr>
      <w:r w:rsidRPr="00EC737D">
        <w:rPr>
          <w:sz w:val="24"/>
          <w:szCs w:val="24"/>
          <w:lang w:val="ru-RU"/>
        </w:rPr>
        <w:t>• Найти пример в художественном или научно-популярном тексте и доказать его соответствие теме.</w:t>
      </w:r>
    </w:p>
    <w:p w:rsidR="0078398D" w:rsidRPr="00EC737D" w:rsidRDefault="00B67FEC">
      <w:pPr>
        <w:rPr>
          <w:sz w:val="24"/>
          <w:szCs w:val="24"/>
          <w:lang w:val="ru-RU"/>
        </w:rPr>
      </w:pPr>
      <w:r w:rsidRPr="00EC737D">
        <w:rPr>
          <w:sz w:val="24"/>
          <w:szCs w:val="24"/>
          <w:lang w:val="ru-RU"/>
        </w:rPr>
        <w:t>• Составить мини-таблицу «как распознать — как проверить — пример».</w:t>
      </w:r>
    </w:p>
    <w:p w:rsidR="0078398D" w:rsidRPr="00EC737D" w:rsidRDefault="00B67FEC">
      <w:pPr>
        <w:rPr>
          <w:sz w:val="24"/>
          <w:szCs w:val="24"/>
          <w:lang w:val="ru-RU"/>
        </w:rPr>
      </w:pPr>
      <w:r w:rsidRPr="00EC737D">
        <w:rPr>
          <w:sz w:val="24"/>
          <w:szCs w:val="24"/>
          <w:lang w:val="ru-RU"/>
        </w:rPr>
        <w:t>• Отредактировать фрагмент с двумя намеренными ошибками и прокомментировать исправления.</w:t>
      </w:r>
    </w:p>
    <w:p w:rsidR="0078398D" w:rsidRDefault="00B67FEC">
      <w:pPr>
        <w:rPr>
          <w:sz w:val="24"/>
          <w:szCs w:val="24"/>
          <w:lang w:val="ru-RU"/>
        </w:rPr>
      </w:pPr>
      <w:r w:rsidRPr="00EC737D">
        <w:rPr>
          <w:sz w:val="24"/>
          <w:szCs w:val="24"/>
          <w:lang w:val="ru-RU"/>
        </w:rPr>
        <w:t>• Сравнить два близких языковых явления и сформулировать одно сходство и два различия.</w:t>
      </w:r>
    </w:p>
    <w:p w:rsidR="00785A59" w:rsidRPr="00397D0B" w:rsidRDefault="00785A59" w:rsidP="00785A59">
      <w:pPr>
        <w:pStyle w:val="14"/>
        <w:ind w:left="0"/>
        <w:jc w:val="center"/>
        <w:rPr>
          <w:b/>
          <w:i/>
          <w:sz w:val="28"/>
          <w:szCs w:val="28"/>
        </w:rPr>
      </w:pPr>
      <w:r w:rsidRPr="00397D0B">
        <w:rPr>
          <w:b/>
          <w:i/>
          <w:sz w:val="28"/>
          <w:szCs w:val="28"/>
        </w:rPr>
        <w:t>Учебное и учебно-методическое обеспечение</w:t>
      </w:r>
    </w:p>
    <w:p w:rsidR="00785A59" w:rsidRPr="00785A59" w:rsidRDefault="00785A59" w:rsidP="00785A59">
      <w:pPr>
        <w:jc w:val="both"/>
        <w:rPr>
          <w:sz w:val="28"/>
          <w:szCs w:val="28"/>
          <w:lang w:val="ru-RU"/>
        </w:rPr>
      </w:pPr>
      <w:r w:rsidRPr="00785A59">
        <w:rPr>
          <w:b/>
          <w:sz w:val="28"/>
          <w:szCs w:val="28"/>
          <w:u w:val="single"/>
          <w:lang w:val="ru-RU"/>
        </w:rPr>
        <w:lastRenderedPageBreak/>
        <w:t>Для учащихся:</w:t>
      </w:r>
    </w:p>
    <w:p w:rsidR="00785A59" w:rsidRPr="00785A59" w:rsidRDefault="00785A59" w:rsidP="00785A59">
      <w:pPr>
        <w:jc w:val="both"/>
        <w:rPr>
          <w:sz w:val="24"/>
          <w:szCs w:val="24"/>
          <w:lang w:val="ru-RU"/>
        </w:rPr>
      </w:pPr>
      <w:r w:rsidRPr="00785A59">
        <w:rPr>
          <w:sz w:val="24"/>
          <w:szCs w:val="24"/>
          <w:lang w:val="ru-RU"/>
        </w:rPr>
        <w:t xml:space="preserve">1. Баранов М.Т. Русский язык: Справочные материалы/М.Т.Баранов, </w:t>
      </w:r>
      <w:proofErr w:type="spellStart"/>
      <w:r w:rsidRPr="00785A59">
        <w:rPr>
          <w:sz w:val="24"/>
          <w:szCs w:val="24"/>
          <w:lang w:val="ru-RU"/>
        </w:rPr>
        <w:t>Т.А.Костяева</w:t>
      </w:r>
      <w:proofErr w:type="spellEnd"/>
      <w:r w:rsidRPr="00785A59">
        <w:rPr>
          <w:sz w:val="24"/>
          <w:szCs w:val="24"/>
          <w:lang w:val="ru-RU"/>
        </w:rPr>
        <w:t xml:space="preserve">, А.В.Прудникова; под ред. Н.М.Шанского.-8-е изд.,  </w:t>
      </w:r>
      <w:proofErr w:type="spellStart"/>
      <w:r w:rsidRPr="00785A59">
        <w:rPr>
          <w:sz w:val="24"/>
          <w:szCs w:val="24"/>
          <w:lang w:val="ru-RU"/>
        </w:rPr>
        <w:t>перераб</w:t>
      </w:r>
      <w:proofErr w:type="spellEnd"/>
      <w:r w:rsidRPr="00785A59">
        <w:rPr>
          <w:sz w:val="24"/>
          <w:szCs w:val="24"/>
          <w:lang w:val="ru-RU"/>
        </w:rPr>
        <w:t>.- М.: Русский язык, 2010.</w:t>
      </w:r>
    </w:p>
    <w:p w:rsidR="00785A59" w:rsidRPr="00785A59" w:rsidRDefault="00785A59" w:rsidP="00785A59">
      <w:pPr>
        <w:jc w:val="both"/>
        <w:rPr>
          <w:sz w:val="24"/>
          <w:szCs w:val="24"/>
          <w:lang w:val="ru-RU"/>
        </w:rPr>
      </w:pPr>
      <w:r w:rsidRPr="00785A59">
        <w:rPr>
          <w:sz w:val="24"/>
          <w:szCs w:val="24"/>
          <w:lang w:val="ru-RU"/>
        </w:rPr>
        <w:t>2. Баранов М.Т. Школьный орфографический словарь русского языка/ М.Т.Баранов.- 10-е изд.- М.: Русский язык, 2012.</w:t>
      </w:r>
    </w:p>
    <w:p w:rsidR="00785A59" w:rsidRPr="00785A59" w:rsidRDefault="00785A59" w:rsidP="00785A59">
      <w:pPr>
        <w:jc w:val="both"/>
        <w:rPr>
          <w:sz w:val="24"/>
          <w:szCs w:val="24"/>
          <w:lang w:val="ru-RU"/>
        </w:rPr>
      </w:pPr>
      <w:r w:rsidRPr="00785A59">
        <w:rPr>
          <w:sz w:val="24"/>
          <w:szCs w:val="24"/>
          <w:lang w:val="ru-RU"/>
        </w:rPr>
        <w:t>3. Баранов М.Т. Школьный словарь образования слов русского  языка/М.Т.Баранов.- 4-е изд.- М.: Русский язык, 2012.</w:t>
      </w:r>
    </w:p>
    <w:p w:rsidR="00785A59" w:rsidRPr="00785A59" w:rsidRDefault="00785A59" w:rsidP="00785A59">
      <w:pPr>
        <w:jc w:val="both"/>
        <w:rPr>
          <w:sz w:val="24"/>
          <w:szCs w:val="24"/>
          <w:lang w:val="ru-RU"/>
        </w:rPr>
      </w:pPr>
      <w:r w:rsidRPr="00785A59">
        <w:rPr>
          <w:sz w:val="24"/>
          <w:szCs w:val="24"/>
          <w:lang w:val="ru-RU"/>
        </w:rPr>
        <w:t>4. Богданова Г.А. Рабочая тетрадь по русскому языку для 6 класса, изд-во «</w:t>
      </w:r>
      <w:proofErr w:type="spellStart"/>
      <w:r w:rsidRPr="00785A59">
        <w:rPr>
          <w:sz w:val="24"/>
          <w:szCs w:val="24"/>
          <w:lang w:val="ru-RU"/>
        </w:rPr>
        <w:t>Генжер</w:t>
      </w:r>
      <w:proofErr w:type="spellEnd"/>
      <w:r w:rsidRPr="00785A59">
        <w:rPr>
          <w:sz w:val="24"/>
          <w:szCs w:val="24"/>
          <w:lang w:val="ru-RU"/>
        </w:rPr>
        <w:t>»</w:t>
      </w:r>
    </w:p>
    <w:p w:rsidR="00785A59" w:rsidRPr="00785A59" w:rsidRDefault="00785A59" w:rsidP="00785A59">
      <w:pPr>
        <w:jc w:val="both"/>
        <w:rPr>
          <w:sz w:val="24"/>
          <w:szCs w:val="24"/>
          <w:lang w:val="ru-RU"/>
        </w:rPr>
      </w:pPr>
      <w:r w:rsidRPr="00785A59">
        <w:rPr>
          <w:sz w:val="24"/>
          <w:szCs w:val="24"/>
          <w:lang w:val="ru-RU"/>
        </w:rPr>
        <w:t xml:space="preserve">5. Жуков В.П. Школьный фразеологический словарь русского языка/5-е  изд., </w:t>
      </w:r>
      <w:proofErr w:type="spellStart"/>
      <w:r w:rsidRPr="00785A59">
        <w:rPr>
          <w:sz w:val="24"/>
          <w:szCs w:val="24"/>
          <w:lang w:val="ru-RU"/>
        </w:rPr>
        <w:t>перераб</w:t>
      </w:r>
      <w:proofErr w:type="spellEnd"/>
      <w:r w:rsidRPr="00785A59">
        <w:rPr>
          <w:sz w:val="24"/>
          <w:szCs w:val="24"/>
          <w:lang w:val="ru-RU"/>
        </w:rPr>
        <w:t>. и доп.- М.: Русский язык, 2005.</w:t>
      </w:r>
    </w:p>
    <w:p w:rsidR="00785A59" w:rsidRPr="00785A59" w:rsidRDefault="00785A59" w:rsidP="00785A59">
      <w:pPr>
        <w:jc w:val="both"/>
        <w:rPr>
          <w:sz w:val="24"/>
          <w:szCs w:val="24"/>
          <w:lang w:val="ru-RU"/>
        </w:rPr>
      </w:pPr>
      <w:r w:rsidRPr="00785A59">
        <w:rPr>
          <w:sz w:val="24"/>
          <w:szCs w:val="24"/>
          <w:lang w:val="ru-RU"/>
        </w:rPr>
        <w:t xml:space="preserve">6. </w:t>
      </w:r>
      <w:proofErr w:type="spellStart"/>
      <w:r w:rsidRPr="00785A59">
        <w:rPr>
          <w:sz w:val="24"/>
          <w:szCs w:val="24"/>
          <w:lang w:val="ru-RU"/>
        </w:rPr>
        <w:t>Лапатухин</w:t>
      </w:r>
      <w:proofErr w:type="spellEnd"/>
      <w:r w:rsidRPr="00785A59">
        <w:rPr>
          <w:sz w:val="24"/>
          <w:szCs w:val="24"/>
          <w:lang w:val="ru-RU"/>
        </w:rPr>
        <w:t xml:space="preserve"> М.С. Школьный толковый словарь русского языка/ Под ред.  Ф.П.Филина.- 2-е изд., </w:t>
      </w:r>
      <w:proofErr w:type="spellStart"/>
      <w:r w:rsidRPr="00785A59">
        <w:rPr>
          <w:sz w:val="24"/>
          <w:szCs w:val="24"/>
          <w:lang w:val="ru-RU"/>
        </w:rPr>
        <w:t>дораб</w:t>
      </w:r>
      <w:proofErr w:type="spellEnd"/>
      <w:r w:rsidRPr="00785A59">
        <w:rPr>
          <w:sz w:val="24"/>
          <w:szCs w:val="24"/>
          <w:lang w:val="ru-RU"/>
        </w:rPr>
        <w:t xml:space="preserve">.- М.: Русский язык, 1998. </w:t>
      </w:r>
    </w:p>
    <w:p w:rsidR="00785A59" w:rsidRPr="00785A59" w:rsidRDefault="00785A59" w:rsidP="00785A59">
      <w:pPr>
        <w:jc w:val="both"/>
        <w:rPr>
          <w:sz w:val="24"/>
          <w:szCs w:val="24"/>
          <w:lang w:val="ru-RU"/>
        </w:rPr>
      </w:pPr>
      <w:r w:rsidRPr="00785A59">
        <w:rPr>
          <w:sz w:val="24"/>
          <w:szCs w:val="24"/>
          <w:lang w:val="ru-RU"/>
        </w:rPr>
        <w:t xml:space="preserve">7. </w:t>
      </w:r>
      <w:proofErr w:type="spellStart"/>
      <w:r w:rsidRPr="00785A59">
        <w:rPr>
          <w:sz w:val="24"/>
          <w:szCs w:val="24"/>
          <w:lang w:val="ru-RU"/>
        </w:rPr>
        <w:t>Лекант</w:t>
      </w:r>
      <w:proofErr w:type="spellEnd"/>
      <w:r w:rsidRPr="00785A59">
        <w:rPr>
          <w:sz w:val="24"/>
          <w:szCs w:val="24"/>
          <w:lang w:val="ru-RU"/>
        </w:rPr>
        <w:t xml:space="preserve"> П.А. Школьный орфоэпический словарь русского языка/</w:t>
      </w:r>
      <w:proofErr w:type="spellStart"/>
      <w:r w:rsidRPr="00785A59">
        <w:rPr>
          <w:sz w:val="24"/>
          <w:szCs w:val="24"/>
          <w:lang w:val="ru-RU"/>
        </w:rPr>
        <w:t>П.А.Лекант</w:t>
      </w:r>
      <w:proofErr w:type="spellEnd"/>
      <w:r w:rsidRPr="00785A59">
        <w:rPr>
          <w:sz w:val="24"/>
          <w:szCs w:val="24"/>
          <w:lang w:val="ru-RU"/>
        </w:rPr>
        <w:t xml:space="preserve">, </w:t>
      </w:r>
      <w:proofErr w:type="spellStart"/>
      <w:r w:rsidRPr="00785A59">
        <w:rPr>
          <w:sz w:val="24"/>
          <w:szCs w:val="24"/>
          <w:lang w:val="ru-RU"/>
        </w:rPr>
        <w:t>В.В.Леденева</w:t>
      </w:r>
      <w:proofErr w:type="spellEnd"/>
      <w:r w:rsidRPr="00785A59">
        <w:rPr>
          <w:sz w:val="24"/>
          <w:szCs w:val="24"/>
          <w:lang w:val="ru-RU"/>
        </w:rPr>
        <w:t>.- 2-е изд.- М.: Русское слово, 2006.</w:t>
      </w:r>
    </w:p>
    <w:p w:rsidR="00785A59" w:rsidRPr="00785A59" w:rsidRDefault="00785A59" w:rsidP="00785A59">
      <w:pPr>
        <w:jc w:val="both"/>
        <w:rPr>
          <w:sz w:val="24"/>
          <w:szCs w:val="24"/>
          <w:lang w:val="ru-RU"/>
        </w:rPr>
      </w:pPr>
      <w:r w:rsidRPr="00785A59">
        <w:rPr>
          <w:sz w:val="24"/>
          <w:szCs w:val="24"/>
          <w:lang w:val="ru-RU"/>
        </w:rPr>
        <w:t>8. Одинцов В.В. Школьный словарь иностранных слов/Под ред.   В.В.Иванова.- 8-е изд.- М.: Русский язык, 2006.</w:t>
      </w:r>
    </w:p>
    <w:p w:rsidR="00785A59" w:rsidRPr="00785A59" w:rsidRDefault="00785A59" w:rsidP="00785A59">
      <w:pPr>
        <w:jc w:val="both"/>
        <w:rPr>
          <w:sz w:val="24"/>
          <w:szCs w:val="24"/>
          <w:lang w:val="ru-RU"/>
        </w:rPr>
      </w:pPr>
      <w:r w:rsidRPr="00785A59">
        <w:rPr>
          <w:sz w:val="24"/>
          <w:szCs w:val="24"/>
          <w:lang w:val="ru-RU"/>
        </w:rPr>
        <w:t>9. Рогожникова Р.П. Школьный словарь устаревших слов русского  языка/М.: Русский язык, 1997.</w:t>
      </w:r>
    </w:p>
    <w:p w:rsidR="00785A59" w:rsidRPr="00785A59" w:rsidRDefault="00785A59" w:rsidP="00785A59">
      <w:pPr>
        <w:jc w:val="both"/>
        <w:rPr>
          <w:sz w:val="24"/>
          <w:szCs w:val="24"/>
          <w:lang w:val="ru-RU"/>
        </w:rPr>
      </w:pPr>
      <w:r w:rsidRPr="00785A59">
        <w:rPr>
          <w:sz w:val="24"/>
          <w:szCs w:val="24"/>
          <w:lang w:val="ru-RU"/>
        </w:rPr>
        <w:t xml:space="preserve">10. Тихонов А.Н. Школьный словообразовательный словарь русского  языка/А.Н.Тихонов.- 2-е изд., </w:t>
      </w:r>
      <w:proofErr w:type="spellStart"/>
      <w:r w:rsidRPr="00785A59">
        <w:rPr>
          <w:sz w:val="24"/>
          <w:szCs w:val="24"/>
          <w:lang w:val="ru-RU"/>
        </w:rPr>
        <w:t>перераб</w:t>
      </w:r>
      <w:proofErr w:type="spellEnd"/>
      <w:r w:rsidRPr="00785A59">
        <w:rPr>
          <w:sz w:val="24"/>
          <w:szCs w:val="24"/>
          <w:lang w:val="ru-RU"/>
        </w:rPr>
        <w:t xml:space="preserve">.- М.: Русский язык, 1991. </w:t>
      </w:r>
    </w:p>
    <w:p w:rsidR="00785A59" w:rsidRPr="00785A59" w:rsidRDefault="00785A59" w:rsidP="00785A59">
      <w:pPr>
        <w:jc w:val="both"/>
        <w:rPr>
          <w:b/>
          <w:sz w:val="24"/>
          <w:szCs w:val="24"/>
          <w:u w:val="single"/>
          <w:lang w:val="ru-RU"/>
        </w:rPr>
      </w:pPr>
    </w:p>
    <w:p w:rsidR="00785A59" w:rsidRPr="00785A59" w:rsidRDefault="00785A59" w:rsidP="00785A59">
      <w:pPr>
        <w:jc w:val="both"/>
        <w:rPr>
          <w:sz w:val="28"/>
          <w:szCs w:val="28"/>
          <w:lang w:val="ru-RU"/>
        </w:rPr>
      </w:pPr>
      <w:r w:rsidRPr="00785A59">
        <w:rPr>
          <w:b/>
          <w:sz w:val="28"/>
          <w:szCs w:val="28"/>
          <w:u w:val="single"/>
          <w:lang w:val="ru-RU"/>
        </w:rPr>
        <w:t>Для учителя:</w:t>
      </w:r>
    </w:p>
    <w:p w:rsidR="00785A59" w:rsidRPr="00785A59" w:rsidRDefault="00785A59" w:rsidP="00785A59">
      <w:pPr>
        <w:jc w:val="both"/>
        <w:rPr>
          <w:sz w:val="24"/>
          <w:szCs w:val="24"/>
          <w:lang w:val="ru-RU"/>
        </w:rPr>
      </w:pPr>
      <w:r w:rsidRPr="00785A59">
        <w:rPr>
          <w:sz w:val="24"/>
          <w:szCs w:val="24"/>
          <w:lang w:val="ru-RU"/>
        </w:rPr>
        <w:t>1. Богданова Г.А. Уроки русского языка в 6 классе: 3-е изд.- М.:   Просвещение, 2010.</w:t>
      </w:r>
    </w:p>
    <w:p w:rsidR="00785A59" w:rsidRPr="00785A59" w:rsidRDefault="00785A59" w:rsidP="00785A59">
      <w:pPr>
        <w:jc w:val="both"/>
        <w:rPr>
          <w:sz w:val="24"/>
          <w:szCs w:val="24"/>
          <w:lang w:val="ru-RU"/>
        </w:rPr>
      </w:pPr>
      <w:r w:rsidRPr="00785A59">
        <w:rPr>
          <w:sz w:val="24"/>
          <w:szCs w:val="24"/>
          <w:lang w:val="ru-RU"/>
        </w:rPr>
        <w:t xml:space="preserve">2. </w:t>
      </w:r>
      <w:proofErr w:type="spellStart"/>
      <w:r w:rsidRPr="00785A59">
        <w:rPr>
          <w:sz w:val="24"/>
          <w:szCs w:val="24"/>
          <w:lang w:val="ru-RU"/>
        </w:rPr>
        <w:t>Граник.Г.Г</w:t>
      </w:r>
      <w:proofErr w:type="spellEnd"/>
      <w:r w:rsidRPr="00785A59">
        <w:rPr>
          <w:sz w:val="24"/>
          <w:szCs w:val="24"/>
          <w:lang w:val="ru-RU"/>
        </w:rPr>
        <w:t xml:space="preserve">. Дидактические карточки-задания по русскому языку. 5-9- </w:t>
      </w:r>
      <w:proofErr w:type="spellStart"/>
      <w:r w:rsidRPr="00785A59">
        <w:rPr>
          <w:sz w:val="24"/>
          <w:szCs w:val="24"/>
          <w:lang w:val="ru-RU"/>
        </w:rPr>
        <w:t>кл</w:t>
      </w:r>
      <w:proofErr w:type="spellEnd"/>
      <w:r w:rsidRPr="00785A59">
        <w:rPr>
          <w:sz w:val="24"/>
          <w:szCs w:val="24"/>
          <w:lang w:val="ru-RU"/>
        </w:rPr>
        <w:t>./</w:t>
      </w:r>
      <w:proofErr w:type="spellStart"/>
      <w:r w:rsidRPr="00785A59">
        <w:rPr>
          <w:sz w:val="24"/>
          <w:szCs w:val="24"/>
          <w:lang w:val="ru-RU"/>
        </w:rPr>
        <w:t>М.:Астрель</w:t>
      </w:r>
      <w:proofErr w:type="spellEnd"/>
      <w:r w:rsidRPr="00785A59">
        <w:rPr>
          <w:sz w:val="24"/>
          <w:szCs w:val="24"/>
          <w:lang w:val="ru-RU"/>
        </w:rPr>
        <w:t>, 2003.</w:t>
      </w:r>
    </w:p>
    <w:p w:rsidR="00785A59" w:rsidRPr="00785A59" w:rsidRDefault="00785A59" w:rsidP="00785A59">
      <w:pPr>
        <w:jc w:val="both"/>
        <w:rPr>
          <w:sz w:val="24"/>
          <w:szCs w:val="24"/>
          <w:lang w:val="ru-RU"/>
        </w:rPr>
      </w:pPr>
      <w:r w:rsidRPr="00785A59">
        <w:rPr>
          <w:sz w:val="24"/>
          <w:szCs w:val="24"/>
          <w:lang w:val="ru-RU"/>
        </w:rPr>
        <w:t xml:space="preserve">3. </w:t>
      </w:r>
      <w:proofErr w:type="spellStart"/>
      <w:r w:rsidRPr="00785A59">
        <w:rPr>
          <w:sz w:val="24"/>
          <w:szCs w:val="24"/>
          <w:lang w:val="ru-RU"/>
        </w:rPr>
        <w:t>Мордес</w:t>
      </w:r>
      <w:proofErr w:type="spellEnd"/>
      <w:r w:rsidRPr="00785A59">
        <w:rPr>
          <w:sz w:val="24"/>
          <w:szCs w:val="24"/>
          <w:lang w:val="ru-RU"/>
        </w:rPr>
        <w:t xml:space="preserve"> Е.М. Искать, пробовать, обучать: нетрадиционные уроки по   </w:t>
      </w:r>
      <w:proofErr w:type="spellStart"/>
      <w:r w:rsidRPr="00785A59">
        <w:rPr>
          <w:sz w:val="24"/>
          <w:szCs w:val="24"/>
          <w:lang w:val="ru-RU"/>
        </w:rPr>
        <w:t>русскомй</w:t>
      </w:r>
      <w:proofErr w:type="spellEnd"/>
      <w:r w:rsidRPr="00785A59">
        <w:rPr>
          <w:sz w:val="24"/>
          <w:szCs w:val="24"/>
          <w:lang w:val="ru-RU"/>
        </w:rPr>
        <w:t xml:space="preserve"> языку и литературе: 5-11 классы/Волгоград: Учитель-АСТ,  2002.</w:t>
      </w:r>
    </w:p>
    <w:p w:rsidR="00785A59" w:rsidRPr="00785A59" w:rsidRDefault="00785A59" w:rsidP="00785A59">
      <w:pPr>
        <w:jc w:val="both"/>
        <w:rPr>
          <w:sz w:val="24"/>
          <w:szCs w:val="24"/>
          <w:lang w:val="ru-RU"/>
        </w:rPr>
      </w:pPr>
      <w:r w:rsidRPr="00785A59">
        <w:rPr>
          <w:sz w:val="24"/>
          <w:szCs w:val="24"/>
          <w:lang w:val="ru-RU"/>
        </w:rPr>
        <w:t>4. Обучение русскому языку в 6 классе: Метод</w:t>
      </w:r>
      <w:proofErr w:type="gramStart"/>
      <w:r w:rsidRPr="00785A59">
        <w:rPr>
          <w:sz w:val="24"/>
          <w:szCs w:val="24"/>
          <w:lang w:val="ru-RU"/>
        </w:rPr>
        <w:t>.</w:t>
      </w:r>
      <w:proofErr w:type="gramEnd"/>
      <w:r w:rsidRPr="00785A59">
        <w:rPr>
          <w:sz w:val="24"/>
          <w:szCs w:val="24"/>
          <w:lang w:val="ru-RU"/>
        </w:rPr>
        <w:t xml:space="preserve"> </w:t>
      </w:r>
      <w:proofErr w:type="gramStart"/>
      <w:r w:rsidRPr="00785A59">
        <w:rPr>
          <w:sz w:val="24"/>
          <w:szCs w:val="24"/>
          <w:lang w:val="ru-RU"/>
        </w:rPr>
        <w:t>р</w:t>
      </w:r>
      <w:proofErr w:type="gramEnd"/>
      <w:r w:rsidRPr="00785A59">
        <w:rPr>
          <w:sz w:val="24"/>
          <w:szCs w:val="24"/>
          <w:lang w:val="ru-RU"/>
        </w:rPr>
        <w:t xml:space="preserve">екомендации к учеб. для 6 </w:t>
      </w:r>
      <w:proofErr w:type="spellStart"/>
      <w:r w:rsidRPr="00785A59">
        <w:rPr>
          <w:sz w:val="24"/>
          <w:szCs w:val="24"/>
          <w:lang w:val="ru-RU"/>
        </w:rPr>
        <w:t>кл</w:t>
      </w:r>
      <w:proofErr w:type="spellEnd"/>
      <w:r w:rsidRPr="00785A59">
        <w:rPr>
          <w:sz w:val="24"/>
          <w:szCs w:val="24"/>
          <w:lang w:val="ru-RU"/>
        </w:rPr>
        <w:t xml:space="preserve">. </w:t>
      </w:r>
      <w:proofErr w:type="spellStart"/>
      <w:r w:rsidRPr="00785A59">
        <w:rPr>
          <w:sz w:val="24"/>
          <w:szCs w:val="24"/>
          <w:lang w:val="ru-RU"/>
        </w:rPr>
        <w:t>общеобразоват</w:t>
      </w:r>
      <w:proofErr w:type="spellEnd"/>
      <w:r w:rsidRPr="00785A59">
        <w:rPr>
          <w:sz w:val="24"/>
          <w:szCs w:val="24"/>
          <w:lang w:val="ru-RU"/>
        </w:rPr>
        <w:t xml:space="preserve">. учреждений/ М.Т.Баранов, </w:t>
      </w:r>
      <w:proofErr w:type="spellStart"/>
      <w:r w:rsidRPr="00785A59">
        <w:rPr>
          <w:sz w:val="24"/>
          <w:szCs w:val="24"/>
          <w:lang w:val="ru-RU"/>
        </w:rPr>
        <w:t>Т.А.Ладыженская</w:t>
      </w:r>
      <w:proofErr w:type="spellEnd"/>
      <w:r w:rsidRPr="00785A59">
        <w:rPr>
          <w:sz w:val="24"/>
          <w:szCs w:val="24"/>
          <w:lang w:val="ru-RU"/>
        </w:rPr>
        <w:t xml:space="preserve">, </w:t>
      </w:r>
      <w:proofErr w:type="spellStart"/>
      <w:r w:rsidRPr="00785A59">
        <w:rPr>
          <w:sz w:val="24"/>
          <w:szCs w:val="24"/>
          <w:lang w:val="ru-RU"/>
        </w:rPr>
        <w:t>Л.А.Тростенцова</w:t>
      </w:r>
      <w:proofErr w:type="spellEnd"/>
      <w:r w:rsidRPr="00785A59">
        <w:rPr>
          <w:sz w:val="24"/>
          <w:szCs w:val="24"/>
          <w:lang w:val="ru-RU"/>
        </w:rPr>
        <w:t>.- 3-е изд.- М.: Просвещение, 2010.</w:t>
      </w:r>
    </w:p>
    <w:p w:rsidR="00785A59" w:rsidRPr="00785A59" w:rsidRDefault="00785A59" w:rsidP="00785A59">
      <w:pPr>
        <w:jc w:val="both"/>
        <w:rPr>
          <w:sz w:val="24"/>
          <w:szCs w:val="24"/>
          <w:lang w:val="ru-RU"/>
        </w:rPr>
      </w:pPr>
      <w:r w:rsidRPr="00785A59">
        <w:rPr>
          <w:sz w:val="24"/>
          <w:szCs w:val="24"/>
          <w:lang w:val="ru-RU"/>
        </w:rPr>
        <w:t xml:space="preserve">5. Программы общеобразовательных учреждений. Русский язык. 5-9 </w:t>
      </w:r>
      <w:proofErr w:type="spellStart"/>
      <w:r w:rsidRPr="00785A59">
        <w:rPr>
          <w:sz w:val="24"/>
          <w:szCs w:val="24"/>
          <w:lang w:val="ru-RU"/>
        </w:rPr>
        <w:t>классы:Учебное</w:t>
      </w:r>
      <w:proofErr w:type="spellEnd"/>
      <w:r w:rsidRPr="00785A59">
        <w:rPr>
          <w:sz w:val="24"/>
          <w:szCs w:val="24"/>
          <w:lang w:val="ru-RU"/>
        </w:rPr>
        <w:t xml:space="preserve"> издание</w:t>
      </w:r>
      <w:proofErr w:type="gramStart"/>
      <w:r w:rsidRPr="00785A59">
        <w:rPr>
          <w:sz w:val="24"/>
          <w:szCs w:val="24"/>
          <w:lang w:val="ru-RU"/>
        </w:rPr>
        <w:t>/П</w:t>
      </w:r>
      <w:proofErr w:type="gramEnd"/>
      <w:r w:rsidRPr="00785A59">
        <w:rPr>
          <w:sz w:val="24"/>
          <w:szCs w:val="24"/>
          <w:lang w:val="ru-RU"/>
        </w:rPr>
        <w:t xml:space="preserve">од ред. Баранова М.Т., </w:t>
      </w:r>
      <w:proofErr w:type="spellStart"/>
      <w:r w:rsidRPr="00785A59">
        <w:rPr>
          <w:sz w:val="24"/>
          <w:szCs w:val="24"/>
          <w:lang w:val="ru-RU"/>
        </w:rPr>
        <w:t>Ладыженской</w:t>
      </w:r>
      <w:proofErr w:type="spellEnd"/>
      <w:r w:rsidRPr="00785A59">
        <w:rPr>
          <w:sz w:val="24"/>
          <w:szCs w:val="24"/>
          <w:lang w:val="ru-RU"/>
        </w:rPr>
        <w:t xml:space="preserve"> Т.А., </w:t>
      </w:r>
      <w:proofErr w:type="spellStart"/>
      <w:r w:rsidRPr="00785A59">
        <w:rPr>
          <w:sz w:val="24"/>
          <w:szCs w:val="24"/>
          <w:lang w:val="ru-RU"/>
        </w:rPr>
        <w:t>Шанского</w:t>
      </w:r>
      <w:proofErr w:type="spellEnd"/>
      <w:r w:rsidRPr="00785A59">
        <w:rPr>
          <w:sz w:val="24"/>
          <w:szCs w:val="24"/>
          <w:lang w:val="ru-RU"/>
        </w:rPr>
        <w:t xml:space="preserve"> Н.М.- 8-е изд.- М.: Просвещение, 2007.</w:t>
      </w:r>
    </w:p>
    <w:p w:rsidR="00785A59" w:rsidRPr="00785A59" w:rsidRDefault="00785A59" w:rsidP="00785A59">
      <w:pPr>
        <w:jc w:val="both"/>
        <w:rPr>
          <w:sz w:val="24"/>
          <w:szCs w:val="24"/>
          <w:lang w:val="ru-RU"/>
        </w:rPr>
      </w:pPr>
      <w:r w:rsidRPr="00785A59">
        <w:rPr>
          <w:sz w:val="24"/>
          <w:szCs w:val="24"/>
          <w:lang w:val="ru-RU"/>
        </w:rPr>
        <w:t>7.  Розенталь Д.Э., Теленкова М.А. Словарь трудностей русского языка  /4-е изд.,- стереотип.- М.: Русский язык, 1985.</w:t>
      </w:r>
    </w:p>
    <w:p w:rsidR="00785A59" w:rsidRDefault="00785A59" w:rsidP="00785A59">
      <w:pPr>
        <w:jc w:val="both"/>
        <w:rPr>
          <w:sz w:val="24"/>
          <w:szCs w:val="24"/>
        </w:rPr>
      </w:pPr>
      <w:r w:rsidRPr="00785A59">
        <w:rPr>
          <w:sz w:val="24"/>
          <w:szCs w:val="24"/>
          <w:lang w:val="ru-RU"/>
        </w:rPr>
        <w:t xml:space="preserve">8. Русский язык. Тесты для промежуточного контроля. 6 </w:t>
      </w:r>
      <w:proofErr w:type="spellStart"/>
      <w:r w:rsidRPr="00785A59">
        <w:rPr>
          <w:sz w:val="24"/>
          <w:szCs w:val="24"/>
          <w:lang w:val="ru-RU"/>
        </w:rPr>
        <w:t>кл</w:t>
      </w:r>
      <w:proofErr w:type="spellEnd"/>
      <w:r w:rsidRPr="00785A59">
        <w:rPr>
          <w:sz w:val="24"/>
          <w:szCs w:val="24"/>
          <w:lang w:val="ru-RU"/>
        </w:rPr>
        <w:t xml:space="preserve">./Под ред.   </w:t>
      </w:r>
      <w:r w:rsidRPr="00EC782F">
        <w:rPr>
          <w:sz w:val="24"/>
          <w:szCs w:val="24"/>
          <w:lang w:val="ru-RU"/>
        </w:rPr>
        <w:t xml:space="preserve">Н.А.Сениной. Ростов-на-Дону: изд. </w:t>
      </w:r>
      <w:r w:rsidRPr="00397D0B">
        <w:rPr>
          <w:sz w:val="24"/>
          <w:szCs w:val="24"/>
        </w:rPr>
        <w:t>«</w:t>
      </w:r>
      <w:proofErr w:type="spellStart"/>
      <w:r w:rsidRPr="00397D0B">
        <w:rPr>
          <w:sz w:val="24"/>
          <w:szCs w:val="24"/>
        </w:rPr>
        <w:t>Легион</w:t>
      </w:r>
      <w:proofErr w:type="spellEnd"/>
      <w:r w:rsidRPr="00397D0B">
        <w:rPr>
          <w:sz w:val="24"/>
          <w:szCs w:val="24"/>
        </w:rPr>
        <w:t>», 2009.</w:t>
      </w:r>
    </w:p>
    <w:p w:rsidR="00785A59" w:rsidRDefault="00785A59" w:rsidP="00785A59">
      <w:pPr>
        <w:jc w:val="both"/>
        <w:rPr>
          <w:sz w:val="24"/>
          <w:szCs w:val="24"/>
        </w:rPr>
      </w:pPr>
    </w:p>
    <w:p w:rsidR="00785A59" w:rsidRPr="00EC737D" w:rsidRDefault="00785A59">
      <w:pPr>
        <w:rPr>
          <w:sz w:val="24"/>
          <w:szCs w:val="24"/>
          <w:lang w:val="ru-RU"/>
        </w:rPr>
      </w:pPr>
    </w:p>
    <w:sectPr w:rsidR="00785A59" w:rsidRPr="00EC737D" w:rsidSect="00034616">
      <w:pgSz w:w="12240" w:h="15840"/>
      <w:pgMar w:top="737" w:right="907" w:bottom="737" w:left="90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hames">
    <w:altName w:val="Courier New"/>
    <w:charset w:val="00"/>
    <w:family w:val="decorative"/>
    <w:pitch w:val="variable"/>
    <w:sig w:usb0="00000001"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10">
    <w:nsid w:val="00000004"/>
    <w:multiLevelType w:val="singleLevel"/>
    <w:tmpl w:val="80083F22"/>
    <w:lvl w:ilvl="0">
      <w:start w:val="1"/>
      <w:numFmt w:val="decimal"/>
      <w:lvlText w:val="%1."/>
      <w:lvlJc w:val="left"/>
      <w:pPr>
        <w:tabs>
          <w:tab w:val="num" w:pos="0"/>
        </w:tabs>
        <w:ind w:left="0" w:firstLine="0"/>
      </w:pPr>
      <w:rPr>
        <w:rFonts w:ascii="Times New Roman" w:hAnsi="Times New Roman" w:cs="Times New Roman" w:hint="default"/>
      </w:rPr>
    </w:lvl>
  </w:abstractNum>
  <w:abstractNum w:abstractNumId="11">
    <w:nsid w:val="00000009"/>
    <w:multiLevelType w:val="singleLevel"/>
    <w:tmpl w:val="00000009"/>
    <w:name w:val="WW8Num16"/>
    <w:lvl w:ilvl="0">
      <w:start w:val="1"/>
      <w:numFmt w:val="bullet"/>
      <w:lvlText w:val=""/>
      <w:lvlJc w:val="left"/>
      <w:pPr>
        <w:tabs>
          <w:tab w:val="num" w:pos="0"/>
        </w:tabs>
        <w:ind w:left="720" w:hanging="360"/>
      </w:pPr>
      <w:rPr>
        <w:rFonts w:ascii="Symbol" w:hAnsi="Symbol"/>
      </w:rPr>
    </w:lvl>
  </w:abstractNum>
  <w:abstractNum w:abstractNumId="12">
    <w:nsid w:val="01357D65"/>
    <w:multiLevelType w:val="hybridMultilevel"/>
    <w:tmpl w:val="B5BC6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0D5F30AF"/>
    <w:multiLevelType w:val="hybridMultilevel"/>
    <w:tmpl w:val="DA54890A"/>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4">
    <w:nsid w:val="141E7F95"/>
    <w:multiLevelType w:val="hybridMultilevel"/>
    <w:tmpl w:val="7E98ED02"/>
    <w:lvl w:ilvl="0" w:tplc="04190001">
      <w:start w:val="1"/>
      <w:numFmt w:val="bullet"/>
      <w:lvlText w:val=""/>
      <w:lvlJc w:val="left"/>
      <w:pPr>
        <w:ind w:left="1446" w:hanging="360"/>
      </w:pPr>
      <w:rPr>
        <w:rFonts w:ascii="Symbol" w:hAnsi="Symbol" w:hint="default"/>
      </w:rPr>
    </w:lvl>
    <w:lvl w:ilvl="1" w:tplc="04190003" w:tentative="1">
      <w:start w:val="1"/>
      <w:numFmt w:val="bullet"/>
      <w:lvlText w:val="o"/>
      <w:lvlJc w:val="left"/>
      <w:pPr>
        <w:ind w:left="2166" w:hanging="360"/>
      </w:pPr>
      <w:rPr>
        <w:rFonts w:ascii="Courier New" w:hAnsi="Courier New" w:cs="Courier New" w:hint="default"/>
      </w:rPr>
    </w:lvl>
    <w:lvl w:ilvl="2" w:tplc="04190005" w:tentative="1">
      <w:start w:val="1"/>
      <w:numFmt w:val="bullet"/>
      <w:lvlText w:val=""/>
      <w:lvlJc w:val="left"/>
      <w:pPr>
        <w:ind w:left="2886" w:hanging="360"/>
      </w:pPr>
      <w:rPr>
        <w:rFonts w:ascii="Wingdings" w:hAnsi="Wingdings" w:hint="default"/>
      </w:rPr>
    </w:lvl>
    <w:lvl w:ilvl="3" w:tplc="04190001" w:tentative="1">
      <w:start w:val="1"/>
      <w:numFmt w:val="bullet"/>
      <w:lvlText w:val=""/>
      <w:lvlJc w:val="left"/>
      <w:pPr>
        <w:ind w:left="3606" w:hanging="360"/>
      </w:pPr>
      <w:rPr>
        <w:rFonts w:ascii="Symbol" w:hAnsi="Symbol" w:hint="default"/>
      </w:rPr>
    </w:lvl>
    <w:lvl w:ilvl="4" w:tplc="04190003" w:tentative="1">
      <w:start w:val="1"/>
      <w:numFmt w:val="bullet"/>
      <w:lvlText w:val="o"/>
      <w:lvlJc w:val="left"/>
      <w:pPr>
        <w:ind w:left="4326" w:hanging="360"/>
      </w:pPr>
      <w:rPr>
        <w:rFonts w:ascii="Courier New" w:hAnsi="Courier New" w:cs="Courier New" w:hint="default"/>
      </w:rPr>
    </w:lvl>
    <w:lvl w:ilvl="5" w:tplc="04190005" w:tentative="1">
      <w:start w:val="1"/>
      <w:numFmt w:val="bullet"/>
      <w:lvlText w:val=""/>
      <w:lvlJc w:val="left"/>
      <w:pPr>
        <w:ind w:left="5046" w:hanging="360"/>
      </w:pPr>
      <w:rPr>
        <w:rFonts w:ascii="Wingdings" w:hAnsi="Wingdings" w:hint="default"/>
      </w:rPr>
    </w:lvl>
    <w:lvl w:ilvl="6" w:tplc="04190001" w:tentative="1">
      <w:start w:val="1"/>
      <w:numFmt w:val="bullet"/>
      <w:lvlText w:val=""/>
      <w:lvlJc w:val="left"/>
      <w:pPr>
        <w:ind w:left="5766" w:hanging="360"/>
      </w:pPr>
      <w:rPr>
        <w:rFonts w:ascii="Symbol" w:hAnsi="Symbol" w:hint="default"/>
      </w:rPr>
    </w:lvl>
    <w:lvl w:ilvl="7" w:tplc="04190003" w:tentative="1">
      <w:start w:val="1"/>
      <w:numFmt w:val="bullet"/>
      <w:lvlText w:val="o"/>
      <w:lvlJc w:val="left"/>
      <w:pPr>
        <w:ind w:left="6486" w:hanging="360"/>
      </w:pPr>
      <w:rPr>
        <w:rFonts w:ascii="Courier New" w:hAnsi="Courier New" w:cs="Courier New" w:hint="default"/>
      </w:rPr>
    </w:lvl>
    <w:lvl w:ilvl="8" w:tplc="04190005" w:tentative="1">
      <w:start w:val="1"/>
      <w:numFmt w:val="bullet"/>
      <w:lvlText w:val=""/>
      <w:lvlJc w:val="left"/>
      <w:pPr>
        <w:ind w:left="7206" w:hanging="360"/>
      </w:pPr>
      <w:rPr>
        <w:rFonts w:ascii="Wingdings" w:hAnsi="Wingdings" w:hint="default"/>
      </w:rPr>
    </w:lvl>
  </w:abstractNum>
  <w:abstractNum w:abstractNumId="15">
    <w:nsid w:val="34DE6277"/>
    <w:multiLevelType w:val="multilevel"/>
    <w:tmpl w:val="88DE4F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2B42786"/>
    <w:multiLevelType w:val="hybridMultilevel"/>
    <w:tmpl w:val="8A58D44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BB6969"/>
    <w:multiLevelType w:val="hybridMultilevel"/>
    <w:tmpl w:val="48762F1E"/>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8">
    <w:nsid w:val="5CF61279"/>
    <w:multiLevelType w:val="hybridMultilevel"/>
    <w:tmpl w:val="49B8762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D5E27AC"/>
    <w:multiLevelType w:val="hybridMultilevel"/>
    <w:tmpl w:val="7F647E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684F64C3"/>
    <w:multiLevelType w:val="hybridMultilevel"/>
    <w:tmpl w:val="7B8AC1C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3"/>
  </w:num>
  <w:num w:numId="12">
    <w:abstractNumId w:val="11"/>
  </w:num>
  <w:num w:numId="13">
    <w:abstractNumId w:val="9"/>
  </w:num>
  <w:num w:numId="14">
    <w:abstractNumId w:val="20"/>
  </w:num>
  <w:num w:numId="15">
    <w:abstractNumId w:val="12"/>
  </w:num>
  <w:num w:numId="16">
    <w:abstractNumId w:val="19"/>
  </w:num>
  <w:num w:numId="17">
    <w:abstractNumId w:val="16"/>
  </w:num>
  <w:num w:numId="18">
    <w:abstractNumId w:val="18"/>
  </w:num>
  <w:num w:numId="19">
    <w:abstractNumId w:val="14"/>
  </w:num>
  <w:num w:numId="20">
    <w:abstractNumId w:val="17"/>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useFELayout/>
  </w:compat>
  <w:rsids>
    <w:rsidRoot w:val="00B47730"/>
    <w:rsid w:val="00034616"/>
    <w:rsid w:val="0006063C"/>
    <w:rsid w:val="000D3051"/>
    <w:rsid w:val="0015074B"/>
    <w:rsid w:val="00294357"/>
    <w:rsid w:val="0029639D"/>
    <w:rsid w:val="002E663B"/>
    <w:rsid w:val="00307A0A"/>
    <w:rsid w:val="00326F90"/>
    <w:rsid w:val="003400CF"/>
    <w:rsid w:val="004F36F8"/>
    <w:rsid w:val="005534FF"/>
    <w:rsid w:val="00704CD3"/>
    <w:rsid w:val="00722A42"/>
    <w:rsid w:val="007570EA"/>
    <w:rsid w:val="00757CCC"/>
    <w:rsid w:val="0078398D"/>
    <w:rsid w:val="00785A59"/>
    <w:rsid w:val="00865331"/>
    <w:rsid w:val="009A5E9B"/>
    <w:rsid w:val="00AA1D8D"/>
    <w:rsid w:val="00AE5289"/>
    <w:rsid w:val="00B47730"/>
    <w:rsid w:val="00B67FEC"/>
    <w:rsid w:val="00C929CD"/>
    <w:rsid w:val="00CB0664"/>
    <w:rsid w:val="00DB16C4"/>
    <w:rsid w:val="00E322F2"/>
    <w:rsid w:val="00E855D5"/>
    <w:rsid w:val="00EC737D"/>
    <w:rsid w:val="00EC782F"/>
    <w:rsid w:val="00F83167"/>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Document Map" w:uiPriority="0"/>
    <w:lsdException w:name="No Lis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pPr>
    <w:rPr>
      <w:rFonts w:ascii="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nhideWhenUsed/>
    <w:rsid w:val="00E618BF"/>
    <w:pPr>
      <w:tabs>
        <w:tab w:val="center" w:pos="4680"/>
        <w:tab w:val="right" w:pos="9360"/>
      </w:tabs>
      <w:spacing w:line="240" w:lineRule="auto"/>
    </w:pPr>
  </w:style>
  <w:style w:type="character" w:customStyle="1" w:styleId="a6">
    <w:name w:val="Верхний колонтитул Знак"/>
    <w:basedOn w:val="a2"/>
    <w:link w:val="a5"/>
    <w:rsid w:val="00E618BF"/>
  </w:style>
  <w:style w:type="paragraph" w:styleId="a7">
    <w:name w:val="footer"/>
    <w:basedOn w:val="a1"/>
    <w:link w:val="a8"/>
    <w:uiPriority w:val="99"/>
    <w:unhideWhenUsed/>
    <w:rsid w:val="00E618BF"/>
    <w:pPr>
      <w:tabs>
        <w:tab w:val="center" w:pos="4680"/>
        <w:tab w:val="right" w:pos="9360"/>
      </w:tabs>
      <w:spacing w:line="240" w:lineRule="auto"/>
    </w:pPr>
  </w:style>
  <w:style w:type="character" w:customStyle="1" w:styleId="a8">
    <w:name w:val="Нижний колонтитул Знак"/>
    <w:basedOn w:val="a2"/>
    <w:link w:val="a7"/>
    <w:uiPriority w:val="99"/>
    <w:rsid w:val="00E618BF"/>
  </w:style>
  <w:style w:type="paragraph" w:styleId="a9">
    <w:name w:val="No Spacing"/>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qFormat/>
    <w:rsid w:val="00FC693F"/>
    <w:rPr>
      <w:b/>
      <w:bCs/>
    </w:rPr>
  </w:style>
  <w:style w:type="character" w:styleId="af7">
    <w:name w:val="Emphasis"/>
    <w:basedOn w:val="a2"/>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14">
    <w:name w:val="Абзац списка1"/>
    <w:basedOn w:val="a1"/>
    <w:rsid w:val="00785A59"/>
    <w:pPr>
      <w:spacing w:line="240" w:lineRule="auto"/>
      <w:ind w:left="720"/>
    </w:pPr>
    <w:rPr>
      <w:rFonts w:eastAsia="Calibri" w:cs="Times New Roman"/>
      <w:sz w:val="24"/>
      <w:szCs w:val="24"/>
      <w:lang w:val="ru-RU" w:eastAsia="ru-RU"/>
    </w:rPr>
  </w:style>
  <w:style w:type="character" w:customStyle="1" w:styleId="FontStyle20">
    <w:name w:val="Font Style20"/>
    <w:rsid w:val="00EC782F"/>
    <w:rPr>
      <w:rFonts w:ascii="Cambria" w:hAnsi="Cambria" w:cs="Cambria"/>
      <w:sz w:val="20"/>
      <w:szCs w:val="20"/>
    </w:rPr>
  </w:style>
  <w:style w:type="paragraph" w:customStyle="1" w:styleId="Style1">
    <w:name w:val="Style1"/>
    <w:basedOn w:val="a1"/>
    <w:rsid w:val="00EC782F"/>
    <w:pPr>
      <w:widowControl w:val="0"/>
      <w:autoSpaceDE w:val="0"/>
      <w:autoSpaceDN w:val="0"/>
      <w:adjustRightInd w:val="0"/>
      <w:spacing w:line="250" w:lineRule="exact"/>
      <w:jc w:val="both"/>
    </w:pPr>
    <w:rPr>
      <w:rFonts w:ascii="Cambria" w:eastAsia="Times New Roman" w:hAnsi="Cambria" w:cs="Times New Roman"/>
      <w:sz w:val="24"/>
      <w:szCs w:val="24"/>
      <w:lang w:val="ru-RU" w:eastAsia="ru-RU"/>
    </w:rPr>
  </w:style>
  <w:style w:type="paragraph" w:customStyle="1" w:styleId="Style4">
    <w:name w:val="Style4"/>
    <w:basedOn w:val="a1"/>
    <w:rsid w:val="00EC782F"/>
    <w:pPr>
      <w:widowControl w:val="0"/>
      <w:autoSpaceDE w:val="0"/>
      <w:autoSpaceDN w:val="0"/>
      <w:adjustRightInd w:val="0"/>
      <w:spacing w:line="257" w:lineRule="exact"/>
      <w:ind w:firstLine="283"/>
      <w:jc w:val="both"/>
    </w:pPr>
    <w:rPr>
      <w:rFonts w:ascii="Cambria" w:eastAsia="Times New Roman" w:hAnsi="Cambria" w:cs="Times New Roman"/>
      <w:sz w:val="24"/>
      <w:szCs w:val="24"/>
      <w:lang w:val="ru-RU" w:eastAsia="ru-RU"/>
    </w:rPr>
  </w:style>
  <w:style w:type="character" w:styleId="aff8">
    <w:name w:val="page number"/>
    <w:basedOn w:val="a2"/>
    <w:rsid w:val="00EC782F"/>
  </w:style>
  <w:style w:type="paragraph" w:customStyle="1" w:styleId="Style6">
    <w:name w:val="Style6"/>
    <w:basedOn w:val="a1"/>
    <w:rsid w:val="00EC782F"/>
    <w:pPr>
      <w:widowControl w:val="0"/>
      <w:autoSpaceDE w:val="0"/>
      <w:autoSpaceDN w:val="0"/>
      <w:adjustRightInd w:val="0"/>
      <w:spacing w:line="240" w:lineRule="auto"/>
    </w:pPr>
    <w:rPr>
      <w:rFonts w:ascii="Cambria" w:eastAsia="Times New Roman" w:hAnsi="Cambria" w:cs="Times New Roman"/>
      <w:sz w:val="24"/>
      <w:szCs w:val="24"/>
      <w:lang w:val="ru-RU" w:eastAsia="ru-RU"/>
    </w:rPr>
  </w:style>
  <w:style w:type="paragraph" w:customStyle="1" w:styleId="Style8">
    <w:name w:val="Style8"/>
    <w:basedOn w:val="a1"/>
    <w:rsid w:val="00EC782F"/>
    <w:pPr>
      <w:widowControl w:val="0"/>
      <w:autoSpaceDE w:val="0"/>
      <w:autoSpaceDN w:val="0"/>
      <w:adjustRightInd w:val="0"/>
      <w:spacing w:line="370" w:lineRule="exact"/>
    </w:pPr>
    <w:rPr>
      <w:rFonts w:ascii="Cambria" w:eastAsia="Times New Roman" w:hAnsi="Cambria" w:cs="Times New Roman"/>
      <w:sz w:val="24"/>
      <w:szCs w:val="24"/>
      <w:lang w:val="ru-RU" w:eastAsia="ru-RU"/>
    </w:rPr>
  </w:style>
  <w:style w:type="paragraph" w:customStyle="1" w:styleId="Style10">
    <w:name w:val="Style10"/>
    <w:basedOn w:val="a1"/>
    <w:rsid w:val="00EC782F"/>
    <w:pPr>
      <w:widowControl w:val="0"/>
      <w:autoSpaceDE w:val="0"/>
      <w:autoSpaceDN w:val="0"/>
      <w:adjustRightInd w:val="0"/>
      <w:spacing w:line="307" w:lineRule="exact"/>
      <w:ind w:hanging="288"/>
    </w:pPr>
    <w:rPr>
      <w:rFonts w:ascii="Cambria" w:eastAsia="Times New Roman" w:hAnsi="Cambria" w:cs="Times New Roman"/>
      <w:sz w:val="24"/>
      <w:szCs w:val="24"/>
      <w:lang w:val="ru-RU" w:eastAsia="ru-RU"/>
    </w:rPr>
  </w:style>
  <w:style w:type="paragraph" w:customStyle="1" w:styleId="Style14">
    <w:name w:val="Style14"/>
    <w:basedOn w:val="a1"/>
    <w:rsid w:val="00EC782F"/>
    <w:pPr>
      <w:widowControl w:val="0"/>
      <w:autoSpaceDE w:val="0"/>
      <w:autoSpaceDN w:val="0"/>
      <w:adjustRightInd w:val="0"/>
      <w:spacing w:line="251" w:lineRule="exact"/>
      <w:ind w:firstLine="288"/>
      <w:jc w:val="both"/>
    </w:pPr>
    <w:rPr>
      <w:rFonts w:ascii="Cambria" w:eastAsia="Times New Roman" w:hAnsi="Cambria" w:cs="Times New Roman"/>
      <w:sz w:val="24"/>
      <w:szCs w:val="24"/>
      <w:lang w:val="ru-RU" w:eastAsia="ru-RU"/>
    </w:rPr>
  </w:style>
  <w:style w:type="paragraph" w:customStyle="1" w:styleId="Style15">
    <w:name w:val="Style15"/>
    <w:basedOn w:val="a1"/>
    <w:rsid w:val="00EC782F"/>
    <w:pPr>
      <w:widowControl w:val="0"/>
      <w:autoSpaceDE w:val="0"/>
      <w:autoSpaceDN w:val="0"/>
      <w:adjustRightInd w:val="0"/>
      <w:spacing w:line="240" w:lineRule="auto"/>
    </w:pPr>
    <w:rPr>
      <w:rFonts w:ascii="Cambria" w:eastAsia="Times New Roman" w:hAnsi="Cambria" w:cs="Times New Roman"/>
      <w:sz w:val="24"/>
      <w:szCs w:val="24"/>
      <w:lang w:val="ru-RU" w:eastAsia="ru-RU"/>
    </w:rPr>
  </w:style>
  <w:style w:type="paragraph" w:customStyle="1" w:styleId="Style16">
    <w:name w:val="Style16"/>
    <w:basedOn w:val="a1"/>
    <w:rsid w:val="00EC782F"/>
    <w:pPr>
      <w:widowControl w:val="0"/>
      <w:autoSpaceDE w:val="0"/>
      <w:autoSpaceDN w:val="0"/>
      <w:adjustRightInd w:val="0"/>
      <w:spacing w:line="229" w:lineRule="exact"/>
      <w:ind w:firstLine="288"/>
      <w:jc w:val="both"/>
    </w:pPr>
    <w:rPr>
      <w:rFonts w:ascii="Cambria" w:eastAsia="Times New Roman" w:hAnsi="Cambria" w:cs="Times New Roman"/>
      <w:sz w:val="24"/>
      <w:szCs w:val="24"/>
      <w:lang w:val="ru-RU" w:eastAsia="ru-RU"/>
    </w:rPr>
  </w:style>
  <w:style w:type="character" w:customStyle="1" w:styleId="FontStyle18">
    <w:name w:val="Font Style18"/>
    <w:rsid w:val="00EC782F"/>
    <w:rPr>
      <w:rFonts w:ascii="Microsoft Sans Serif" w:hAnsi="Microsoft Sans Serif" w:cs="Microsoft Sans Serif"/>
      <w:sz w:val="32"/>
      <w:szCs w:val="32"/>
    </w:rPr>
  </w:style>
  <w:style w:type="character" w:customStyle="1" w:styleId="FontStyle21">
    <w:name w:val="Font Style21"/>
    <w:rsid w:val="00EC782F"/>
    <w:rPr>
      <w:rFonts w:ascii="Microsoft Sans Serif" w:hAnsi="Microsoft Sans Serif" w:cs="Microsoft Sans Serif"/>
      <w:b/>
      <w:bCs/>
      <w:sz w:val="28"/>
      <w:szCs w:val="28"/>
    </w:rPr>
  </w:style>
  <w:style w:type="character" w:customStyle="1" w:styleId="FontStyle22">
    <w:name w:val="Font Style22"/>
    <w:rsid w:val="00EC782F"/>
    <w:rPr>
      <w:rFonts w:ascii="Microsoft Sans Serif" w:hAnsi="Microsoft Sans Serif" w:cs="Microsoft Sans Serif"/>
      <w:spacing w:val="10"/>
      <w:sz w:val="18"/>
      <w:szCs w:val="18"/>
    </w:rPr>
  </w:style>
  <w:style w:type="character" w:customStyle="1" w:styleId="FontStyle26">
    <w:name w:val="Font Style26"/>
    <w:rsid w:val="00EC782F"/>
    <w:rPr>
      <w:rFonts w:ascii="Cambria" w:hAnsi="Cambria" w:cs="Cambria"/>
      <w:i/>
      <w:iCs/>
      <w:sz w:val="20"/>
      <w:szCs w:val="20"/>
    </w:rPr>
  </w:style>
  <w:style w:type="character" w:customStyle="1" w:styleId="FontStyle29">
    <w:name w:val="Font Style29"/>
    <w:rsid w:val="00EC782F"/>
    <w:rPr>
      <w:rFonts w:ascii="Georgia" w:hAnsi="Georgia" w:cs="Georgia"/>
      <w:b/>
      <w:bCs/>
      <w:sz w:val="40"/>
      <w:szCs w:val="40"/>
    </w:rPr>
  </w:style>
  <w:style w:type="character" w:customStyle="1" w:styleId="FontStyle30">
    <w:name w:val="Font Style30"/>
    <w:rsid w:val="00EC782F"/>
    <w:rPr>
      <w:rFonts w:ascii="Microsoft Sans Serif" w:hAnsi="Microsoft Sans Serif" w:cs="Microsoft Sans Serif"/>
      <w:sz w:val="26"/>
      <w:szCs w:val="26"/>
    </w:rPr>
  </w:style>
  <w:style w:type="character" w:customStyle="1" w:styleId="FontStyle31">
    <w:name w:val="Font Style31"/>
    <w:rsid w:val="00EC782F"/>
    <w:rPr>
      <w:rFonts w:ascii="Cambria" w:hAnsi="Cambria" w:cs="Cambria"/>
      <w:sz w:val="18"/>
      <w:szCs w:val="18"/>
    </w:rPr>
  </w:style>
  <w:style w:type="paragraph" w:styleId="aff9">
    <w:name w:val="footnote text"/>
    <w:basedOn w:val="a1"/>
    <w:link w:val="affa"/>
    <w:semiHidden/>
    <w:rsid w:val="00EC782F"/>
    <w:pPr>
      <w:spacing w:line="240" w:lineRule="auto"/>
    </w:pPr>
    <w:rPr>
      <w:rFonts w:ascii="Thames" w:eastAsia="Times New Roman" w:hAnsi="Thames" w:cs="Times New Roman"/>
      <w:sz w:val="20"/>
      <w:szCs w:val="20"/>
      <w:lang w:val="ru-RU" w:eastAsia="ru-RU"/>
    </w:rPr>
  </w:style>
  <w:style w:type="character" w:customStyle="1" w:styleId="affa">
    <w:name w:val="Текст сноски Знак"/>
    <w:basedOn w:val="a2"/>
    <w:link w:val="aff9"/>
    <w:semiHidden/>
    <w:rsid w:val="00EC782F"/>
    <w:rPr>
      <w:rFonts w:ascii="Thames" w:eastAsia="Times New Roman" w:hAnsi="Thames" w:cs="Times New Roman"/>
      <w:sz w:val="20"/>
      <w:szCs w:val="20"/>
      <w:lang w:val="ru-RU" w:eastAsia="ru-RU"/>
    </w:rPr>
  </w:style>
  <w:style w:type="character" w:styleId="affb">
    <w:name w:val="footnote reference"/>
    <w:semiHidden/>
    <w:rsid w:val="00EC782F"/>
    <w:rPr>
      <w:rFonts w:ascii="Times New Roman" w:hAnsi="Times New Roman"/>
      <w:sz w:val="20"/>
      <w:vertAlign w:val="superscript"/>
    </w:rPr>
  </w:style>
  <w:style w:type="paragraph" w:customStyle="1" w:styleId="Style2">
    <w:name w:val="Style2"/>
    <w:basedOn w:val="a1"/>
    <w:rsid w:val="00EC782F"/>
    <w:pPr>
      <w:widowControl w:val="0"/>
      <w:autoSpaceDE w:val="0"/>
      <w:autoSpaceDN w:val="0"/>
      <w:adjustRightInd w:val="0"/>
      <w:spacing w:line="254" w:lineRule="exact"/>
    </w:pPr>
    <w:rPr>
      <w:rFonts w:ascii="Cambria" w:eastAsia="Times New Roman" w:hAnsi="Cambria" w:cs="Times New Roman"/>
      <w:sz w:val="24"/>
      <w:szCs w:val="24"/>
      <w:lang w:val="ru-RU" w:eastAsia="ru-RU"/>
    </w:rPr>
  </w:style>
  <w:style w:type="character" w:customStyle="1" w:styleId="FontStyle19">
    <w:name w:val="Font Style19"/>
    <w:rsid w:val="00EC782F"/>
    <w:rPr>
      <w:rFonts w:ascii="Book Antiqua" w:hAnsi="Book Antiqua" w:cs="Book Antiqua"/>
      <w:i/>
      <w:iCs/>
      <w:spacing w:val="20"/>
      <w:sz w:val="18"/>
      <w:szCs w:val="18"/>
    </w:rPr>
  </w:style>
  <w:style w:type="character" w:customStyle="1" w:styleId="FontStyle24">
    <w:name w:val="Font Style24"/>
    <w:rsid w:val="00EC782F"/>
    <w:rPr>
      <w:rFonts w:ascii="Cambria" w:hAnsi="Cambria" w:cs="Cambria"/>
      <w:b/>
      <w:bCs/>
      <w:i/>
      <w:iCs/>
      <w:spacing w:val="20"/>
      <w:sz w:val="16"/>
      <w:szCs w:val="16"/>
    </w:rPr>
  </w:style>
  <w:style w:type="paragraph" w:customStyle="1" w:styleId="Style9">
    <w:name w:val="Style9"/>
    <w:basedOn w:val="a1"/>
    <w:rsid w:val="00EC782F"/>
    <w:pPr>
      <w:widowControl w:val="0"/>
      <w:autoSpaceDE w:val="0"/>
      <w:autoSpaceDN w:val="0"/>
      <w:adjustRightInd w:val="0"/>
      <w:spacing w:line="240" w:lineRule="auto"/>
    </w:pPr>
    <w:rPr>
      <w:rFonts w:ascii="Cambria" w:eastAsia="Times New Roman" w:hAnsi="Cambria" w:cs="Times New Roman"/>
      <w:sz w:val="24"/>
      <w:szCs w:val="24"/>
      <w:lang w:val="ru-RU" w:eastAsia="ru-RU"/>
    </w:rPr>
  </w:style>
  <w:style w:type="character" w:customStyle="1" w:styleId="FontStyle23">
    <w:name w:val="Font Style23"/>
    <w:rsid w:val="00EC782F"/>
    <w:rPr>
      <w:rFonts w:ascii="Microsoft Sans Serif" w:hAnsi="Microsoft Sans Serif" w:cs="Microsoft Sans Serif"/>
      <w:b/>
      <w:bCs/>
      <w:sz w:val="20"/>
      <w:szCs w:val="20"/>
    </w:rPr>
  </w:style>
  <w:style w:type="paragraph" w:customStyle="1" w:styleId="Style21">
    <w:name w:val="Style21"/>
    <w:basedOn w:val="a1"/>
    <w:rsid w:val="00EC782F"/>
    <w:pPr>
      <w:widowControl w:val="0"/>
      <w:autoSpaceDE w:val="0"/>
      <w:autoSpaceDN w:val="0"/>
      <w:adjustRightInd w:val="0"/>
      <w:spacing w:line="230" w:lineRule="exact"/>
      <w:ind w:firstLine="538"/>
      <w:jc w:val="both"/>
    </w:pPr>
    <w:rPr>
      <w:rFonts w:ascii="Book Antiqua" w:eastAsia="Times New Roman" w:hAnsi="Book Antiqua" w:cs="Times New Roman"/>
      <w:sz w:val="24"/>
      <w:szCs w:val="24"/>
      <w:lang w:val="ru-RU" w:eastAsia="ru-RU"/>
    </w:rPr>
  </w:style>
  <w:style w:type="paragraph" w:customStyle="1" w:styleId="Style22">
    <w:name w:val="Style22"/>
    <w:basedOn w:val="a1"/>
    <w:rsid w:val="00EC782F"/>
    <w:pPr>
      <w:widowControl w:val="0"/>
      <w:autoSpaceDE w:val="0"/>
      <w:autoSpaceDN w:val="0"/>
      <w:adjustRightInd w:val="0"/>
      <w:spacing w:line="235" w:lineRule="exact"/>
    </w:pPr>
    <w:rPr>
      <w:rFonts w:ascii="Book Antiqua" w:eastAsia="Times New Roman" w:hAnsi="Book Antiqua" w:cs="Times New Roman"/>
      <w:sz w:val="24"/>
      <w:szCs w:val="24"/>
      <w:lang w:val="ru-RU" w:eastAsia="ru-RU"/>
    </w:rPr>
  </w:style>
  <w:style w:type="paragraph" w:customStyle="1" w:styleId="Style23">
    <w:name w:val="Style23"/>
    <w:basedOn w:val="a1"/>
    <w:rsid w:val="00EC782F"/>
    <w:pPr>
      <w:widowControl w:val="0"/>
      <w:autoSpaceDE w:val="0"/>
      <w:autoSpaceDN w:val="0"/>
      <w:adjustRightInd w:val="0"/>
      <w:spacing w:line="240" w:lineRule="auto"/>
    </w:pPr>
    <w:rPr>
      <w:rFonts w:ascii="Book Antiqua" w:eastAsia="Times New Roman" w:hAnsi="Book Antiqua" w:cs="Times New Roman"/>
      <w:sz w:val="24"/>
      <w:szCs w:val="24"/>
      <w:lang w:val="ru-RU" w:eastAsia="ru-RU"/>
    </w:rPr>
  </w:style>
  <w:style w:type="paragraph" w:customStyle="1" w:styleId="Style27">
    <w:name w:val="Style27"/>
    <w:basedOn w:val="a1"/>
    <w:rsid w:val="00EC782F"/>
    <w:pPr>
      <w:widowControl w:val="0"/>
      <w:autoSpaceDE w:val="0"/>
      <w:autoSpaceDN w:val="0"/>
      <w:adjustRightInd w:val="0"/>
      <w:spacing w:line="228" w:lineRule="exact"/>
    </w:pPr>
    <w:rPr>
      <w:rFonts w:ascii="Book Antiqua" w:eastAsia="Times New Roman" w:hAnsi="Book Antiqua" w:cs="Times New Roman"/>
      <w:sz w:val="24"/>
      <w:szCs w:val="24"/>
      <w:lang w:val="ru-RU" w:eastAsia="ru-RU"/>
    </w:rPr>
  </w:style>
  <w:style w:type="paragraph" w:customStyle="1" w:styleId="Style28">
    <w:name w:val="Style28"/>
    <w:basedOn w:val="a1"/>
    <w:rsid w:val="00EC782F"/>
    <w:pPr>
      <w:widowControl w:val="0"/>
      <w:autoSpaceDE w:val="0"/>
      <w:autoSpaceDN w:val="0"/>
      <w:adjustRightInd w:val="0"/>
      <w:spacing w:line="226" w:lineRule="exact"/>
      <w:ind w:firstLine="586"/>
      <w:jc w:val="both"/>
    </w:pPr>
    <w:rPr>
      <w:rFonts w:ascii="Book Antiqua" w:eastAsia="Times New Roman" w:hAnsi="Book Antiqua" w:cs="Times New Roman"/>
      <w:sz w:val="24"/>
      <w:szCs w:val="24"/>
      <w:lang w:val="ru-RU" w:eastAsia="ru-RU"/>
    </w:rPr>
  </w:style>
  <w:style w:type="character" w:customStyle="1" w:styleId="FontStyle37">
    <w:name w:val="Font Style37"/>
    <w:rsid w:val="00EC782F"/>
    <w:rPr>
      <w:rFonts w:ascii="Arial" w:hAnsi="Arial" w:cs="Arial"/>
      <w:sz w:val="18"/>
      <w:szCs w:val="18"/>
    </w:rPr>
  </w:style>
  <w:style w:type="character" w:customStyle="1" w:styleId="FontStyle38">
    <w:name w:val="Font Style38"/>
    <w:rsid w:val="00EC782F"/>
    <w:rPr>
      <w:rFonts w:ascii="Book Antiqua" w:hAnsi="Book Antiqua" w:cs="Book Antiqua"/>
      <w:b/>
      <w:bCs/>
      <w:smallCaps/>
      <w:spacing w:val="10"/>
      <w:w w:val="30"/>
      <w:sz w:val="18"/>
      <w:szCs w:val="18"/>
    </w:rPr>
  </w:style>
  <w:style w:type="character" w:customStyle="1" w:styleId="FontStyle39">
    <w:name w:val="Font Style39"/>
    <w:rsid w:val="00EC782F"/>
    <w:rPr>
      <w:rFonts w:ascii="Arial" w:hAnsi="Arial" w:cs="Arial"/>
      <w:b/>
      <w:bCs/>
      <w:i/>
      <w:iCs/>
      <w:sz w:val="18"/>
      <w:szCs w:val="18"/>
    </w:rPr>
  </w:style>
  <w:style w:type="character" w:customStyle="1" w:styleId="FontStyle40">
    <w:name w:val="Font Style40"/>
    <w:rsid w:val="00EC782F"/>
    <w:rPr>
      <w:rFonts w:ascii="Arial" w:hAnsi="Arial" w:cs="Arial"/>
      <w:b/>
      <w:bCs/>
      <w:sz w:val="18"/>
      <w:szCs w:val="18"/>
    </w:rPr>
  </w:style>
  <w:style w:type="paragraph" w:customStyle="1" w:styleId="Style11">
    <w:name w:val="Style11"/>
    <w:basedOn w:val="a1"/>
    <w:rsid w:val="00EC782F"/>
    <w:pPr>
      <w:widowControl w:val="0"/>
      <w:autoSpaceDE w:val="0"/>
      <w:autoSpaceDN w:val="0"/>
      <w:adjustRightInd w:val="0"/>
      <w:spacing w:line="230" w:lineRule="exact"/>
      <w:ind w:firstLine="514"/>
      <w:jc w:val="both"/>
    </w:pPr>
    <w:rPr>
      <w:rFonts w:ascii="Book Antiqua" w:eastAsia="Times New Roman" w:hAnsi="Book Antiqua" w:cs="Times New Roman"/>
      <w:sz w:val="24"/>
      <w:szCs w:val="24"/>
      <w:lang w:val="ru-RU" w:eastAsia="ru-RU"/>
    </w:rPr>
  </w:style>
  <w:style w:type="paragraph" w:customStyle="1" w:styleId="Style24">
    <w:name w:val="Style24"/>
    <w:basedOn w:val="a1"/>
    <w:rsid w:val="00EC782F"/>
    <w:pPr>
      <w:widowControl w:val="0"/>
      <w:autoSpaceDE w:val="0"/>
      <w:autoSpaceDN w:val="0"/>
      <w:adjustRightInd w:val="0"/>
      <w:spacing w:line="230" w:lineRule="exact"/>
      <w:ind w:hanging="350"/>
    </w:pPr>
    <w:rPr>
      <w:rFonts w:ascii="Book Antiqua" w:eastAsia="Times New Roman" w:hAnsi="Book Antiqua" w:cs="Times New Roman"/>
      <w:sz w:val="24"/>
      <w:szCs w:val="24"/>
      <w:lang w:val="ru-RU" w:eastAsia="ru-RU"/>
    </w:rPr>
  </w:style>
  <w:style w:type="character" w:customStyle="1" w:styleId="FontStyle42">
    <w:name w:val="Font Style42"/>
    <w:rsid w:val="00EC782F"/>
    <w:rPr>
      <w:rFonts w:ascii="Book Antiqua" w:hAnsi="Book Antiqua" w:cs="Book Antiqua"/>
      <w:b/>
      <w:bCs/>
      <w:spacing w:val="20"/>
      <w:sz w:val="16"/>
      <w:szCs w:val="16"/>
    </w:rPr>
  </w:style>
  <w:style w:type="paragraph" w:customStyle="1" w:styleId="Style25">
    <w:name w:val="Style25"/>
    <w:basedOn w:val="a1"/>
    <w:rsid w:val="00EC782F"/>
    <w:pPr>
      <w:widowControl w:val="0"/>
      <w:autoSpaceDE w:val="0"/>
      <w:autoSpaceDN w:val="0"/>
      <w:adjustRightInd w:val="0"/>
      <w:spacing w:line="267" w:lineRule="exact"/>
      <w:ind w:firstLine="355"/>
      <w:jc w:val="both"/>
    </w:pPr>
    <w:rPr>
      <w:rFonts w:ascii="Book Antiqua" w:eastAsia="Times New Roman" w:hAnsi="Book Antiqua" w:cs="Times New Roman"/>
      <w:sz w:val="24"/>
      <w:szCs w:val="24"/>
      <w:lang w:val="ru-RU" w:eastAsia="ru-RU"/>
    </w:rPr>
  </w:style>
  <w:style w:type="character" w:customStyle="1" w:styleId="FontStyle33">
    <w:name w:val="Font Style33"/>
    <w:rsid w:val="00EC782F"/>
    <w:rPr>
      <w:rFonts w:ascii="Book Antiqua" w:hAnsi="Book Antiqua" w:cs="Book Antiqua" w:hint="default"/>
      <w:spacing w:val="10"/>
      <w:sz w:val="18"/>
      <w:szCs w:val="18"/>
    </w:rPr>
  </w:style>
  <w:style w:type="character" w:customStyle="1" w:styleId="FontStyle34">
    <w:name w:val="Font Style34"/>
    <w:rsid w:val="00EC782F"/>
    <w:rPr>
      <w:rFonts w:ascii="Book Antiqua" w:hAnsi="Book Antiqua" w:cs="Book Antiqua" w:hint="default"/>
      <w:b/>
      <w:bCs/>
      <w:sz w:val="18"/>
      <w:szCs w:val="18"/>
    </w:rPr>
  </w:style>
  <w:style w:type="character" w:customStyle="1" w:styleId="FontStyle41">
    <w:name w:val="Font Style41"/>
    <w:rsid w:val="00EC782F"/>
    <w:rPr>
      <w:rFonts w:ascii="Book Antiqua" w:hAnsi="Book Antiqua" w:cs="Book Antiqua" w:hint="default"/>
      <w:b/>
      <w:bCs/>
      <w:i/>
      <w:iCs/>
      <w:sz w:val="18"/>
      <w:szCs w:val="18"/>
    </w:rPr>
  </w:style>
  <w:style w:type="paragraph" w:styleId="affc">
    <w:name w:val="endnote text"/>
    <w:basedOn w:val="a1"/>
    <w:link w:val="affd"/>
    <w:rsid w:val="00EC782F"/>
    <w:pPr>
      <w:spacing w:line="240" w:lineRule="auto"/>
    </w:pPr>
    <w:rPr>
      <w:rFonts w:ascii="Thames" w:eastAsia="Times New Roman" w:hAnsi="Thames" w:cs="Times New Roman"/>
      <w:sz w:val="20"/>
      <w:szCs w:val="20"/>
      <w:lang w:val="ru-RU" w:eastAsia="ru-RU"/>
    </w:rPr>
  </w:style>
  <w:style w:type="character" w:customStyle="1" w:styleId="affd">
    <w:name w:val="Текст концевой сноски Знак"/>
    <w:basedOn w:val="a2"/>
    <w:link w:val="affc"/>
    <w:rsid w:val="00EC782F"/>
    <w:rPr>
      <w:rFonts w:ascii="Thames" w:eastAsia="Times New Roman" w:hAnsi="Thames" w:cs="Times New Roman"/>
      <w:sz w:val="20"/>
      <w:szCs w:val="20"/>
      <w:lang w:val="ru-RU" w:eastAsia="ru-RU"/>
    </w:rPr>
  </w:style>
  <w:style w:type="character" w:styleId="affe">
    <w:name w:val="endnote reference"/>
    <w:rsid w:val="00EC782F"/>
    <w:rPr>
      <w:vertAlign w:val="superscript"/>
    </w:rPr>
  </w:style>
  <w:style w:type="table" w:customStyle="1" w:styleId="15">
    <w:name w:val="Стиль таблицы1"/>
    <w:basedOn w:val="a3"/>
    <w:rsid w:val="00EC782F"/>
    <w:pPr>
      <w:spacing w:after="0" w:line="240" w:lineRule="auto"/>
    </w:pPr>
    <w:rPr>
      <w:rFonts w:ascii="Thames" w:eastAsia="Times New Roman" w:hAnsi="Thames" w:cs="Times New Roman"/>
      <w:sz w:val="28"/>
      <w:szCs w:val="20"/>
      <w:lang w:val="ru-RU" w:eastAsia="ru-RU"/>
    </w:rPr>
    <w:tblPr>
      <w:tblInd w:w="0" w:type="dxa"/>
      <w:tblCellMar>
        <w:top w:w="0" w:type="dxa"/>
        <w:left w:w="108" w:type="dxa"/>
        <w:bottom w:w="0" w:type="dxa"/>
        <w:right w:w="108" w:type="dxa"/>
      </w:tblCellMar>
    </w:tblPr>
  </w:style>
  <w:style w:type="table" w:customStyle="1" w:styleId="2c">
    <w:name w:val="Стиль таблицы2"/>
    <w:basedOn w:val="a3"/>
    <w:rsid w:val="00EC782F"/>
    <w:pPr>
      <w:spacing w:after="0" w:line="240" w:lineRule="auto"/>
    </w:pPr>
    <w:rPr>
      <w:rFonts w:ascii="Thames" w:eastAsia="Times New Roman" w:hAnsi="Thames" w:cs="Times New Roman"/>
      <w:sz w:val="24"/>
      <w:szCs w:val="20"/>
      <w:lang w:val="ru-RU" w:eastAsia="ru-RU"/>
    </w:rPr>
    <w:tblPr>
      <w:tblInd w:w="0" w:type="dxa"/>
      <w:tblCellMar>
        <w:top w:w="0" w:type="dxa"/>
        <w:left w:w="108" w:type="dxa"/>
        <w:bottom w:w="0" w:type="dxa"/>
        <w:right w:w="108" w:type="dxa"/>
      </w:tblCellMar>
    </w:tblPr>
  </w:style>
  <w:style w:type="table" w:customStyle="1" w:styleId="38">
    <w:name w:val="Стиль таблицы3"/>
    <w:basedOn w:val="a3"/>
    <w:rsid w:val="00EC782F"/>
    <w:pPr>
      <w:spacing w:after="0" w:line="240" w:lineRule="auto"/>
      <w:jc w:val="center"/>
    </w:pPr>
    <w:rPr>
      <w:rFonts w:ascii="Thames" w:eastAsia="Times New Roman" w:hAnsi="Thames" w:cs="Times New Roman"/>
      <w:sz w:val="24"/>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
    <w:name w:val="Знак"/>
    <w:basedOn w:val="a1"/>
    <w:rsid w:val="00EC782F"/>
    <w:pPr>
      <w:spacing w:after="160" w:line="240" w:lineRule="exact"/>
    </w:pPr>
    <w:rPr>
      <w:rFonts w:ascii="Verdana" w:eastAsia="Times New Roman" w:hAnsi="Verdana" w:cs="Times New Roman"/>
      <w:sz w:val="20"/>
      <w:szCs w:val="20"/>
    </w:rPr>
  </w:style>
  <w:style w:type="paragraph" w:styleId="z-">
    <w:name w:val="HTML Top of Form"/>
    <w:basedOn w:val="a1"/>
    <w:next w:val="a1"/>
    <w:link w:val="z-0"/>
    <w:hidden/>
    <w:uiPriority w:val="99"/>
    <w:unhideWhenUsed/>
    <w:rsid w:val="00EC782F"/>
    <w:pPr>
      <w:pBdr>
        <w:bottom w:val="single" w:sz="6" w:space="1" w:color="auto"/>
      </w:pBdr>
      <w:spacing w:line="240" w:lineRule="auto"/>
      <w:jc w:val="center"/>
    </w:pPr>
    <w:rPr>
      <w:rFonts w:ascii="Arial" w:eastAsia="Times New Roman" w:hAnsi="Arial" w:cs="Arial"/>
      <w:vanish/>
      <w:sz w:val="16"/>
      <w:szCs w:val="16"/>
      <w:lang w:val="ru-RU" w:eastAsia="ru-RU"/>
    </w:rPr>
  </w:style>
  <w:style w:type="character" w:customStyle="1" w:styleId="z-0">
    <w:name w:val="z-Начало формы Знак"/>
    <w:basedOn w:val="a2"/>
    <w:link w:val="z-"/>
    <w:uiPriority w:val="99"/>
    <w:rsid w:val="00EC782F"/>
    <w:rPr>
      <w:rFonts w:ascii="Arial" w:eastAsia="Times New Roman" w:hAnsi="Arial" w:cs="Arial"/>
      <w:vanish/>
      <w:sz w:val="16"/>
      <w:szCs w:val="16"/>
      <w:lang w:val="ru-RU" w:eastAsia="ru-RU"/>
    </w:rPr>
  </w:style>
  <w:style w:type="paragraph" w:styleId="z-1">
    <w:name w:val="HTML Bottom of Form"/>
    <w:basedOn w:val="a1"/>
    <w:next w:val="a1"/>
    <w:link w:val="z-2"/>
    <w:hidden/>
    <w:uiPriority w:val="99"/>
    <w:unhideWhenUsed/>
    <w:rsid w:val="00EC782F"/>
    <w:pPr>
      <w:pBdr>
        <w:top w:val="single" w:sz="6" w:space="1" w:color="auto"/>
      </w:pBdr>
      <w:spacing w:line="240" w:lineRule="auto"/>
      <w:jc w:val="center"/>
    </w:pPr>
    <w:rPr>
      <w:rFonts w:ascii="Arial" w:eastAsia="Times New Roman" w:hAnsi="Arial" w:cs="Arial"/>
      <w:vanish/>
      <w:sz w:val="16"/>
      <w:szCs w:val="16"/>
      <w:lang w:val="ru-RU" w:eastAsia="ru-RU"/>
    </w:rPr>
  </w:style>
  <w:style w:type="character" w:customStyle="1" w:styleId="z-2">
    <w:name w:val="z-Конец формы Знак"/>
    <w:basedOn w:val="a2"/>
    <w:link w:val="z-1"/>
    <w:uiPriority w:val="99"/>
    <w:rsid w:val="00EC782F"/>
    <w:rPr>
      <w:rFonts w:ascii="Arial" w:eastAsia="Times New Roman" w:hAnsi="Arial" w:cs="Arial"/>
      <w:vanish/>
      <w:sz w:val="16"/>
      <w:szCs w:val="16"/>
      <w:lang w:val="ru-RU" w:eastAsia="ru-RU"/>
    </w:rPr>
  </w:style>
  <w:style w:type="character" w:styleId="afff0">
    <w:name w:val="Hyperlink"/>
    <w:rsid w:val="00EC782F"/>
    <w:rPr>
      <w:strike w:val="0"/>
      <w:dstrike w:val="0"/>
      <w:color w:val="557C2B"/>
      <w:u w:val="none"/>
      <w:effect w:val="none"/>
    </w:rPr>
  </w:style>
  <w:style w:type="character" w:customStyle="1" w:styleId="c3">
    <w:name w:val="c3"/>
    <w:basedOn w:val="a2"/>
    <w:rsid w:val="00EC782F"/>
  </w:style>
  <w:style w:type="paragraph" w:customStyle="1" w:styleId="afff1">
    <w:basedOn w:val="a1"/>
    <w:next w:val="afff2"/>
    <w:unhideWhenUsed/>
    <w:rsid w:val="00EC782F"/>
    <w:pPr>
      <w:spacing w:after="270" w:line="240" w:lineRule="auto"/>
    </w:pPr>
    <w:rPr>
      <w:rFonts w:eastAsia="Times New Roman" w:cs="Times New Roman"/>
      <w:sz w:val="24"/>
      <w:szCs w:val="24"/>
      <w:lang w:val="ru-RU" w:eastAsia="ru-RU"/>
    </w:rPr>
  </w:style>
  <w:style w:type="character" w:customStyle="1" w:styleId="extraname">
    <w:name w:val="extraname"/>
    <w:basedOn w:val="a2"/>
    <w:rsid w:val="00EC782F"/>
  </w:style>
  <w:style w:type="character" w:customStyle="1" w:styleId="16">
    <w:name w:val="Заголовок №1_"/>
    <w:link w:val="17"/>
    <w:rsid w:val="00EC782F"/>
    <w:rPr>
      <w:spacing w:val="10"/>
      <w:sz w:val="33"/>
      <w:szCs w:val="33"/>
      <w:shd w:val="clear" w:color="auto" w:fill="FFFFFF"/>
    </w:rPr>
  </w:style>
  <w:style w:type="character" w:customStyle="1" w:styleId="afff3">
    <w:name w:val="Основной текст_"/>
    <w:link w:val="18"/>
    <w:rsid w:val="00EC782F"/>
    <w:rPr>
      <w:shd w:val="clear" w:color="auto" w:fill="FFFFFF"/>
    </w:rPr>
  </w:style>
  <w:style w:type="paragraph" w:customStyle="1" w:styleId="17">
    <w:name w:val="Заголовок №1"/>
    <w:basedOn w:val="a1"/>
    <w:link w:val="16"/>
    <w:rsid w:val="00EC782F"/>
    <w:pPr>
      <w:shd w:val="clear" w:color="auto" w:fill="FFFFFF"/>
      <w:spacing w:after="240" w:line="0" w:lineRule="atLeast"/>
      <w:outlineLvl w:val="0"/>
    </w:pPr>
    <w:rPr>
      <w:rFonts w:asciiTheme="minorHAnsi" w:hAnsiTheme="minorHAnsi"/>
      <w:spacing w:val="10"/>
      <w:sz w:val="33"/>
      <w:szCs w:val="33"/>
    </w:rPr>
  </w:style>
  <w:style w:type="paragraph" w:customStyle="1" w:styleId="18">
    <w:name w:val="Основной текст1"/>
    <w:basedOn w:val="a1"/>
    <w:link w:val="afff3"/>
    <w:rsid w:val="00EC782F"/>
    <w:pPr>
      <w:shd w:val="clear" w:color="auto" w:fill="FFFFFF"/>
      <w:spacing w:line="209" w:lineRule="exact"/>
      <w:jc w:val="both"/>
    </w:pPr>
    <w:rPr>
      <w:rFonts w:asciiTheme="minorHAnsi" w:hAnsiTheme="minorHAnsi"/>
    </w:rPr>
  </w:style>
  <w:style w:type="paragraph" w:customStyle="1" w:styleId="2d">
    <w:name w:val="Абзац списка2"/>
    <w:basedOn w:val="a1"/>
    <w:rsid w:val="00EC782F"/>
    <w:pPr>
      <w:spacing w:line="240" w:lineRule="auto"/>
      <w:ind w:left="720"/>
    </w:pPr>
    <w:rPr>
      <w:rFonts w:eastAsia="Calibri" w:cs="Times New Roman"/>
      <w:sz w:val="24"/>
      <w:szCs w:val="24"/>
      <w:lang w:val="ru-RU" w:eastAsia="ru-RU"/>
    </w:rPr>
  </w:style>
  <w:style w:type="numbering" w:customStyle="1" w:styleId="19">
    <w:name w:val="Нет списка1"/>
    <w:next w:val="a4"/>
    <w:uiPriority w:val="99"/>
    <w:semiHidden/>
    <w:unhideWhenUsed/>
    <w:rsid w:val="00EC782F"/>
  </w:style>
  <w:style w:type="paragraph" w:customStyle="1" w:styleId="1a">
    <w:name w:val="Стиль1"/>
    <w:basedOn w:val="a1"/>
    <w:autoRedefine/>
    <w:rsid w:val="00EC782F"/>
    <w:pPr>
      <w:spacing w:after="200"/>
    </w:pPr>
    <w:rPr>
      <w:rFonts w:eastAsia="Calibri" w:cs="Times New Roman"/>
      <w:sz w:val="24"/>
      <w:lang w:val="ru-RU" w:eastAsia="ru-RU"/>
    </w:rPr>
  </w:style>
  <w:style w:type="character" w:customStyle="1" w:styleId="afff4">
    <w:name w:val="Схема документа Знак"/>
    <w:link w:val="afff5"/>
    <w:locked/>
    <w:rsid w:val="00EC782F"/>
    <w:rPr>
      <w:rFonts w:ascii="Tahoma" w:hAnsi="Tahoma"/>
      <w:sz w:val="24"/>
      <w:szCs w:val="24"/>
      <w:shd w:val="clear" w:color="auto" w:fill="000080"/>
    </w:rPr>
  </w:style>
  <w:style w:type="paragraph" w:styleId="afff5">
    <w:name w:val="Document Map"/>
    <w:basedOn w:val="a1"/>
    <w:link w:val="afff4"/>
    <w:rsid w:val="00EC782F"/>
    <w:pPr>
      <w:shd w:val="clear" w:color="auto" w:fill="000080"/>
      <w:spacing w:line="240" w:lineRule="auto"/>
    </w:pPr>
    <w:rPr>
      <w:rFonts w:ascii="Tahoma" w:hAnsi="Tahoma"/>
      <w:sz w:val="24"/>
      <w:szCs w:val="24"/>
      <w:shd w:val="clear" w:color="auto" w:fill="000080"/>
    </w:rPr>
  </w:style>
  <w:style w:type="character" w:customStyle="1" w:styleId="1b">
    <w:name w:val="Схема документа Знак1"/>
    <w:basedOn w:val="a2"/>
    <w:rsid w:val="00EC782F"/>
    <w:rPr>
      <w:rFonts w:ascii="Segoe UI" w:hAnsi="Segoe UI" w:cs="Segoe UI"/>
      <w:sz w:val="16"/>
      <w:szCs w:val="16"/>
    </w:rPr>
  </w:style>
  <w:style w:type="character" w:customStyle="1" w:styleId="DocumentMapChar1">
    <w:name w:val="Document Map Char1"/>
    <w:uiPriority w:val="99"/>
    <w:semiHidden/>
    <w:rsid w:val="00EC782F"/>
    <w:rPr>
      <w:rFonts w:ascii="Tahoma" w:eastAsia="Calibri" w:hAnsi="Tahoma" w:cs="Tahoma"/>
      <w:sz w:val="16"/>
      <w:szCs w:val="16"/>
      <w:lang w:eastAsia="ru-RU"/>
    </w:rPr>
  </w:style>
  <w:style w:type="character" w:customStyle="1" w:styleId="FooterChar1">
    <w:name w:val="Footer Char1"/>
    <w:uiPriority w:val="99"/>
    <w:semiHidden/>
    <w:rsid w:val="00EC782F"/>
    <w:rPr>
      <w:rFonts w:ascii="Times New Roman" w:eastAsia="Calibri" w:hAnsi="Times New Roman" w:cs="Times New Roman"/>
      <w:sz w:val="24"/>
      <w:szCs w:val="24"/>
      <w:lang w:eastAsia="ru-RU"/>
    </w:rPr>
  </w:style>
  <w:style w:type="character" w:customStyle="1" w:styleId="apple-converted-space">
    <w:name w:val="apple-converted-space"/>
    <w:rsid w:val="00EC782F"/>
    <w:rPr>
      <w:rFonts w:cs="Times New Roman"/>
    </w:rPr>
  </w:style>
  <w:style w:type="paragraph" w:customStyle="1" w:styleId="TableParagraph">
    <w:name w:val="Table Paragraph"/>
    <w:basedOn w:val="a1"/>
    <w:uiPriority w:val="1"/>
    <w:qFormat/>
    <w:rsid w:val="00EC782F"/>
    <w:pPr>
      <w:widowControl w:val="0"/>
      <w:autoSpaceDE w:val="0"/>
      <w:autoSpaceDN w:val="0"/>
      <w:spacing w:line="240" w:lineRule="auto"/>
    </w:pPr>
    <w:rPr>
      <w:rFonts w:eastAsia="Times New Roman" w:cs="Times New Roman"/>
    </w:rPr>
  </w:style>
  <w:style w:type="paragraph" w:styleId="afff2">
    <w:name w:val="Normal (Web)"/>
    <w:basedOn w:val="a1"/>
    <w:uiPriority w:val="99"/>
    <w:semiHidden/>
    <w:unhideWhenUsed/>
    <w:rsid w:val="00EC782F"/>
    <w:pPr>
      <w:spacing w:line="240" w:lineRule="auto"/>
    </w:pPr>
    <w:rPr>
      <w:rFonts w:eastAsia="Times New Roman" w:cs="Times New Roman"/>
      <w:sz w:val="24"/>
      <w:szCs w:val="24"/>
      <w:lang w:val="ru-RU" w:eastAsia="ru-RU"/>
    </w:rPr>
  </w:style>
  <w:style w:type="character" w:styleId="afff6">
    <w:name w:val="FollowedHyperlink"/>
    <w:basedOn w:val="a2"/>
    <w:uiPriority w:val="99"/>
    <w:semiHidden/>
    <w:unhideWhenUsed/>
    <w:rsid w:val="00EC782F"/>
    <w:rPr>
      <w:color w:val="800080" w:themeColor="followedHyperlink"/>
      <w:u w:val="single"/>
    </w:rPr>
  </w:style>
  <w:style w:type="paragraph" w:styleId="afff7">
    <w:name w:val="Balloon Text"/>
    <w:basedOn w:val="a1"/>
    <w:link w:val="afff8"/>
    <w:uiPriority w:val="99"/>
    <w:semiHidden/>
    <w:unhideWhenUsed/>
    <w:rsid w:val="00722A42"/>
    <w:pPr>
      <w:spacing w:line="240" w:lineRule="auto"/>
    </w:pPr>
    <w:rPr>
      <w:rFonts w:ascii="Tahoma" w:hAnsi="Tahoma" w:cs="Tahoma"/>
      <w:sz w:val="16"/>
      <w:szCs w:val="16"/>
    </w:rPr>
  </w:style>
  <w:style w:type="character" w:customStyle="1" w:styleId="afff8">
    <w:name w:val="Текст выноски Знак"/>
    <w:basedOn w:val="a2"/>
    <w:link w:val="afff7"/>
    <w:uiPriority w:val="99"/>
    <w:semiHidden/>
    <w:rsid w:val="00722A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08889-5DCC-4A5C-8677-A5CDD2CCF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52</Pages>
  <Words>15529</Words>
  <Characters>88519</Characters>
  <Application>Microsoft Office Word</Application>
  <DocSecurity>0</DocSecurity>
  <Lines>737</Lines>
  <Paragraphs>207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КТП по русскому языку. 6 класс. 204 часа</vt:lpstr>
      <vt:lpstr/>
    </vt:vector>
  </TitlesOfParts>
  <Manager/>
  <Company/>
  <LinksUpToDate>false</LinksUpToDate>
  <CharactersWithSpaces>103841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КТП по русскому языку. 6 класс. 204 часа</dc:title>
  <dc:subject>Календарно-тематическое планирование с развёрнутыми домашними заданиями</dc:subject>
  <dc:creator>Учитель русского языка</dc:creator>
  <cp:keywords/>
  <dc:description>generated by python-docx</dc:description>
  <cp:lastModifiedBy>Пользователь</cp:lastModifiedBy>
  <cp:revision>11</cp:revision>
  <dcterms:created xsi:type="dcterms:W3CDTF">2026-09-13T18:36:00Z</dcterms:created>
  <dcterms:modified xsi:type="dcterms:W3CDTF">2026-09-29T12:02:00Z</dcterms:modified>
  <cp:category/>
</cp:coreProperties>
</file>